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7B4F" w14:textId="5D3DE302" w:rsidR="000F4C17" w:rsidRDefault="000F4C17" w:rsidP="000F4C17">
      <w:pPr>
        <w:jc w:val="right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sz w:val="16"/>
        </w:rPr>
        <w:t xml:space="preserve">Załącznik nr </w:t>
      </w:r>
      <w:r w:rsidR="003B18DB">
        <w:rPr>
          <w:rFonts w:asciiTheme="majorHAnsi" w:hAnsiTheme="majorHAnsi" w:cstheme="majorHAnsi"/>
          <w:sz w:val="16"/>
        </w:rPr>
        <w:t>2</w:t>
      </w:r>
      <w:r w:rsidRPr="000F4C17">
        <w:rPr>
          <w:rFonts w:asciiTheme="majorHAnsi" w:hAnsiTheme="majorHAnsi" w:cstheme="majorHAnsi"/>
          <w:sz w:val="16"/>
        </w:rPr>
        <w:t xml:space="preserve"> do Regulaminu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1"/>
      </w:tblGrid>
      <w:tr w:rsidR="00353E44" w14:paraId="5B7220A1" w14:textId="77777777" w:rsidTr="00353E44">
        <w:tc>
          <w:tcPr>
            <w:tcW w:w="4361" w:type="dxa"/>
          </w:tcPr>
          <w:p w14:paraId="4B079D3A" w14:textId="77777777" w:rsidR="00353E44" w:rsidRDefault="00353E44" w:rsidP="00353E44">
            <w:pPr>
              <w:jc w:val="both"/>
            </w:pPr>
            <w:r>
              <w:t xml:space="preserve">WYPEŁNIA REALIZATOR PROJEKTU </w:t>
            </w:r>
          </w:p>
          <w:p w14:paraId="5FBCC1F5" w14:textId="77777777" w:rsidR="00353E44" w:rsidRDefault="00353E44" w:rsidP="00353E44">
            <w:pPr>
              <w:jc w:val="both"/>
            </w:pPr>
            <w:r>
              <w:t xml:space="preserve">Data wpływu: ........ / ........ / 2026 r. </w:t>
            </w:r>
          </w:p>
          <w:p w14:paraId="3D742C18" w14:textId="77777777" w:rsidR="00353E44" w:rsidRDefault="00353E44" w:rsidP="00353E44">
            <w:pPr>
              <w:jc w:val="both"/>
            </w:pPr>
            <w:r>
              <w:t xml:space="preserve">Godzina wpływu: ........ : ........ </w:t>
            </w:r>
          </w:p>
          <w:p w14:paraId="1472FC26" w14:textId="77777777" w:rsidR="00353E44" w:rsidRDefault="00353E44" w:rsidP="00353E44">
            <w:pPr>
              <w:jc w:val="both"/>
            </w:pPr>
            <w:r>
              <w:t xml:space="preserve">Nr formularza: ........................... </w:t>
            </w:r>
          </w:p>
          <w:p w14:paraId="6CFA5A96" w14:textId="5B4441CA" w:rsidR="00353E44" w:rsidRDefault="00353E44" w:rsidP="00353E44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t>Podpis osoby przyjmującej :................................</w:t>
            </w:r>
          </w:p>
        </w:tc>
      </w:tr>
    </w:tbl>
    <w:p w14:paraId="283DDCBA" w14:textId="77777777" w:rsidR="00353E44" w:rsidRDefault="00353E44" w:rsidP="00353E44">
      <w:pPr>
        <w:rPr>
          <w:rFonts w:asciiTheme="majorHAnsi" w:hAnsiTheme="majorHAnsi" w:cstheme="majorHAnsi"/>
          <w:b/>
        </w:rPr>
      </w:pPr>
    </w:p>
    <w:p w14:paraId="6FBF4F41" w14:textId="671236B8" w:rsidR="000F4C17" w:rsidRPr="000F4C17" w:rsidRDefault="000F4C17" w:rsidP="000F4C17">
      <w:pPr>
        <w:jc w:val="center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b/>
        </w:rPr>
        <w:t>FORMULARZ REKRUTACYJNY</w:t>
      </w:r>
      <w:r w:rsidR="00E76059">
        <w:rPr>
          <w:rFonts w:asciiTheme="majorHAnsi" w:hAnsiTheme="majorHAnsi" w:cstheme="majorHAnsi"/>
          <w:b/>
        </w:rPr>
        <w:t xml:space="preserve"> DLA </w:t>
      </w:r>
      <w:r w:rsidR="003B18DB">
        <w:rPr>
          <w:rFonts w:asciiTheme="majorHAnsi" w:hAnsiTheme="majorHAnsi" w:cstheme="majorHAnsi"/>
          <w:b/>
        </w:rPr>
        <w:t>ASYSTENTA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0F4C17" w:rsidRPr="000F4C17" w14:paraId="3BA92ED5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203DEF14" w14:textId="361C7AAF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 xml:space="preserve">Pomocna Dłoń </w:t>
            </w:r>
            <w:r w:rsidRPr="000F4C17">
              <w:rPr>
                <w:rFonts w:asciiTheme="majorHAnsi" w:hAnsiTheme="majorHAnsi" w:cstheme="majorHAnsi" w:hint="eastAsia"/>
                <w:b/>
              </w:rPr>
              <w:t>–</w:t>
            </w:r>
            <w:r w:rsidRPr="000F4C17">
              <w:rPr>
                <w:rFonts w:asciiTheme="majorHAnsi" w:hAnsiTheme="majorHAnsi" w:cstheme="majorHAnsi" w:hint="eastAsia"/>
                <w:b/>
              </w:rPr>
              <w:t xml:space="preserve"> usługi społeczne dla osób z gminy Zambrów, miasta Zambrów oraz gminy Rutki</w:t>
            </w:r>
          </w:p>
          <w:p w14:paraId="19506115" w14:textId="0309A8D0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>w województwie podlaskim</w:t>
            </w:r>
          </w:p>
        </w:tc>
      </w:tr>
      <w:tr w:rsidR="000F4C17" w:rsidRPr="000F4C17" w14:paraId="2ED256FE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47670CD" w14:textId="6F37EEF6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>FEPD.08.04-IZ.00-0012/24</w:t>
            </w:r>
          </w:p>
        </w:tc>
      </w:tr>
      <w:tr w:rsidR="000F4C17" w:rsidRPr="000F4C17" w14:paraId="4179D782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5660250A" w14:textId="77777777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Priorytet FEPD.08.00 Fundusze na rzecz edukacji i włączenia społecznego</w:t>
            </w:r>
          </w:p>
        </w:tc>
      </w:tr>
      <w:tr w:rsidR="000F4C17" w:rsidRPr="000F4C17" w14:paraId="0A12D3DB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A4D7F1F" w14:textId="0281DA1B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Priorytet FEPD.08.0</w:t>
            </w:r>
            <w:r w:rsidR="00916210">
              <w:rPr>
                <w:rFonts w:asciiTheme="majorHAnsi" w:hAnsiTheme="majorHAnsi" w:cstheme="majorHAnsi"/>
              </w:rPr>
              <w:t>4</w:t>
            </w:r>
            <w:r w:rsidRPr="000F4C17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Wzrost dostępności usług społecznych</w:t>
            </w:r>
          </w:p>
        </w:tc>
      </w:tr>
      <w:tr w:rsidR="00916210" w:rsidRPr="000F4C17" w14:paraId="0BA88DD9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6EC2085" w14:textId="2941DE1D" w:rsidR="00916210" w:rsidRPr="000F4C17" w:rsidRDefault="00916210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Powiat Zambrowski</w:t>
            </w:r>
            <w:r w:rsidR="00575A8E">
              <w:rPr>
                <w:rFonts w:asciiTheme="majorHAnsi" w:hAnsiTheme="majorHAnsi" w:cstheme="majorHAnsi"/>
              </w:rPr>
              <w:t xml:space="preserve"> w partnerstwie z Powiatowym Centrum Pomocy Rodzinie w Zambrowie oraz Fundacją 4Future</w:t>
            </w:r>
          </w:p>
        </w:tc>
      </w:tr>
    </w:tbl>
    <w:p w14:paraId="0F563B53" w14:textId="77777777" w:rsidR="000F4C17" w:rsidRPr="000F4C17" w:rsidRDefault="000F4C17" w:rsidP="000F4C17">
      <w:pPr>
        <w:jc w:val="center"/>
        <w:rPr>
          <w:rFonts w:asciiTheme="majorHAnsi" w:hAnsiTheme="majorHAnsi" w:cstheme="majorHAnsi"/>
          <w:i/>
        </w:rPr>
      </w:pPr>
      <w:r w:rsidRPr="000F4C17">
        <w:rPr>
          <w:rFonts w:asciiTheme="majorHAnsi" w:hAnsiTheme="majorHAnsi" w:cstheme="majorHAnsi"/>
        </w:rPr>
        <w:br/>
      </w:r>
      <w:r w:rsidRPr="000F4C17">
        <w:rPr>
          <w:rFonts w:asciiTheme="majorHAnsi" w:hAnsiTheme="majorHAnsi" w:cstheme="majorHAnsi"/>
          <w:i/>
        </w:rPr>
        <w:t>(proszę uzupełniać drukowanymi literami)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66"/>
        <w:gridCol w:w="567"/>
        <w:gridCol w:w="566"/>
        <w:gridCol w:w="567"/>
        <w:gridCol w:w="566"/>
        <w:gridCol w:w="567"/>
        <w:gridCol w:w="566"/>
        <w:gridCol w:w="567"/>
        <w:gridCol w:w="566"/>
        <w:gridCol w:w="567"/>
        <w:gridCol w:w="567"/>
      </w:tblGrid>
      <w:tr w:rsidR="000F4C17" w:rsidRPr="000F4C17" w14:paraId="66D326A2" w14:textId="77777777" w:rsidTr="00E76059">
        <w:trPr>
          <w:jc w:val="center"/>
        </w:trPr>
        <w:tc>
          <w:tcPr>
            <w:tcW w:w="9062" w:type="dxa"/>
            <w:gridSpan w:val="12"/>
            <w:shd w:val="clear" w:color="auto" w:fill="D9D9D9" w:themeFill="background1" w:themeFillShade="D9"/>
          </w:tcPr>
          <w:p w14:paraId="7A2E8C8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bookmarkStart w:id="0" w:name="_Hlk191896198"/>
            <w:r w:rsidRPr="000F4C17">
              <w:rPr>
                <w:rFonts w:asciiTheme="majorHAnsi" w:hAnsiTheme="majorHAnsi" w:cstheme="majorHAnsi"/>
                <w:b/>
              </w:rPr>
              <w:t>DANE UCZESTNIKA</w:t>
            </w:r>
          </w:p>
        </w:tc>
      </w:tr>
      <w:tr w:rsidR="000F4C17" w:rsidRPr="000F4C17" w14:paraId="2F5B102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D7E0937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Imię</w:t>
            </w:r>
          </w:p>
        </w:tc>
        <w:tc>
          <w:tcPr>
            <w:tcW w:w="6232" w:type="dxa"/>
            <w:gridSpan w:val="11"/>
          </w:tcPr>
          <w:p w14:paraId="77346030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4F38D9A3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8714E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Nazwisko</w:t>
            </w:r>
          </w:p>
        </w:tc>
        <w:tc>
          <w:tcPr>
            <w:tcW w:w="6232" w:type="dxa"/>
            <w:gridSpan w:val="11"/>
          </w:tcPr>
          <w:p w14:paraId="003A14B3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5130283F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022E6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Płeć</w:t>
            </w:r>
          </w:p>
        </w:tc>
        <w:tc>
          <w:tcPr>
            <w:tcW w:w="6232" w:type="dxa"/>
            <w:gridSpan w:val="11"/>
          </w:tcPr>
          <w:p w14:paraId="15BB6576" w14:textId="77777777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kobieta</w:t>
            </w:r>
            <w:r w:rsidRPr="000F4C17">
              <w:rPr>
                <w:rFonts w:asciiTheme="majorHAnsi" w:hAnsiTheme="majorHAnsi" w:cstheme="majorHAnsi"/>
              </w:rPr>
              <w:br/>
            </w:r>
            <w:r w:rsidRPr="00916210">
              <w:rPr>
                <w:rFonts w:asciiTheme="majorHAnsi" w:hAnsiTheme="majorHAnsi" w:cstheme="majorHAnsi"/>
                <w:sz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mężczyzna                                </w:t>
            </w:r>
          </w:p>
        </w:tc>
      </w:tr>
      <w:tr w:rsidR="000F4C17" w:rsidRPr="000F4C17" w14:paraId="38C8BBF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3F84E48F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PESEL</w:t>
            </w:r>
          </w:p>
        </w:tc>
        <w:tc>
          <w:tcPr>
            <w:tcW w:w="566" w:type="dxa"/>
          </w:tcPr>
          <w:p w14:paraId="68411C76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  <w:tc>
          <w:tcPr>
            <w:tcW w:w="567" w:type="dxa"/>
          </w:tcPr>
          <w:p w14:paraId="24EDC4E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50A7397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3A55685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7991D6E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6AEF612B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7C6FA06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616ABF3A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57370C7B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75E6A08C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2BAA213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4C17" w:rsidRPr="000F4C17" w14:paraId="29C87C62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7DF6758" w14:textId="77777777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Wykształcenie</w:t>
            </w:r>
          </w:p>
        </w:tc>
        <w:tc>
          <w:tcPr>
            <w:tcW w:w="6232" w:type="dxa"/>
            <w:gridSpan w:val="11"/>
          </w:tcPr>
          <w:p w14:paraId="208C5D6F" w14:textId="3F6AB0BE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średnie I stopnia lub niższe (ISCED 0-2)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przedszkole, szkoła podstawowa, gimnazjum</w:t>
            </w:r>
          </w:p>
          <w:p w14:paraId="43E92339" w14:textId="3FA57616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ponadgimnazjalne (ISCED 3) lub policealne (ISCED 4)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osoby, które ukończyły szkołę: zawodową (a po 2017r. szkołę branżową I stopnia),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liceum, technikum, liceum uzupełniające, technikum uzupełniające, liceum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profilowane, szkołę branżową II stopnia, szkołę policealną</w:t>
            </w:r>
          </w:p>
          <w:p w14:paraId="61F90883" w14:textId="1B6BDA13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wyższe (ISCED 5-8)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osoby, które ukończyły studia krótkiego cyklu, studia licencjackie lub inżynierskie,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studia magisterskie, studia doktoranckie</w:t>
            </w:r>
          </w:p>
        </w:tc>
      </w:tr>
      <w:tr w:rsidR="000F4C17" w:rsidRPr="000F4C17" w14:paraId="1AB37046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B587992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lastRenderedPageBreak/>
              <w:t>Obywatelstwo</w:t>
            </w:r>
          </w:p>
        </w:tc>
        <w:tc>
          <w:tcPr>
            <w:tcW w:w="6232" w:type="dxa"/>
            <w:gridSpan w:val="11"/>
          </w:tcPr>
          <w:p w14:paraId="5C3C91D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bookmarkEnd w:id="0"/>
    </w:tbl>
    <w:p w14:paraId="5C399E22" w14:textId="77777777" w:rsidR="00D61F4E" w:rsidRPr="000F4C17" w:rsidRDefault="00D61F4E" w:rsidP="00353E44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232"/>
      </w:tblGrid>
      <w:tr w:rsidR="000F4C17" w:rsidRPr="000F4C17" w14:paraId="7B52117E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64ADD1A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/>
                <w:b/>
              </w:rPr>
              <w:t>DANE KONTAKTOWE</w:t>
            </w:r>
          </w:p>
        </w:tc>
      </w:tr>
      <w:tr w:rsidR="000F4C17" w:rsidRPr="000F4C17" w14:paraId="0E753BA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67616B2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Miejscowość</w:t>
            </w:r>
          </w:p>
        </w:tc>
        <w:tc>
          <w:tcPr>
            <w:tcW w:w="6232" w:type="dxa"/>
          </w:tcPr>
          <w:p w14:paraId="4B517152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4263BEEE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7C05EBED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Kod pocztowy</w:t>
            </w:r>
          </w:p>
        </w:tc>
        <w:tc>
          <w:tcPr>
            <w:tcW w:w="6232" w:type="dxa"/>
          </w:tcPr>
          <w:p w14:paraId="0A38DC2F" w14:textId="77777777" w:rsidR="000F4C17" w:rsidRPr="000F4C17" w:rsidRDefault="000F4C17" w:rsidP="00505A13">
            <w:pPr>
              <w:rPr>
                <w:rFonts w:asciiTheme="majorHAnsi" w:hAnsiTheme="majorHAnsi" w:cstheme="majorHAnsi"/>
                <w:sz w:val="40"/>
              </w:rPr>
            </w:pPr>
            <w:r w:rsidRPr="000F4C17">
              <w:rPr>
                <w:rFonts w:asciiTheme="majorHAnsi" w:hAnsiTheme="majorHAnsi" w:cstheme="majorHAnsi"/>
                <w:sz w:val="40"/>
              </w:rPr>
              <w:t>_ _ - _ _ _</w:t>
            </w:r>
          </w:p>
        </w:tc>
      </w:tr>
      <w:tr w:rsidR="000F4C17" w:rsidRPr="000F4C17" w14:paraId="2EA9EF82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7A091B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Kraj</w:t>
            </w:r>
          </w:p>
        </w:tc>
        <w:tc>
          <w:tcPr>
            <w:tcW w:w="6232" w:type="dxa"/>
          </w:tcPr>
          <w:p w14:paraId="360310D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5F6E6A07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8561B2E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Województwo</w:t>
            </w:r>
          </w:p>
        </w:tc>
        <w:tc>
          <w:tcPr>
            <w:tcW w:w="6232" w:type="dxa"/>
          </w:tcPr>
          <w:p w14:paraId="2A5D7C1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026494D7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9E6690F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Powiat</w:t>
            </w:r>
          </w:p>
        </w:tc>
        <w:tc>
          <w:tcPr>
            <w:tcW w:w="6232" w:type="dxa"/>
          </w:tcPr>
          <w:p w14:paraId="0759281D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3C8700E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7AEA756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Gmina</w:t>
            </w:r>
          </w:p>
        </w:tc>
        <w:tc>
          <w:tcPr>
            <w:tcW w:w="6232" w:type="dxa"/>
          </w:tcPr>
          <w:p w14:paraId="3256870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27DF5C7D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23A1381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Telefon kontaktowy</w:t>
            </w:r>
          </w:p>
        </w:tc>
        <w:tc>
          <w:tcPr>
            <w:tcW w:w="6232" w:type="dxa"/>
          </w:tcPr>
          <w:p w14:paraId="290B0C30" w14:textId="77777777" w:rsidR="000F4C17" w:rsidRPr="000F4C17" w:rsidRDefault="000F4C17" w:rsidP="00505A13">
            <w:pPr>
              <w:rPr>
                <w:rFonts w:asciiTheme="majorHAnsi" w:hAnsiTheme="majorHAnsi" w:cstheme="majorHAnsi"/>
                <w:sz w:val="40"/>
              </w:rPr>
            </w:pPr>
            <w:r w:rsidRPr="000F4C17">
              <w:rPr>
                <w:rFonts w:asciiTheme="majorHAnsi" w:hAnsiTheme="majorHAnsi" w:cstheme="majorHAnsi"/>
                <w:sz w:val="40"/>
              </w:rPr>
              <w:t>_ _ _ - _ _ _ - _ _ _</w:t>
            </w:r>
          </w:p>
        </w:tc>
      </w:tr>
      <w:tr w:rsidR="000F4C17" w:rsidRPr="000F4C17" w14:paraId="3ED19ACA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3EEBF317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Adres poczty elektronicznej (e-mail)</w:t>
            </w:r>
          </w:p>
        </w:tc>
        <w:tc>
          <w:tcPr>
            <w:tcW w:w="6232" w:type="dxa"/>
          </w:tcPr>
          <w:p w14:paraId="7CD97E5C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</w:tbl>
    <w:p w14:paraId="0A2C0B88" w14:textId="77777777" w:rsidR="000F4C17" w:rsidRPr="000F4C17" w:rsidRDefault="000F4C17" w:rsidP="000F4C17">
      <w:pPr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94"/>
        <w:gridCol w:w="2968"/>
      </w:tblGrid>
      <w:tr w:rsidR="000F4C17" w:rsidRPr="000F4C17" w14:paraId="14C4B7F1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56C3133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bookmarkStart w:id="1" w:name="_Hlk240898060"/>
            <w:r w:rsidRPr="000F4C17">
              <w:rPr>
                <w:rFonts w:asciiTheme="majorHAnsi" w:hAnsiTheme="majorHAnsi" w:cstheme="majorHAnsi"/>
                <w:b/>
              </w:rPr>
              <w:t>DANE DODATKOWE</w:t>
            </w:r>
          </w:p>
        </w:tc>
      </w:tr>
      <w:tr w:rsidR="000F4C17" w:rsidRPr="000F4C17" w14:paraId="6E423D28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03CEE161" w14:textId="2F126B44" w:rsidR="00575A8E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Osoba obcego pochodzenia</w:t>
            </w:r>
            <w:r w:rsidR="00575A8E">
              <w:rPr>
                <w:rFonts w:asciiTheme="majorHAnsi" w:hAnsiTheme="majorHAnsi" w:cstheme="majorHAnsi"/>
              </w:rPr>
              <w:br/>
            </w:r>
            <w:r w:rsidR="00575A8E" w:rsidRPr="00916210">
              <w:rPr>
                <w:rFonts w:asciiTheme="majorHAnsi" w:hAnsiTheme="majorHAnsi" w:cstheme="majorHAnsi" w:hint="eastAsia"/>
                <w:sz w:val="16"/>
              </w:rPr>
              <w:t>każda osoba, która nie posiada polskiego obywatelstwa, bez względu na</w:t>
            </w:r>
            <w:r w:rsid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916210">
              <w:rPr>
                <w:rFonts w:asciiTheme="majorHAnsi" w:hAnsiTheme="majorHAnsi" w:cstheme="majorHAnsi" w:hint="eastAsia"/>
                <w:sz w:val="16"/>
              </w:rPr>
              <w:t>fakt posiadania lub nie obywatelstwa/obywatelstw innych krajów</w:t>
            </w:r>
          </w:p>
        </w:tc>
        <w:tc>
          <w:tcPr>
            <w:tcW w:w="2968" w:type="dxa"/>
            <w:vAlign w:val="center"/>
          </w:tcPr>
          <w:p w14:paraId="32A909C0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9E7D77B" w14:textId="3073B4F8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="00575A8E">
              <w:rPr>
                <w:rFonts w:asciiTheme="majorHAnsi" w:hAnsiTheme="majorHAnsi" w:cstheme="majorHAnsi"/>
                <w:szCs w:val="21"/>
              </w:rPr>
              <w:t xml:space="preserve"> </w:t>
            </w:r>
            <w:r w:rsidRPr="000F4C17">
              <w:rPr>
                <w:rFonts w:asciiTheme="majorHAnsi" w:hAnsiTheme="majorHAnsi" w:cstheme="majorHAnsi"/>
              </w:rPr>
              <w:t>nie</w:t>
            </w:r>
          </w:p>
        </w:tc>
      </w:tr>
      <w:tr w:rsidR="000F4C17" w:rsidRPr="000F4C17" w14:paraId="39336FD3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3EF327E1" w14:textId="77777777" w:rsidR="000F4C17" w:rsidRDefault="00916210" w:rsidP="00505A1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Osoba z państwa trzeciego</w:t>
            </w:r>
          </w:p>
          <w:p w14:paraId="7E311F90" w14:textId="39214080" w:rsidR="00575A8E" w:rsidRPr="00575A8E" w:rsidRDefault="00575A8E" w:rsidP="00505A13">
            <w:pPr>
              <w:rPr>
                <w:rFonts w:asciiTheme="majorHAnsi" w:hAnsiTheme="majorHAnsi" w:cstheme="majorHAnsi"/>
                <w:sz w:val="16"/>
              </w:rPr>
            </w:pPr>
            <w:r w:rsidRPr="00575A8E">
              <w:rPr>
                <w:rFonts w:asciiTheme="majorHAnsi" w:hAnsiTheme="majorHAnsi" w:cstheme="majorHAnsi" w:hint="eastAsia"/>
                <w:sz w:val="16"/>
              </w:rPr>
              <w:t>osoba, która jest obywatelami krajów spoza UE lub bezpaństwowiec</w:t>
            </w:r>
          </w:p>
        </w:tc>
        <w:tc>
          <w:tcPr>
            <w:tcW w:w="2968" w:type="dxa"/>
            <w:vAlign w:val="center"/>
          </w:tcPr>
          <w:p w14:paraId="3D94D737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2113538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0F4C17" w:rsidRPr="000F4C17" w14:paraId="0A7DA3B3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5A8DAE36" w14:textId="77777777" w:rsid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Osoba należąca do mniejszości narodowej lub etnicznej (w tym społeczności marginalizowane)</w:t>
            </w:r>
          </w:p>
          <w:p w14:paraId="0555BA43" w14:textId="15F399FC" w:rsidR="00575A8E" w:rsidRPr="000F4C17" w:rsidRDefault="00575A8E" w:rsidP="00505A13">
            <w:pPr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 w:hint="eastAsia"/>
                <w:sz w:val="16"/>
              </w:rPr>
              <w:t>mniejszości narodowe: białoruska, czeska, litewska, niemiecka, ormiańska, rosyjska, słowacka,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ukraińska, żydowska;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mniejszości etniczne: karaimska, łemkowska, romska, tatarska;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społeczności marginalizowane: Romowie</w:t>
            </w:r>
          </w:p>
        </w:tc>
        <w:tc>
          <w:tcPr>
            <w:tcW w:w="2968" w:type="dxa"/>
            <w:vAlign w:val="center"/>
          </w:tcPr>
          <w:p w14:paraId="44D75031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32C35F4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  <w:p w14:paraId="221E966D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odmowa podania informacji</w:t>
            </w:r>
          </w:p>
        </w:tc>
      </w:tr>
      <w:tr w:rsidR="000F4C17" w:rsidRPr="000F4C17" w14:paraId="4A099951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10FDC42D" w14:textId="30F05340" w:rsidR="000F4C17" w:rsidRPr="00575A8E" w:rsidRDefault="000F4C17" w:rsidP="00505A13">
            <w:pPr>
              <w:rPr>
                <w:rFonts w:asciiTheme="majorHAnsi" w:hAnsiTheme="majorHAnsi" w:cstheme="majorHAnsi"/>
                <w:sz w:val="16"/>
              </w:rPr>
            </w:pPr>
            <w:r w:rsidRPr="00575A8E">
              <w:rPr>
                <w:rFonts w:asciiTheme="majorHAnsi" w:hAnsiTheme="majorHAnsi" w:cstheme="majorHAnsi"/>
              </w:rPr>
              <w:t>Osoba bezdomna lub dotknięta wykluczeniem z dostępu do mieszkań</w:t>
            </w:r>
            <w:r w:rsidR="00575A8E" w:rsidRPr="00575A8E">
              <w:rPr>
                <w:rFonts w:asciiTheme="majorHAnsi" w:hAnsiTheme="majorHAnsi" w:cstheme="majorHAnsi"/>
              </w:rPr>
              <w:br/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1. Bez dachu nad głową, w tym osoby żyjące w przestrzeni publicznej lub zakwaterowane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interwencyjnie;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2.Bez mieszkania, w tym osoby zakwaterowane w placówkach dla bezdomnych, w schroniskach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dla kobiet, schroniskach dla imigrantów, osoby opuszczające instytucje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penitencjarne/karne/medyczne, instytucje opiekuńcze, osoby otrzymujące długookresowe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wsparcie z powodu bezdomności - specjalistyczne zakwaterowanie wspierane);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3.Niezabezpieczone zakwaterowanie, w tym osoby w lokalach niezabezpieczonych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–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 przebywające czasowo u rodziny/przyjaciół, tj. przebywające w konwencjonalnych warunkach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lokalowych, ale nie w stałym miejscu zamieszkania ze względu na brak posiadania takiego,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wynajmujący nielegalnie lub nielegalnie zajmujące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lastRenderedPageBreak/>
              <w:t>ziemie, osoby posiadające niepewny najem z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nakazem eksmisji, osoby zagrożone przemocą;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4.Nieodpowiednie warunki mieszkaniowe, w tym osoby zamieszkujące konstrukcje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tymczasowe/nietrwałe, mieszkania </w:t>
            </w:r>
            <w:proofErr w:type="spellStart"/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substandardowe</w:t>
            </w:r>
            <w:proofErr w:type="spellEnd"/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 - lokale nienadające się do zamieszkania wg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standardu krajowego, w warunkach skrajnego przeludnienia;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5.Osoby nie zamieszkujące w lokalu mieszkalnym w rozumieniu przepisów o ochronie praw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a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lokatorów i mieszkaniowym zasobie gminy i niezameldowane na pobyt stały, w rozumieniu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przepisów o ewidencji ludności, a także osoby nie zamieszkujące w lokalu mieszkalnym i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zameldowaną na pobyt stały w lokalu, w którym nie ma możliwości zamieszkania.</w:t>
            </w:r>
          </w:p>
        </w:tc>
        <w:tc>
          <w:tcPr>
            <w:tcW w:w="2968" w:type="dxa"/>
            <w:vAlign w:val="center"/>
          </w:tcPr>
          <w:p w14:paraId="725BA406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lastRenderedPageBreak/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40B0646E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0F4C17" w:rsidRPr="000F4C17" w14:paraId="2DBB9E44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6D4B8B98" w14:textId="234F0669" w:rsidR="000F4C17" w:rsidRPr="00575A8E" w:rsidRDefault="000F4C17" w:rsidP="00505A13">
            <w:pPr>
              <w:rPr>
                <w:rFonts w:asciiTheme="majorHAnsi" w:hAnsiTheme="majorHAnsi" w:cstheme="majorHAnsi"/>
                <w:sz w:val="16"/>
              </w:rPr>
            </w:pPr>
            <w:bookmarkStart w:id="2" w:name="_Hlk240896251"/>
            <w:r w:rsidRPr="00575A8E">
              <w:rPr>
                <w:rFonts w:asciiTheme="majorHAnsi" w:hAnsiTheme="majorHAnsi" w:cstheme="majorHAnsi"/>
              </w:rPr>
              <w:t>Posiadanie statusu osoby z niepełnosprawnościami</w:t>
            </w:r>
            <w:bookmarkEnd w:id="2"/>
            <w:r w:rsidR="00575A8E" w:rsidRPr="00575A8E">
              <w:rPr>
                <w:rFonts w:asciiTheme="majorHAnsi" w:hAnsiTheme="majorHAnsi" w:cstheme="majorHAnsi"/>
              </w:rPr>
              <w:br/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Za osoby z niepełnosprawnościami uznaje się osoby w świetle przepisów ustawy z dnia 27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sierpnia 1997 r. o rehabilitacji zawodowej i społecznej oraz zatrudnianiu osób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niepełnosprawnych, a także osoby z zaburzeniami psychicznymi, o których mowa w ustawie z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dnia 19 sierpnia 1994 r. o ochronie zdrowia psychicznego.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Potwierdzeniem statusu osoby z niepełnosprawnością jest w szczególności odpowiednie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orzeczenie lub inny dokument poświadczający stan zdrowia.</w:t>
            </w:r>
          </w:p>
        </w:tc>
        <w:tc>
          <w:tcPr>
            <w:tcW w:w="2968" w:type="dxa"/>
            <w:vAlign w:val="center"/>
          </w:tcPr>
          <w:p w14:paraId="063737E4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0F67C813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  <w:p w14:paraId="1B7334C1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odmowa podania informacji</w:t>
            </w:r>
          </w:p>
        </w:tc>
      </w:tr>
      <w:bookmarkEnd w:id="1"/>
    </w:tbl>
    <w:p w14:paraId="59394DBC" w14:textId="77777777" w:rsidR="000F4C17" w:rsidRPr="000F4C17" w:rsidRDefault="000F4C17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937"/>
        <w:gridCol w:w="1125"/>
      </w:tblGrid>
      <w:tr w:rsidR="00882F34" w:rsidRPr="000F4C17" w14:paraId="05561529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5CA01BC4" w14:textId="76FEA684" w:rsidR="00882F34" w:rsidRPr="000F4C17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STATUS NA RYNKU PRACY W CHWILI PRZYSTAPIENIA DO PROJEKTU</w:t>
            </w:r>
          </w:p>
        </w:tc>
      </w:tr>
      <w:tr w:rsidR="00882F34" w:rsidRPr="000F4C17" w14:paraId="2FA08641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5FCF4D" w14:textId="3B24AE5B" w:rsidR="00882F34" w:rsidRPr="00E76059" w:rsidRDefault="00882F34" w:rsidP="00E7605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Osoba bierna zawodowo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  <w:r w:rsidRPr="00E76059">
              <w:rPr>
                <w:rFonts w:asciiTheme="majorHAnsi" w:hAnsiTheme="majorHAnsi" w:cstheme="majorHAnsi"/>
                <w:b/>
              </w:rPr>
              <w:br/>
            </w:r>
            <w:r w:rsidRPr="00E76059">
              <w:rPr>
                <w:rFonts w:asciiTheme="majorHAnsi" w:hAnsiTheme="majorHAnsi" w:cstheme="majorHAnsi"/>
                <w:b/>
                <w:sz w:val="16"/>
              </w:rPr>
              <w:t>tj. osoba, która w danej chwili nie tworzy zasobów siły roboczej - nie jest osobą pracującą ani bezrobotną (zaznaczyć jedną z 3 opcji poniżej)</w:t>
            </w:r>
          </w:p>
        </w:tc>
      </w:tr>
      <w:tr w:rsidR="00882F34" w:rsidRPr="000F4C17" w14:paraId="34E09165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2CA91C5A" w14:textId="2D174CEF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nieuczestnicząca w kształceniu lub szkoleniu</w:t>
            </w:r>
          </w:p>
        </w:tc>
        <w:tc>
          <w:tcPr>
            <w:tcW w:w="1125" w:type="dxa"/>
            <w:vAlign w:val="center"/>
          </w:tcPr>
          <w:p w14:paraId="284331F7" w14:textId="29939F49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AFAFC7A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8AB483F" w14:textId="5D7B9FB3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ucząca się/odbywająca szkolenie</w:t>
            </w:r>
          </w:p>
        </w:tc>
        <w:tc>
          <w:tcPr>
            <w:tcW w:w="1125" w:type="dxa"/>
            <w:vAlign w:val="center"/>
          </w:tcPr>
          <w:p w14:paraId="49A145AE" w14:textId="0ABAD201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8634790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9B4AD1D" w14:textId="4A586BF3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</w:rPr>
            </w:pPr>
            <w:r w:rsidRPr="00E76059">
              <w:rPr>
                <w:rFonts w:asciiTheme="majorHAnsi" w:hAnsiTheme="majorHAnsi" w:cstheme="majorHAnsi"/>
              </w:rPr>
              <w:t>Inne (np. emeryt, rencista itp.)</w:t>
            </w:r>
          </w:p>
        </w:tc>
        <w:tc>
          <w:tcPr>
            <w:tcW w:w="1125" w:type="dxa"/>
            <w:vAlign w:val="center"/>
          </w:tcPr>
          <w:p w14:paraId="1F02C599" w14:textId="77C77E40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39CB530A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56733D1" w14:textId="59BFEFAF" w:rsidR="00882F34" w:rsidRPr="00E76059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</w:t>
            </w:r>
            <w:r w:rsidR="00E76059" w:rsidRPr="00E76059">
              <w:rPr>
                <w:rFonts w:asciiTheme="majorHAnsi" w:hAnsiTheme="majorHAnsi" w:cstheme="majorHAnsi"/>
                <w:b/>
              </w:rPr>
              <w:t>soba</w:t>
            </w:r>
            <w:r w:rsidRPr="00E76059">
              <w:rPr>
                <w:rFonts w:asciiTheme="majorHAnsi" w:hAnsiTheme="majorHAnsi" w:cstheme="majorHAnsi"/>
                <w:b/>
              </w:rPr>
              <w:t xml:space="preserve"> bezrobotna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</w:p>
          <w:p w14:paraId="4225A8D9" w14:textId="6A250597" w:rsidR="00882F34" w:rsidRPr="00E76059" w:rsidRDefault="00882F34" w:rsidP="00E7605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  <w:sz w:val="16"/>
                <w:szCs w:val="16"/>
              </w:rPr>
              <w:t>osoba pozostająca bez pracy, gotowa do podjęcia pracy i aktywnie poszukująca zatrudnienia (zaznaczyć poniżej jedną z 2 opcji)</w:t>
            </w:r>
          </w:p>
        </w:tc>
      </w:tr>
      <w:tr w:rsidR="00882F34" w:rsidRPr="000F4C17" w14:paraId="7F863861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D37314F" w14:textId="77777777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długotrwale bezrobotna</w:t>
            </w:r>
          </w:p>
          <w:p w14:paraId="146CA1A4" w14:textId="20D5BD4A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E76059">
              <w:rPr>
                <w:rFonts w:asciiTheme="majorHAnsi" w:hAnsiTheme="majorHAnsi" w:cstheme="majorHAnsi"/>
                <w:sz w:val="16"/>
                <w:szCs w:val="16"/>
              </w:rPr>
              <w:t>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1125" w:type="dxa"/>
            <w:vAlign w:val="center"/>
          </w:tcPr>
          <w:p w14:paraId="51CB4E43" w14:textId="759FF450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2F6ABB2C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C619FCD" w14:textId="3C89B29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inne</w:t>
            </w:r>
          </w:p>
        </w:tc>
        <w:tc>
          <w:tcPr>
            <w:tcW w:w="1125" w:type="dxa"/>
            <w:vAlign w:val="center"/>
          </w:tcPr>
          <w:p w14:paraId="283C613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A2347FA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2946BF3D" w14:textId="40DBE6F7" w:rsidR="00882F34" w:rsidRPr="00E76059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Osoba pracująca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</w:p>
        </w:tc>
      </w:tr>
      <w:tr w:rsidR="00882F34" w:rsidRPr="000F4C17" w14:paraId="26157E9B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DFADD08" w14:textId="4947335D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prowadząca działalność na własny rachunek</w:t>
            </w:r>
          </w:p>
        </w:tc>
        <w:tc>
          <w:tcPr>
            <w:tcW w:w="1125" w:type="dxa"/>
            <w:vAlign w:val="center"/>
          </w:tcPr>
          <w:p w14:paraId="3BFE4E7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37D62D90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562D86E" w14:textId="4D93E11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administracji rządowej</w:t>
            </w:r>
          </w:p>
        </w:tc>
        <w:tc>
          <w:tcPr>
            <w:tcW w:w="1125" w:type="dxa"/>
            <w:vAlign w:val="center"/>
          </w:tcPr>
          <w:p w14:paraId="0C15B53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D9AE9F4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FA2314E" w14:textId="77777777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administracji samorządowej</w:t>
            </w:r>
          </w:p>
          <w:p w14:paraId="319860C4" w14:textId="1C4A5288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E76059">
              <w:rPr>
                <w:rFonts w:asciiTheme="majorHAnsi" w:hAnsiTheme="majorHAnsi" w:cstheme="majorHAnsi"/>
                <w:sz w:val="16"/>
                <w:szCs w:val="16"/>
              </w:rPr>
              <w:t>(z wyłączeniem szkół i placówek systemu oświaty)</w:t>
            </w:r>
          </w:p>
        </w:tc>
        <w:tc>
          <w:tcPr>
            <w:tcW w:w="1125" w:type="dxa"/>
            <w:vAlign w:val="center"/>
          </w:tcPr>
          <w:p w14:paraId="3DC51A9E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00D437CE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0597C90C" w14:textId="3AA455DE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organizacji pozarządowej</w:t>
            </w:r>
          </w:p>
        </w:tc>
        <w:tc>
          <w:tcPr>
            <w:tcW w:w="1125" w:type="dxa"/>
            <w:vAlign w:val="center"/>
          </w:tcPr>
          <w:p w14:paraId="2B08849D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3648B1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530A3B0" w14:textId="162CC65C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MMŚP</w:t>
            </w:r>
          </w:p>
        </w:tc>
        <w:tc>
          <w:tcPr>
            <w:tcW w:w="1125" w:type="dxa"/>
            <w:vAlign w:val="center"/>
          </w:tcPr>
          <w:p w14:paraId="260470B5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03F33700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22157CE1" w14:textId="563D5325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dużym przedsiębiorstwie</w:t>
            </w:r>
          </w:p>
        </w:tc>
        <w:tc>
          <w:tcPr>
            <w:tcW w:w="1125" w:type="dxa"/>
            <w:vAlign w:val="center"/>
          </w:tcPr>
          <w:p w14:paraId="2D64829B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83960B1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044BFC1" w14:textId="121987C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podmiocie wykonującym działalność leczniczą</w:t>
            </w:r>
          </w:p>
        </w:tc>
        <w:tc>
          <w:tcPr>
            <w:tcW w:w="1125" w:type="dxa"/>
            <w:vAlign w:val="center"/>
          </w:tcPr>
          <w:p w14:paraId="187D4128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6DDD94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6E2E08B" w14:textId="45175F07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szkole lub placówce systemu oświaty (kadra pedagogiczna)</w:t>
            </w:r>
          </w:p>
        </w:tc>
        <w:tc>
          <w:tcPr>
            <w:tcW w:w="1125" w:type="dxa"/>
            <w:vAlign w:val="center"/>
          </w:tcPr>
          <w:p w14:paraId="18CCE0EE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2BA4288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A9AFE0A" w14:textId="09BC5890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lastRenderedPageBreak/>
              <w:t>osoba pracująca w szkole lub placówce systemu oświaty (kadra niepedagogiczna)</w:t>
            </w:r>
          </w:p>
        </w:tc>
        <w:tc>
          <w:tcPr>
            <w:tcW w:w="1125" w:type="dxa"/>
            <w:vAlign w:val="center"/>
          </w:tcPr>
          <w:p w14:paraId="67109894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4C7EC896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8FD33BA" w14:textId="746E9A2A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szkole lub placówce systemu oświaty (kadra zarządzająca)</w:t>
            </w:r>
          </w:p>
        </w:tc>
        <w:tc>
          <w:tcPr>
            <w:tcW w:w="1125" w:type="dxa"/>
            <w:vAlign w:val="center"/>
          </w:tcPr>
          <w:p w14:paraId="34B630E6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51F5C0D2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8A8A410" w14:textId="764B2D87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na uczelni</w:t>
            </w:r>
          </w:p>
        </w:tc>
        <w:tc>
          <w:tcPr>
            <w:tcW w:w="1125" w:type="dxa"/>
            <w:vAlign w:val="center"/>
          </w:tcPr>
          <w:p w14:paraId="78AAF7EA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78D31E16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2AA54BF" w14:textId="5718A94D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naukowym</w:t>
            </w:r>
          </w:p>
        </w:tc>
        <w:tc>
          <w:tcPr>
            <w:tcW w:w="1125" w:type="dxa"/>
            <w:vAlign w:val="center"/>
          </w:tcPr>
          <w:p w14:paraId="6B8217AC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460DF513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64FAA4E9" w14:textId="706DFD1D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badawczym</w:t>
            </w:r>
          </w:p>
        </w:tc>
        <w:tc>
          <w:tcPr>
            <w:tcW w:w="1125" w:type="dxa"/>
            <w:vAlign w:val="center"/>
          </w:tcPr>
          <w:p w14:paraId="7E95709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2092534C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40934EE" w14:textId="38713D58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działającym w ramach Sieci Badawczej Łukasiewicz</w:t>
            </w:r>
          </w:p>
        </w:tc>
        <w:tc>
          <w:tcPr>
            <w:tcW w:w="1125" w:type="dxa"/>
            <w:vAlign w:val="center"/>
          </w:tcPr>
          <w:p w14:paraId="60405F3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56EA7898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93CEC59" w14:textId="042282E8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międzynarodowym instytucie naukowym</w:t>
            </w:r>
          </w:p>
        </w:tc>
        <w:tc>
          <w:tcPr>
            <w:tcW w:w="1125" w:type="dxa"/>
            <w:vAlign w:val="center"/>
          </w:tcPr>
          <w:p w14:paraId="7143F3BC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534E48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C3C6B3B" w14:textId="4ABD5B83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dla federacji podmiotów systemu szkolnictwa wyższego i nauki</w:t>
            </w:r>
          </w:p>
        </w:tc>
        <w:tc>
          <w:tcPr>
            <w:tcW w:w="1125" w:type="dxa"/>
            <w:vAlign w:val="center"/>
          </w:tcPr>
          <w:p w14:paraId="14EA8D21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79FC472C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C750A01" w14:textId="60E1D905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na rzecz państwowej osoby prawne</w:t>
            </w:r>
          </w:p>
        </w:tc>
        <w:tc>
          <w:tcPr>
            <w:tcW w:w="1125" w:type="dxa"/>
            <w:vAlign w:val="center"/>
          </w:tcPr>
          <w:p w14:paraId="310DD049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F9F4AA3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BA04869" w14:textId="7F00366F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inne</w:t>
            </w:r>
          </w:p>
        </w:tc>
        <w:tc>
          <w:tcPr>
            <w:tcW w:w="1125" w:type="dxa"/>
            <w:vAlign w:val="center"/>
          </w:tcPr>
          <w:p w14:paraId="0F06B6C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</w:tbl>
    <w:p w14:paraId="6808CC4D" w14:textId="5094822E" w:rsidR="000F4C17" w:rsidRDefault="000F4C17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4"/>
      </w:tblGrid>
      <w:tr w:rsidR="00E76059" w:rsidRPr="000F4C17" w14:paraId="331B054B" w14:textId="77777777" w:rsidTr="00364BF0">
        <w:trPr>
          <w:jc w:val="center"/>
        </w:trPr>
        <w:tc>
          <w:tcPr>
            <w:tcW w:w="9414" w:type="dxa"/>
            <w:shd w:val="clear" w:color="auto" w:fill="D9D9D9" w:themeFill="background1" w:themeFillShade="D9"/>
          </w:tcPr>
          <w:p w14:paraId="75FAD71A" w14:textId="7B9EEE4C" w:rsidR="00E76059" w:rsidRPr="000F4C17" w:rsidRDefault="00E76059" w:rsidP="00607F1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SPECJALNE POTRZEBY UCZESTNIKÓW</w:t>
            </w:r>
          </w:p>
        </w:tc>
      </w:tr>
      <w:tr w:rsidR="00E76059" w:rsidRPr="000F4C17" w14:paraId="1BE5A55E" w14:textId="77777777" w:rsidTr="00364BF0">
        <w:trPr>
          <w:jc w:val="center"/>
        </w:trPr>
        <w:tc>
          <w:tcPr>
            <w:tcW w:w="9414" w:type="dxa"/>
          </w:tcPr>
          <w:p w14:paraId="67F2A1D6" w14:textId="089331B9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nie posiadam szczególnych potrzeb w zakresie udziału w projekcie</w:t>
            </w:r>
          </w:p>
          <w:p w14:paraId="62376EA7" w14:textId="6F8595C5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niepełnosprawność (utrudnienia w funkcjonowaniu wynikające z niepełnosprawności ruchowej, sensorycznej, intelektualnej lub psychicznej)</w:t>
            </w:r>
          </w:p>
          <w:p w14:paraId="039CDA55" w14:textId="27A5BF18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szczególne potrzeby zdrowotne (długotrwała choroba, ograniczenia zdrowotne wpływające na udział w zajęciach)</w:t>
            </w:r>
          </w:p>
          <w:p w14:paraId="3370A44E" w14:textId="5BB89F79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szczególne potrzeby związane z opieką nad osobą zależną (dziecko, osoba z niepełnosprawnością, osoba starsza)</w:t>
            </w:r>
          </w:p>
          <w:p w14:paraId="035C0B5F" w14:textId="0225DCDA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trudności w przyswajaniu wiedzy lub uczeniu się (np. niskie kompetencje podstawowe, trudności edukacyjne)</w:t>
            </w:r>
          </w:p>
          <w:p w14:paraId="7D2CF67A" w14:textId="0738C96A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ograniczone kompetencje cyfrowe</w:t>
            </w:r>
          </w:p>
          <w:p w14:paraId="40F8A4A6" w14:textId="4165AA74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inne szczególne potrzeby (prosimy o opisanie poniżej)</w:t>
            </w:r>
          </w:p>
          <w:p w14:paraId="3E31E9DD" w14:textId="18A124E8" w:rsidR="00E76059" w:rsidRPr="00E76059" w:rsidRDefault="00E76059" w:rsidP="00353E44">
            <w:pPr>
              <w:spacing w:after="0" w:line="360" w:lineRule="auto"/>
              <w:ind w:left="36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53E44">
              <w:rPr>
                <w:rFonts w:asciiTheme="majorHAnsi" w:hAnsiTheme="majorHAnsi" w:cstheme="majorHAnsi"/>
                <w:b/>
              </w:rPr>
              <w:t>………………</w:t>
            </w:r>
          </w:p>
        </w:tc>
      </w:tr>
    </w:tbl>
    <w:p w14:paraId="2FE096F2" w14:textId="77777777" w:rsidR="00353E44" w:rsidRDefault="00353E44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07F1E" w:rsidRPr="000F4C17" w14:paraId="535E15F0" w14:textId="77777777" w:rsidTr="00607F1E">
        <w:trPr>
          <w:jc w:val="center"/>
        </w:trPr>
        <w:tc>
          <w:tcPr>
            <w:tcW w:w="9062" w:type="dxa"/>
            <w:shd w:val="clear" w:color="auto" w:fill="D9D9D9" w:themeFill="background1" w:themeFillShade="D9"/>
          </w:tcPr>
          <w:p w14:paraId="6282EA29" w14:textId="7CBF9D4C" w:rsidR="00607F1E" w:rsidRPr="000F4C17" w:rsidRDefault="00607F1E" w:rsidP="00607F1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PRZYNALEŻNOŚĆ DO GRUPY DOCELOWEJ</w:t>
            </w:r>
          </w:p>
        </w:tc>
      </w:tr>
      <w:tr w:rsidR="0085779D" w:rsidRPr="000F4C17" w14:paraId="77E6C8A7" w14:textId="77777777" w:rsidTr="00BE65F3">
        <w:trPr>
          <w:jc w:val="center"/>
        </w:trPr>
        <w:tc>
          <w:tcPr>
            <w:tcW w:w="9062" w:type="dxa"/>
          </w:tcPr>
          <w:p w14:paraId="276AEE52" w14:textId="011171BF" w:rsidR="00D61F4E" w:rsidRDefault="00DB2AB8" w:rsidP="00353E4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="00D61F4E">
              <w:rPr>
                <w:rFonts w:asciiTheme="majorHAnsi" w:hAnsiTheme="majorHAnsi" w:cstheme="majorHAnsi"/>
              </w:rPr>
              <w:t>sob</w:t>
            </w:r>
            <w:r>
              <w:rPr>
                <w:rFonts w:asciiTheme="majorHAnsi" w:hAnsiTheme="majorHAnsi" w:cstheme="majorHAnsi"/>
              </w:rPr>
              <w:t xml:space="preserve">a </w:t>
            </w:r>
            <w:r w:rsidR="00D61F4E">
              <w:rPr>
                <w:rFonts w:asciiTheme="majorHAnsi" w:hAnsiTheme="majorHAnsi" w:cstheme="majorHAnsi"/>
              </w:rPr>
              <w:t>zamieszkująca:</w:t>
            </w:r>
          </w:p>
          <w:p w14:paraId="4A5C442D" w14:textId="4D982181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miasto Zambrów</w:t>
            </w:r>
          </w:p>
          <w:p w14:paraId="50B04358" w14:textId="45BA66A4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gminę Zambrów</w:t>
            </w:r>
          </w:p>
          <w:p w14:paraId="15146E5F" w14:textId="1CBF8094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gminę Rutki</w:t>
            </w:r>
          </w:p>
          <w:p w14:paraId="5148FB8A" w14:textId="2A834087" w:rsidR="00D61F4E" w:rsidRPr="00D61F4E" w:rsidRDefault="00D61F4E" w:rsidP="00D61F4E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61AFC50D" w14:textId="4510856C" w:rsidR="00607F1E" w:rsidRDefault="00607F1E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8358"/>
      </w:tblGrid>
      <w:tr w:rsidR="00353E44" w:rsidRPr="000F4C17" w14:paraId="57E42C16" w14:textId="77777777" w:rsidTr="006E31EF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7E031907" w14:textId="77777777" w:rsidR="00353E44" w:rsidRPr="000F4C17" w:rsidRDefault="00353E44" w:rsidP="006E31EF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/>
                <w:b/>
              </w:rPr>
              <w:t>OŚWIADCZENIA UCZESTNIKA PROJEKTU</w:t>
            </w:r>
          </w:p>
        </w:tc>
      </w:tr>
      <w:tr w:rsidR="00353E44" w:rsidRPr="000F4C17" w14:paraId="41D5C234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77C1C49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1F5603A0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Zostałem/łam poinformowany/na, że projekt jest współfinansowany ze środków Europejskiego Funduszu Społecznego Plus (EFS +) w ramach programu Fundusze Europejskie dla Podlaskiego na lata 2021-2027.</w:t>
            </w:r>
          </w:p>
        </w:tc>
      </w:tr>
      <w:tr w:rsidR="00353E44" w:rsidRPr="000F4C17" w14:paraId="7A565C1E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0881DC2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40EA5F49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Zapoznałem/łam się z Regulaminem Projektu „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Pomocna Dłoń 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>–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usługi społeczne dla osób z gminy Zambrów, miasta Zambrów oraz gminy Rutki</w:t>
            </w: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>w województwie podlaskim</w:t>
            </w: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” (regulamin do wglądu w Biurze Projektu, na stronie www).</w:t>
            </w:r>
          </w:p>
        </w:tc>
      </w:tr>
      <w:tr w:rsidR="00353E44" w:rsidRPr="000F4C17" w14:paraId="42DD3636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E18DA9D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7A87B2A4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Przyjmuję do wiadomości, że złożenie Formularza Rekrutacyjnego nie jest jednoznaczne z przyjęciem mnie do Projektu.</w:t>
            </w:r>
          </w:p>
        </w:tc>
      </w:tr>
      <w:tr w:rsidR="00353E44" w:rsidRPr="000F4C17" w14:paraId="580CDFCF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B75A08A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2A9CAFB1" w14:textId="27723BA9" w:rsidR="00353E44" w:rsidRPr="00353E44" w:rsidRDefault="0008286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Oświadczam, że </w:t>
            </w:r>
            <w:r w:rsidRPr="00082864">
              <w:rPr>
                <w:rFonts w:asciiTheme="majorHAnsi" w:hAnsiTheme="majorHAnsi" w:cstheme="majorHAnsi"/>
                <w:sz w:val="16"/>
                <w:szCs w:val="16"/>
              </w:rPr>
              <w:t>podane przeze mnie w Formularzu zgłoszeniowym informacje są zgodne ze stanem faktycznym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</w:tbl>
    <w:p w14:paraId="5AEB3F30" w14:textId="0DE408F4" w:rsidR="00353E44" w:rsidRDefault="00353E44" w:rsidP="000F4C17">
      <w:pPr>
        <w:rPr>
          <w:rFonts w:asciiTheme="majorHAnsi" w:hAnsiTheme="majorHAnsi" w:cstheme="majorHAnsi"/>
        </w:rPr>
      </w:pPr>
    </w:p>
    <w:p w14:paraId="00383D6E" w14:textId="08994EB3" w:rsidR="00353E44" w:rsidRDefault="00353E44" w:rsidP="000F4C17">
      <w:pPr>
        <w:rPr>
          <w:rFonts w:asciiTheme="majorHAnsi" w:hAnsiTheme="majorHAnsi" w:cstheme="majorHAnsi"/>
        </w:rPr>
      </w:pPr>
    </w:p>
    <w:p w14:paraId="7C6CE32B" w14:textId="7853F566" w:rsidR="00353E44" w:rsidRDefault="00353E44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53E44" w:rsidRPr="000F4C17" w14:paraId="126B714A" w14:textId="77777777" w:rsidTr="00353E44">
        <w:trPr>
          <w:trHeight w:val="602"/>
          <w:jc w:val="center"/>
        </w:trPr>
        <w:tc>
          <w:tcPr>
            <w:tcW w:w="4531" w:type="dxa"/>
          </w:tcPr>
          <w:p w14:paraId="6B51E563" w14:textId="77777777" w:rsidR="00353E44" w:rsidRPr="000F4C17" w:rsidRDefault="00353E44" w:rsidP="006E31EF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</w:t>
            </w:r>
          </w:p>
          <w:p w14:paraId="3FDA037F" w14:textId="77777777" w:rsidR="00353E44" w:rsidRPr="000F4C17" w:rsidRDefault="00353E44" w:rsidP="006E31EF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Miejscowość, data</w:t>
            </w:r>
          </w:p>
        </w:tc>
        <w:tc>
          <w:tcPr>
            <w:tcW w:w="4531" w:type="dxa"/>
          </w:tcPr>
          <w:p w14:paraId="29C4F4C8" w14:textId="77777777" w:rsidR="00353E44" w:rsidRPr="000F4C17" w:rsidRDefault="00353E44" w:rsidP="006E31EF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__________________________________</w:t>
            </w:r>
          </w:p>
          <w:p w14:paraId="03EF67BD" w14:textId="5CCF6456" w:rsidR="00353E44" w:rsidRPr="000F4C17" w:rsidRDefault="00353E44" w:rsidP="006E31EF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Czytelny podpis kandydata/ki projektu</w:t>
            </w:r>
          </w:p>
        </w:tc>
      </w:tr>
    </w:tbl>
    <w:p w14:paraId="47FA46A9" w14:textId="6B18541E" w:rsidR="00353E44" w:rsidRDefault="00353E44" w:rsidP="000F4C17">
      <w:pPr>
        <w:rPr>
          <w:rFonts w:asciiTheme="majorHAnsi" w:hAnsiTheme="majorHAnsi" w:cstheme="majorHAnsi"/>
        </w:rPr>
      </w:pPr>
    </w:p>
    <w:sectPr w:rsidR="00353E44" w:rsidSect="004919FE">
      <w:headerReference w:type="default" r:id="rId8"/>
      <w:footerReference w:type="default" r:id="rId9"/>
      <w:pgSz w:w="12240" w:h="15840"/>
      <w:pgMar w:top="1701" w:right="1247" w:bottom="1134" w:left="1361" w:header="680" w:footer="1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A3B7" w14:textId="77777777" w:rsidR="002E224D" w:rsidRDefault="002E224D">
      <w:pPr>
        <w:spacing w:after="0" w:line="240" w:lineRule="auto"/>
      </w:pPr>
      <w:r>
        <w:separator/>
      </w:r>
    </w:p>
  </w:endnote>
  <w:endnote w:type="continuationSeparator" w:id="0">
    <w:p w14:paraId="397E9746" w14:textId="77777777" w:rsidR="002E224D" w:rsidRDefault="002E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FF73" w14:textId="77777777" w:rsidR="002E224D" w:rsidRDefault="002E224D">
      <w:pPr>
        <w:spacing w:after="0" w:line="240" w:lineRule="auto"/>
      </w:pPr>
      <w:r>
        <w:separator/>
      </w:r>
    </w:p>
  </w:footnote>
  <w:footnote w:type="continuationSeparator" w:id="0">
    <w:p w14:paraId="1F648066" w14:textId="77777777" w:rsidR="002E224D" w:rsidRDefault="002E2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9044F1"/>
    <w:multiLevelType w:val="hybridMultilevel"/>
    <w:tmpl w:val="F8C67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29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88867">
    <w:abstractNumId w:val="8"/>
  </w:num>
  <w:num w:numId="2" w16cid:durableId="1844977269">
    <w:abstractNumId w:val="6"/>
  </w:num>
  <w:num w:numId="3" w16cid:durableId="516776675">
    <w:abstractNumId w:val="5"/>
  </w:num>
  <w:num w:numId="4" w16cid:durableId="621159018">
    <w:abstractNumId w:val="4"/>
  </w:num>
  <w:num w:numId="5" w16cid:durableId="280185077">
    <w:abstractNumId w:val="7"/>
  </w:num>
  <w:num w:numId="6" w16cid:durableId="1040007318">
    <w:abstractNumId w:val="3"/>
  </w:num>
  <w:num w:numId="7" w16cid:durableId="989021218">
    <w:abstractNumId w:val="2"/>
  </w:num>
  <w:num w:numId="8" w16cid:durableId="663508243">
    <w:abstractNumId w:val="1"/>
  </w:num>
  <w:num w:numId="9" w16cid:durableId="1863277237">
    <w:abstractNumId w:val="0"/>
  </w:num>
  <w:num w:numId="10" w16cid:durableId="1995403683">
    <w:abstractNumId w:val="7"/>
    <w:lvlOverride w:ilvl="0">
      <w:startOverride w:val="1"/>
    </w:lvlOverride>
  </w:num>
  <w:num w:numId="11" w16cid:durableId="905073990">
    <w:abstractNumId w:val="7"/>
    <w:lvlOverride w:ilvl="0">
      <w:startOverride w:val="1"/>
    </w:lvlOverride>
  </w:num>
  <w:num w:numId="12" w16cid:durableId="902982246">
    <w:abstractNumId w:val="12"/>
  </w:num>
  <w:num w:numId="13" w16cid:durableId="1640064191">
    <w:abstractNumId w:val="7"/>
    <w:lvlOverride w:ilvl="0">
      <w:startOverride w:val="1"/>
    </w:lvlOverride>
  </w:num>
  <w:num w:numId="14" w16cid:durableId="63063559">
    <w:abstractNumId w:val="13"/>
  </w:num>
  <w:num w:numId="15" w16cid:durableId="1189022621">
    <w:abstractNumId w:val="7"/>
    <w:lvlOverride w:ilvl="0">
      <w:startOverride w:val="1"/>
    </w:lvlOverride>
  </w:num>
  <w:num w:numId="16" w16cid:durableId="602152012">
    <w:abstractNumId w:val="20"/>
  </w:num>
  <w:num w:numId="17" w16cid:durableId="175461935">
    <w:abstractNumId w:val="21"/>
  </w:num>
  <w:num w:numId="18" w16cid:durableId="1539660761">
    <w:abstractNumId w:val="24"/>
  </w:num>
  <w:num w:numId="19" w16cid:durableId="583104532">
    <w:abstractNumId w:val="16"/>
  </w:num>
  <w:num w:numId="20" w16cid:durableId="236092973">
    <w:abstractNumId w:val="27"/>
  </w:num>
  <w:num w:numId="21" w16cid:durableId="1114448184">
    <w:abstractNumId w:val="25"/>
  </w:num>
  <w:num w:numId="22" w16cid:durableId="95447376">
    <w:abstractNumId w:val="10"/>
  </w:num>
  <w:num w:numId="23" w16cid:durableId="1895891865">
    <w:abstractNumId w:val="18"/>
  </w:num>
  <w:num w:numId="24" w16cid:durableId="2041471223">
    <w:abstractNumId w:val="23"/>
  </w:num>
  <w:num w:numId="25" w16cid:durableId="661350326">
    <w:abstractNumId w:val="14"/>
  </w:num>
  <w:num w:numId="26" w16cid:durableId="1036391780">
    <w:abstractNumId w:val="7"/>
    <w:lvlOverride w:ilvl="0">
      <w:startOverride w:val="1"/>
    </w:lvlOverride>
  </w:num>
  <w:num w:numId="27" w16cid:durableId="1324234914">
    <w:abstractNumId w:val="26"/>
  </w:num>
  <w:num w:numId="28" w16cid:durableId="1852521669">
    <w:abstractNumId w:val="30"/>
  </w:num>
  <w:num w:numId="29" w16cid:durableId="199821491">
    <w:abstractNumId w:val="19"/>
  </w:num>
  <w:num w:numId="30" w16cid:durableId="1543832786">
    <w:abstractNumId w:val="11"/>
  </w:num>
  <w:num w:numId="31" w16cid:durableId="486169502">
    <w:abstractNumId w:val="9"/>
  </w:num>
  <w:num w:numId="32" w16cid:durableId="1987736379">
    <w:abstractNumId w:val="29"/>
  </w:num>
  <w:num w:numId="33" w16cid:durableId="1015814557">
    <w:abstractNumId w:val="28"/>
  </w:num>
  <w:num w:numId="34" w16cid:durableId="1423143496">
    <w:abstractNumId w:val="22"/>
  </w:num>
  <w:num w:numId="35" w16cid:durableId="1086725265">
    <w:abstractNumId w:val="15"/>
  </w:num>
  <w:num w:numId="36" w16cid:durableId="10565151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82864"/>
    <w:rsid w:val="000C3D80"/>
    <w:rsid w:val="000F4C17"/>
    <w:rsid w:val="0015074B"/>
    <w:rsid w:val="001C1F60"/>
    <w:rsid w:val="00236D51"/>
    <w:rsid w:val="002424A6"/>
    <w:rsid w:val="0029639D"/>
    <w:rsid w:val="002E224D"/>
    <w:rsid w:val="00324728"/>
    <w:rsid w:val="00326F90"/>
    <w:rsid w:val="00353E44"/>
    <w:rsid w:val="00364BF0"/>
    <w:rsid w:val="0037657C"/>
    <w:rsid w:val="003B18DB"/>
    <w:rsid w:val="00420DD0"/>
    <w:rsid w:val="00464E3A"/>
    <w:rsid w:val="0048059E"/>
    <w:rsid w:val="004919FE"/>
    <w:rsid w:val="004C414F"/>
    <w:rsid w:val="00521303"/>
    <w:rsid w:val="00575A8E"/>
    <w:rsid w:val="00607F1E"/>
    <w:rsid w:val="007C065B"/>
    <w:rsid w:val="0081749D"/>
    <w:rsid w:val="0084650D"/>
    <w:rsid w:val="00851D81"/>
    <w:rsid w:val="0085779D"/>
    <w:rsid w:val="00882F34"/>
    <w:rsid w:val="00916210"/>
    <w:rsid w:val="00944C6B"/>
    <w:rsid w:val="00A5769C"/>
    <w:rsid w:val="00A822E1"/>
    <w:rsid w:val="00AA1D8D"/>
    <w:rsid w:val="00B47730"/>
    <w:rsid w:val="00B61048"/>
    <w:rsid w:val="00C1654B"/>
    <w:rsid w:val="00C26108"/>
    <w:rsid w:val="00CB0664"/>
    <w:rsid w:val="00D037FF"/>
    <w:rsid w:val="00D367A6"/>
    <w:rsid w:val="00D610A6"/>
    <w:rsid w:val="00D61F4E"/>
    <w:rsid w:val="00DA5786"/>
    <w:rsid w:val="00DB2AB8"/>
    <w:rsid w:val="00E76059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3E44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87F4B9-21F6-4EE9-8C5C-D4164231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1110</Words>
  <Characters>6665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PCPR1</cp:lastModifiedBy>
  <cp:revision>18</cp:revision>
  <dcterms:created xsi:type="dcterms:W3CDTF">2013-12-23T23:15:00Z</dcterms:created>
  <dcterms:modified xsi:type="dcterms:W3CDTF">2026-09-28T05:17:00Z</dcterms:modified>
  <cp:category/>
</cp:coreProperties>
</file>