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E9C87" w14:textId="77777777" w:rsidR="00076DA5" w:rsidRDefault="00000000">
      <w:pPr>
        <w:pStyle w:val="SmallCustom"/>
        <w:rPr>
          <w:rFonts w:hint="eastAsia"/>
        </w:rPr>
      </w:pPr>
      <w:r>
        <w:rPr>
          <w:b/>
        </w:rPr>
        <w:t>ZAŁĄCZNIK NR 7  /  DOKUMENTY REKRUTACYJNE</w:t>
      </w:r>
    </w:p>
    <w:p w14:paraId="6297AB60" w14:textId="77777777" w:rsidR="00076DA5" w:rsidRDefault="00000000">
      <w:pPr>
        <w:pStyle w:val="TitleCustom"/>
        <w:rPr>
          <w:rFonts w:hint="eastAsia"/>
        </w:rPr>
      </w:pPr>
      <w:r>
        <w:t>Pełnomocnictwo</w:t>
      </w:r>
    </w:p>
    <w:p w14:paraId="6F9674E4" w14:textId="77777777" w:rsidR="00076DA5" w:rsidRDefault="00000000">
      <w:pPr>
        <w:pStyle w:val="SmallCustom"/>
        <w:rPr>
          <w:rFonts w:hint="eastAsia"/>
        </w:rPr>
      </w:pPr>
      <w:r>
        <w:t>Wypełnić wyłącznie, jeżeli senior upoważnia inną osobę do działania w sprawie bonu senioralnego</w:t>
      </w:r>
    </w:p>
    <w:p w14:paraId="7A0F38B3" w14:textId="77777777" w:rsidR="00076DA5" w:rsidRDefault="00000000">
      <w:pPr>
        <w:pStyle w:val="SectionCustom"/>
        <w:rPr>
          <w:rFonts w:hint="eastAsia"/>
        </w:rPr>
      </w:pPr>
      <w:r>
        <w:rPr>
          <w:b w:val="0"/>
        </w:rPr>
        <w:t>Dane seniora – mocodawcy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18"/>
        <w:gridCol w:w="6406"/>
      </w:tblGrid>
      <w:tr w:rsidR="00076DA5" w14:paraId="4943F418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34FF1E31" w14:textId="77777777" w:rsidR="00076DA5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Imię i nazwisko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3A361EAF" w14:textId="77777777" w:rsidR="00076DA5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  <w:tr w:rsidR="00076DA5" w14:paraId="7F8FAC45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4EF8125C" w14:textId="77777777" w:rsidR="00076DA5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PESEL (lub dokument tożsamości)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1DE544DE" w14:textId="77777777" w:rsidR="00076DA5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  <w:tr w:rsidR="00076DA5" w14:paraId="776D38A1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45D0D90A" w14:textId="77777777" w:rsidR="00076DA5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Adres zamieszkania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782325C7" w14:textId="77777777" w:rsidR="00076DA5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</w:tbl>
    <w:p w14:paraId="342263B6" w14:textId="77777777" w:rsidR="00076DA5" w:rsidRDefault="00076DA5">
      <w:pPr>
        <w:spacing w:after="0"/>
        <w:rPr>
          <w:rFonts w:hint="eastAsia"/>
        </w:rPr>
      </w:pPr>
    </w:p>
    <w:p w14:paraId="26581443" w14:textId="77777777" w:rsidR="00076DA5" w:rsidRDefault="00000000">
      <w:pPr>
        <w:pStyle w:val="SectionCustom"/>
        <w:rPr>
          <w:rFonts w:hint="eastAsia"/>
        </w:rPr>
      </w:pPr>
      <w:r>
        <w:rPr>
          <w:b w:val="0"/>
        </w:rPr>
        <w:t>Dane pełnomocnika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18"/>
        <w:gridCol w:w="6406"/>
      </w:tblGrid>
      <w:tr w:rsidR="00076DA5" w14:paraId="5908CF16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1C0E0B56" w14:textId="77777777" w:rsidR="00076DA5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Imię i nazwisko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61D5902C" w14:textId="77777777" w:rsidR="00076DA5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  <w:tr w:rsidR="00076DA5" w14:paraId="5772509C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41FD566F" w14:textId="77777777" w:rsidR="00076DA5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PESEL (lub dokument tożsamości)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2EE9B931" w14:textId="77777777" w:rsidR="00076DA5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  <w:tr w:rsidR="00076DA5" w14:paraId="6B214130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578B5945" w14:textId="77777777" w:rsidR="00076DA5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Adres do korespondencji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17EC9BCA" w14:textId="77777777" w:rsidR="00076DA5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  <w:tr w:rsidR="00076DA5" w14:paraId="52C680CC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75CEC01A" w14:textId="77777777" w:rsidR="00076DA5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Telefon / e-mail (jeśli podane)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17AC946B" w14:textId="77777777" w:rsidR="00076DA5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</w:tbl>
    <w:p w14:paraId="2447E73B" w14:textId="77777777" w:rsidR="00076DA5" w:rsidRDefault="00076DA5">
      <w:pPr>
        <w:spacing w:after="0"/>
        <w:rPr>
          <w:rFonts w:hint="eastAsia"/>
        </w:rPr>
      </w:pPr>
    </w:p>
    <w:p w14:paraId="757E8318" w14:textId="77777777" w:rsidR="00076DA5" w:rsidRDefault="00000000">
      <w:pPr>
        <w:rPr>
          <w:rFonts w:hint="eastAsia"/>
        </w:rPr>
      </w:pPr>
      <w:r>
        <w:rPr>
          <w:b/>
        </w:rPr>
        <w:t>Udzielam pełnomocnictwa do następujących czynności (zaznaczyć właściwe):</w:t>
      </w:r>
    </w:p>
    <w:p w14:paraId="1178268F" w14:textId="77777777" w:rsidR="00076DA5" w:rsidRDefault="00000000">
      <w:pPr>
        <w:ind w:left="125"/>
        <w:rPr>
          <w:rFonts w:hint="eastAsia"/>
        </w:rPr>
      </w:pPr>
      <w:r>
        <w:t>☐  Złożenia w moim imieniu wniosku o objęcie bonem senioralnym wraz z załącznikami</w:t>
      </w:r>
    </w:p>
    <w:p w14:paraId="496BF2B9" w14:textId="77777777" w:rsidR="00076DA5" w:rsidRDefault="00000000">
      <w:pPr>
        <w:ind w:left="125"/>
        <w:rPr>
          <w:rFonts w:hint="eastAsia"/>
        </w:rPr>
      </w:pPr>
      <w:r>
        <w:t>☐  Uzupełniania braków formalnych i składania wyjaśnień</w:t>
      </w:r>
    </w:p>
    <w:p w14:paraId="4D4B7494" w14:textId="77777777" w:rsidR="00076DA5" w:rsidRDefault="00000000">
      <w:pPr>
        <w:ind w:left="125"/>
        <w:rPr>
          <w:rFonts w:hint="eastAsia"/>
        </w:rPr>
      </w:pPr>
      <w:r>
        <w:t>☐  Odbierania korespondencji i informacji o wyniku kwalifikacji</w:t>
      </w:r>
    </w:p>
    <w:p w14:paraId="62C435A5" w14:textId="77777777" w:rsidR="00076DA5" w:rsidRDefault="00000000">
      <w:pPr>
        <w:ind w:left="125"/>
        <w:rPr>
          <w:rFonts w:hint="eastAsia"/>
        </w:rPr>
      </w:pPr>
      <w:r>
        <w:t>☐  Złożenia wniosku o ponowną kwalifikację</w:t>
      </w:r>
    </w:p>
    <w:p w14:paraId="1C4AD9A7" w14:textId="77777777" w:rsidR="00076DA5" w:rsidRDefault="00000000">
      <w:pPr>
        <w:ind w:left="125"/>
        <w:rPr>
          <w:rFonts w:hint="eastAsia"/>
        </w:rPr>
      </w:pPr>
      <w:r>
        <w:t>☐  Zawarcia, zmiany i rozwiązania umowy w moim imieniu</w:t>
      </w:r>
    </w:p>
    <w:p w14:paraId="7E8CA5EB" w14:textId="77777777" w:rsidR="00076DA5" w:rsidRDefault="00000000">
      <w:pPr>
        <w:rPr>
          <w:rFonts w:hint="eastAsia"/>
        </w:rPr>
      </w:pPr>
      <w:r>
        <w:t>Pełnomocnictwo obejmuje wyłącznie zaznaczone czynności. Mogę je odwołać w dowolnym czasie.</w:t>
      </w:r>
    </w:p>
    <w:p w14:paraId="74C628CC" w14:textId="77777777" w:rsidR="00076DA5" w:rsidRDefault="00076DA5">
      <w:pPr>
        <w:spacing w:before="220"/>
        <w:rPr>
          <w:rFonts w:hint="eastAsi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076DA5" w14:paraId="295C82CF" w14:textId="77777777">
        <w:tc>
          <w:tcPr>
            <w:tcW w:w="5128" w:type="dxa"/>
            <w:tcBorders>
              <w:bottom w:val="single" w:sz="6" w:space="0" w:color="8899A1"/>
            </w:tcBorders>
          </w:tcPr>
          <w:p w14:paraId="711800D5" w14:textId="77777777" w:rsidR="00076DA5" w:rsidRDefault="00000000">
            <w:pPr>
              <w:rPr>
                <w:rFonts w:hint="eastAsia"/>
              </w:rPr>
            </w:pPr>
            <w:r>
              <w:t xml:space="preserve"> </w:t>
            </w:r>
          </w:p>
        </w:tc>
        <w:tc>
          <w:tcPr>
            <w:tcW w:w="5128" w:type="dxa"/>
            <w:tcBorders>
              <w:bottom w:val="single" w:sz="6" w:space="0" w:color="8899A1"/>
            </w:tcBorders>
          </w:tcPr>
          <w:p w14:paraId="40E4ECC8" w14:textId="77777777" w:rsidR="00076DA5" w:rsidRDefault="00000000">
            <w:pPr>
              <w:rPr>
                <w:rFonts w:hint="eastAsia"/>
              </w:rPr>
            </w:pPr>
            <w:r>
              <w:t xml:space="preserve"> </w:t>
            </w:r>
          </w:p>
        </w:tc>
      </w:tr>
      <w:tr w:rsidR="00076DA5" w14:paraId="587B5C73" w14:textId="77777777">
        <w:tc>
          <w:tcPr>
            <w:tcW w:w="5128" w:type="dxa"/>
          </w:tcPr>
          <w:p w14:paraId="5D1303FB" w14:textId="77777777" w:rsidR="00076DA5" w:rsidRDefault="00000000">
            <w:pPr>
              <w:jc w:val="center"/>
              <w:rPr>
                <w:rFonts w:hint="eastAsia"/>
              </w:rPr>
            </w:pPr>
            <w:r>
              <w:rPr>
                <w:color w:val="576571"/>
                <w:sz w:val="16"/>
              </w:rPr>
              <w:t>Miejscowość, data</w:t>
            </w:r>
          </w:p>
        </w:tc>
        <w:tc>
          <w:tcPr>
            <w:tcW w:w="5128" w:type="dxa"/>
          </w:tcPr>
          <w:p w14:paraId="3D8CAAA5" w14:textId="77777777" w:rsidR="00076DA5" w:rsidRDefault="00000000">
            <w:pPr>
              <w:jc w:val="center"/>
              <w:rPr>
                <w:rFonts w:hint="eastAsia"/>
              </w:rPr>
            </w:pPr>
            <w:r>
              <w:rPr>
                <w:color w:val="576571"/>
                <w:sz w:val="16"/>
              </w:rPr>
              <w:t>Podpis seniora (mocodawcy)</w:t>
            </w:r>
          </w:p>
        </w:tc>
      </w:tr>
    </w:tbl>
    <w:p w14:paraId="0F967FD2" w14:textId="77777777" w:rsidR="00076DA5" w:rsidRDefault="00000000">
      <w:pPr>
        <w:rPr>
          <w:rFonts w:hint="eastAsia"/>
        </w:rPr>
      </w:pPr>
      <w:r>
        <w:t>Przyjmuję pełnomocnictwo:</w:t>
      </w:r>
    </w:p>
    <w:p w14:paraId="1BB25F2D" w14:textId="77777777" w:rsidR="00076DA5" w:rsidRDefault="00076DA5">
      <w:pPr>
        <w:spacing w:before="220"/>
        <w:rPr>
          <w:rFonts w:hint="eastAsi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076DA5" w14:paraId="1C0681D6" w14:textId="77777777">
        <w:tc>
          <w:tcPr>
            <w:tcW w:w="5128" w:type="dxa"/>
            <w:tcBorders>
              <w:bottom w:val="single" w:sz="6" w:space="0" w:color="8899A1"/>
            </w:tcBorders>
          </w:tcPr>
          <w:p w14:paraId="24FA0A8E" w14:textId="77777777" w:rsidR="00076DA5" w:rsidRDefault="00000000">
            <w:pPr>
              <w:rPr>
                <w:rFonts w:hint="eastAsia"/>
              </w:rPr>
            </w:pPr>
            <w:r>
              <w:t xml:space="preserve"> </w:t>
            </w:r>
          </w:p>
        </w:tc>
        <w:tc>
          <w:tcPr>
            <w:tcW w:w="5128" w:type="dxa"/>
            <w:tcBorders>
              <w:bottom w:val="single" w:sz="6" w:space="0" w:color="8899A1"/>
            </w:tcBorders>
          </w:tcPr>
          <w:p w14:paraId="2773AED2" w14:textId="77777777" w:rsidR="00076DA5" w:rsidRDefault="00000000">
            <w:pPr>
              <w:rPr>
                <w:rFonts w:hint="eastAsia"/>
              </w:rPr>
            </w:pPr>
            <w:r>
              <w:t xml:space="preserve"> </w:t>
            </w:r>
          </w:p>
        </w:tc>
      </w:tr>
      <w:tr w:rsidR="00076DA5" w14:paraId="26D05B37" w14:textId="77777777">
        <w:tc>
          <w:tcPr>
            <w:tcW w:w="5128" w:type="dxa"/>
          </w:tcPr>
          <w:p w14:paraId="40AFB686" w14:textId="77777777" w:rsidR="00076DA5" w:rsidRDefault="00000000">
            <w:pPr>
              <w:jc w:val="center"/>
              <w:rPr>
                <w:rFonts w:hint="eastAsia"/>
              </w:rPr>
            </w:pPr>
            <w:r>
              <w:rPr>
                <w:color w:val="576571"/>
                <w:sz w:val="16"/>
              </w:rPr>
              <w:t>Miejscowość, data</w:t>
            </w:r>
          </w:p>
        </w:tc>
        <w:tc>
          <w:tcPr>
            <w:tcW w:w="5128" w:type="dxa"/>
          </w:tcPr>
          <w:p w14:paraId="2FFA0CF8" w14:textId="77777777" w:rsidR="00076DA5" w:rsidRDefault="00000000">
            <w:pPr>
              <w:jc w:val="center"/>
              <w:rPr>
                <w:rFonts w:hint="eastAsia"/>
              </w:rPr>
            </w:pPr>
            <w:r>
              <w:rPr>
                <w:color w:val="576571"/>
                <w:sz w:val="16"/>
              </w:rPr>
              <w:t>Podpis pełnomocnika</w:t>
            </w:r>
          </w:p>
        </w:tc>
      </w:tr>
    </w:tbl>
    <w:p w14:paraId="22480DA5" w14:textId="77777777" w:rsidR="009E7294" w:rsidRDefault="009E7294"/>
    <w:sectPr w:rsidR="009E7294" w:rsidSect="00034616">
      <w:headerReference w:type="default" r:id="rId8"/>
      <w:footerReference w:type="default" r:id="rId9"/>
      <w:pgSz w:w="12240" w:h="15840"/>
      <w:pgMar w:top="935" w:right="992" w:bottom="935" w:left="992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BDCE5" w14:textId="77777777" w:rsidR="009E7294" w:rsidRDefault="009E729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1448D0B" w14:textId="77777777" w:rsidR="009E7294" w:rsidRDefault="009E729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rlit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89FCC" w14:textId="3A1E9062" w:rsidR="00076DA5" w:rsidRDefault="00000000">
    <w:pPr>
      <w:pStyle w:val="Stopka"/>
      <w:jc w:val="center"/>
      <w:rPr>
        <w:rFonts w:hint="eastAsia"/>
      </w:rPr>
    </w:pPr>
    <w:r>
      <w:rPr>
        <w:color w:val="576571"/>
        <w:sz w:val="16"/>
      </w:rPr>
      <w:t xml:space="preserve">GOPS w </w:t>
    </w:r>
    <w:proofErr w:type="spellStart"/>
    <w:r>
      <w:rPr>
        <w:color w:val="576571"/>
        <w:sz w:val="16"/>
      </w:rPr>
      <w:t>Jaśle</w:t>
    </w:r>
    <w:proofErr w:type="spellEnd"/>
    <w:r>
      <w:rPr>
        <w:color w:val="576571"/>
        <w:sz w:val="16"/>
      </w:rPr>
      <w:t xml:space="preserve">  |  ul. </w:t>
    </w:r>
    <w:proofErr w:type="spellStart"/>
    <w:r>
      <w:rPr>
        <w:color w:val="576571"/>
        <w:sz w:val="16"/>
      </w:rPr>
      <w:t>Słowackiego</w:t>
    </w:r>
    <w:proofErr w:type="spellEnd"/>
    <w:r>
      <w:rPr>
        <w:color w:val="576571"/>
        <w:sz w:val="16"/>
      </w:rPr>
      <w:t xml:space="preserve"> 4, 38-200 </w:t>
    </w:r>
    <w:proofErr w:type="spellStart"/>
    <w:r>
      <w:rPr>
        <w:color w:val="576571"/>
        <w:sz w:val="16"/>
      </w:rPr>
      <w:t>Jasło</w:t>
    </w:r>
    <w:proofErr w:type="spellEnd"/>
    <w:r>
      <w:rPr>
        <w:color w:val="576571"/>
        <w:sz w:val="16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A69FB" w14:textId="77777777" w:rsidR="009E7294" w:rsidRDefault="009E729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772154C" w14:textId="77777777" w:rsidR="009E7294" w:rsidRDefault="009E729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29AC7" w14:textId="77777777" w:rsidR="00076DA5" w:rsidRDefault="00000000">
    <w:pPr>
      <w:pStyle w:val="Nagwek"/>
      <w:jc w:val="right"/>
      <w:rPr>
        <w:rFonts w:hint="eastAsia"/>
      </w:rPr>
    </w:pPr>
    <w:r>
      <w:rPr>
        <w:b/>
        <w:color w:val="576571"/>
        <w:sz w:val="16"/>
      </w:rPr>
      <w:t>GMINNY OŚRODEK POMOCY SPOŁECZNEJ W JAŚLE  •  BON SENIORALNY 2026–2028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83606747">
    <w:abstractNumId w:val="8"/>
  </w:num>
  <w:num w:numId="2" w16cid:durableId="1057242450">
    <w:abstractNumId w:val="6"/>
  </w:num>
  <w:num w:numId="3" w16cid:durableId="163598057">
    <w:abstractNumId w:val="5"/>
  </w:num>
  <w:num w:numId="4" w16cid:durableId="586307380">
    <w:abstractNumId w:val="4"/>
  </w:num>
  <w:num w:numId="5" w16cid:durableId="1615092598">
    <w:abstractNumId w:val="7"/>
  </w:num>
  <w:num w:numId="6" w16cid:durableId="1717392550">
    <w:abstractNumId w:val="3"/>
  </w:num>
  <w:num w:numId="7" w16cid:durableId="640883230">
    <w:abstractNumId w:val="2"/>
  </w:num>
  <w:num w:numId="8" w16cid:durableId="1037971605">
    <w:abstractNumId w:val="1"/>
  </w:num>
  <w:num w:numId="9" w16cid:durableId="1183856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6DA5"/>
    <w:rsid w:val="0015074B"/>
    <w:rsid w:val="0029639D"/>
    <w:rsid w:val="00326F90"/>
    <w:rsid w:val="004F13DA"/>
    <w:rsid w:val="009E7294"/>
    <w:rsid w:val="00AA1D8D"/>
    <w:rsid w:val="00AF5CC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EB81DD"/>
  <w14:defaultImageDpi w14:val="300"/>
  <w15:docId w15:val="{ABD24012-FFAD-4A26-9299-00A6EAF5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80" w:line="262" w:lineRule="auto"/>
    </w:pPr>
    <w:rPr>
      <w:rFonts w:ascii="Carlito" w:hAnsi="Carlito"/>
      <w:color w:val="1E2A32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ustom">
    <w:name w:val="TitleCustom"/>
    <w:pPr>
      <w:spacing w:after="100"/>
    </w:pPr>
    <w:rPr>
      <w:rFonts w:ascii="Carlito" w:hAnsi="Carlito"/>
      <w:b/>
      <w:color w:val="1A3750"/>
      <w:sz w:val="34"/>
    </w:rPr>
  </w:style>
  <w:style w:type="paragraph" w:customStyle="1" w:styleId="SectionCustom">
    <w:name w:val="SectionCustom"/>
    <w:pPr>
      <w:spacing w:before="120" w:after="100"/>
    </w:pPr>
    <w:rPr>
      <w:rFonts w:ascii="Carlito" w:hAnsi="Carlito"/>
      <w:b/>
      <w:color w:val="106973"/>
      <w:sz w:val="21"/>
    </w:rPr>
  </w:style>
  <w:style w:type="paragraph" w:customStyle="1" w:styleId="SmallCustom">
    <w:name w:val="SmallCustom"/>
    <w:pPr>
      <w:spacing w:after="40"/>
    </w:pPr>
    <w:rPr>
      <w:rFonts w:ascii="Carlito" w:hAnsi="Carlito"/>
      <w:color w:val="576571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Iwona Kieś</cp:lastModifiedBy>
  <cp:revision>3</cp:revision>
  <dcterms:created xsi:type="dcterms:W3CDTF">2013-12-23T23:15:00Z</dcterms:created>
  <dcterms:modified xsi:type="dcterms:W3CDTF">2026-10-28T09:32:00Z</dcterms:modified>
  <cp:category/>
</cp:coreProperties>
</file>