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17B4F" w14:textId="06D33781" w:rsidR="000F4C17" w:rsidRPr="0065596E" w:rsidRDefault="000F4C17" w:rsidP="0065596E">
      <w:pPr>
        <w:jc w:val="right"/>
        <w:rPr>
          <w:rFonts w:asciiTheme="majorHAnsi" w:hAnsiTheme="majorHAnsi" w:cstheme="majorHAnsi"/>
          <w:sz w:val="15"/>
          <w:szCs w:val="15"/>
        </w:rPr>
      </w:pPr>
      <w:r w:rsidRPr="0065596E">
        <w:rPr>
          <w:rFonts w:asciiTheme="majorHAnsi" w:hAnsiTheme="majorHAnsi" w:cstheme="majorHAnsi"/>
          <w:sz w:val="15"/>
          <w:szCs w:val="15"/>
        </w:rPr>
        <w:t xml:space="preserve">Załącznik nr </w:t>
      </w:r>
      <w:r w:rsidR="0065596E" w:rsidRPr="0065596E">
        <w:rPr>
          <w:rFonts w:asciiTheme="majorHAnsi" w:hAnsiTheme="majorHAnsi" w:cstheme="majorHAnsi"/>
          <w:sz w:val="15"/>
          <w:szCs w:val="15"/>
        </w:rPr>
        <w:t>3</w:t>
      </w:r>
      <w:r w:rsidRPr="0065596E">
        <w:rPr>
          <w:rFonts w:asciiTheme="majorHAnsi" w:hAnsiTheme="majorHAnsi" w:cstheme="majorHAnsi"/>
          <w:sz w:val="15"/>
          <w:szCs w:val="15"/>
        </w:rPr>
        <w:t xml:space="preserve"> do Regulaminu Projektu</w:t>
      </w:r>
    </w:p>
    <w:p w14:paraId="69F39A91" w14:textId="77777777" w:rsidR="0065596E" w:rsidRPr="0065596E" w:rsidRDefault="0065596E" w:rsidP="0065596E">
      <w:pPr>
        <w:spacing w:after="0" w:line="240" w:lineRule="auto"/>
        <w:ind w:left="360"/>
        <w:jc w:val="both"/>
        <w:rPr>
          <w:rFonts w:asciiTheme="majorHAnsi" w:hAnsiTheme="majorHAnsi" w:cstheme="majorHAnsi"/>
          <w:b/>
          <w:bCs/>
          <w:szCs w:val="21"/>
        </w:rPr>
      </w:pPr>
      <w:r w:rsidRPr="0065596E">
        <w:rPr>
          <w:rFonts w:asciiTheme="majorHAnsi" w:hAnsiTheme="majorHAnsi" w:cstheme="majorHAnsi"/>
          <w:b/>
          <w:bCs/>
          <w:szCs w:val="21"/>
        </w:rPr>
        <w:t>Informacja Administratora – zgodnie z art. 13 ust. 1 i 2 oraz art. 14 ust. 1 i 2 Rozporządzenia Parlamentu Europejskiego i Rady (UE) 2016/679 z dnia 27 kwietnia 2016 r. w sprawie ochrony osób fizycznych w związku z przetwarzaniem danych osobowych i w sprawie swobodnego przepływu takich danych oraz uchylenia dyrektywy 95/46/WE (rozporządzenie RODO).</w:t>
      </w:r>
    </w:p>
    <w:p w14:paraId="417D89E3" w14:textId="77777777" w:rsidR="0065596E" w:rsidRPr="0065596E" w:rsidRDefault="0065596E" w:rsidP="0065596E">
      <w:pPr>
        <w:spacing w:after="0" w:line="240" w:lineRule="auto"/>
        <w:ind w:left="360"/>
        <w:jc w:val="both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Informuję, że:</w:t>
      </w:r>
    </w:p>
    <w:p w14:paraId="081FA1CF" w14:textId="77777777" w:rsidR="0065596E" w:rsidRPr="0065596E" w:rsidRDefault="0065596E" w:rsidP="0065596E">
      <w:pPr>
        <w:numPr>
          <w:ilvl w:val="0"/>
          <w:numId w:val="38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Administratorem Państwa danych osobowych jest Województwo Podlaskie reprezentowane przez Marszałka oraz Zarząd Województwa Podlaskiego z siedzibą przy ul. </w:t>
      </w:r>
      <w:r w:rsidRPr="0065596E">
        <w:rPr>
          <w:rFonts w:asciiTheme="majorHAnsi" w:hAnsiTheme="majorHAnsi" w:cstheme="majorHAnsi"/>
          <w:color w:val="000000"/>
          <w:szCs w:val="21"/>
          <w:shd w:val="clear" w:color="auto" w:fill="FFFFFF"/>
        </w:rPr>
        <w:t>M. Curie-Skłodowskiej 14</w:t>
      </w:r>
      <w:r w:rsidRPr="0065596E">
        <w:rPr>
          <w:rFonts w:asciiTheme="majorHAnsi" w:hAnsiTheme="majorHAnsi" w:cstheme="majorHAnsi"/>
          <w:szCs w:val="21"/>
        </w:rPr>
        <w:t xml:space="preserve">, 15-097 Białystok, tel. +48 (85) 66 54 549, e-mail: </w:t>
      </w:r>
      <w:hyperlink r:id="rId8" w:history="1">
        <w:r w:rsidRPr="0065596E">
          <w:rPr>
            <w:rFonts w:asciiTheme="majorHAnsi" w:hAnsiTheme="majorHAnsi" w:cstheme="majorHAnsi"/>
            <w:color w:val="0563C1"/>
            <w:szCs w:val="21"/>
            <w:u w:val="single"/>
          </w:rPr>
          <w:t>kancelaria@podlaskie.eu</w:t>
        </w:r>
      </w:hyperlink>
      <w:r w:rsidRPr="0065596E">
        <w:rPr>
          <w:rFonts w:asciiTheme="majorHAnsi" w:hAnsiTheme="majorHAnsi" w:cstheme="majorHAnsi"/>
          <w:szCs w:val="21"/>
        </w:rPr>
        <w:t>,  </w:t>
      </w:r>
      <w:hyperlink r:id="rId9" w:history="1">
        <w:r w:rsidRPr="0065596E">
          <w:rPr>
            <w:rFonts w:asciiTheme="majorHAnsi" w:hAnsiTheme="majorHAnsi" w:cstheme="majorHAnsi"/>
            <w:color w:val="0563C1"/>
            <w:szCs w:val="21"/>
            <w:u w:val="single"/>
          </w:rPr>
          <w:t>https://bip.podlaskie.eu</w:t>
        </w:r>
      </w:hyperlink>
      <w:r w:rsidRPr="0065596E">
        <w:rPr>
          <w:rFonts w:asciiTheme="majorHAnsi" w:hAnsiTheme="majorHAnsi" w:cstheme="majorHAnsi"/>
          <w:color w:val="0563C1"/>
          <w:szCs w:val="21"/>
          <w:u w:val="single"/>
        </w:rPr>
        <w:t>/</w:t>
      </w:r>
      <w:r w:rsidRPr="0065596E">
        <w:rPr>
          <w:rFonts w:asciiTheme="majorHAnsi" w:hAnsiTheme="majorHAnsi" w:cstheme="majorHAnsi"/>
          <w:szCs w:val="21"/>
          <w:u w:val="single"/>
        </w:rPr>
        <w:t xml:space="preserve">. </w:t>
      </w:r>
    </w:p>
    <w:p w14:paraId="408F3B98" w14:textId="77777777" w:rsidR="0065596E" w:rsidRPr="0065596E" w:rsidRDefault="0065596E" w:rsidP="0065596E">
      <w:pPr>
        <w:numPr>
          <w:ilvl w:val="0"/>
          <w:numId w:val="38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Administrator wyznaczył pana Roberta Kursę do pełnienia funkcji Inspektora Ochrony Danych Osobowych (IOD), z którym mogą Państwo kontaktować się pod adresem poczty elektronicznej </w:t>
      </w:r>
      <w:hyperlink r:id="rId10" w:history="1">
        <w:r w:rsidRPr="0065596E">
          <w:rPr>
            <w:rFonts w:asciiTheme="majorHAnsi" w:hAnsiTheme="majorHAnsi" w:cstheme="majorHAnsi"/>
            <w:color w:val="0563C1"/>
            <w:szCs w:val="21"/>
            <w:u w:val="single"/>
          </w:rPr>
          <w:t>iod@podlaskie.eu</w:t>
        </w:r>
      </w:hyperlink>
      <w:r w:rsidRPr="0065596E">
        <w:rPr>
          <w:rFonts w:asciiTheme="majorHAnsi" w:hAnsiTheme="majorHAnsi" w:cstheme="majorHAnsi"/>
          <w:szCs w:val="21"/>
        </w:rPr>
        <w:t>, tel. +48 (85) 66 54 169 lub listownie wysyłając pismo na ww. adres.</w:t>
      </w:r>
    </w:p>
    <w:p w14:paraId="51EE154D" w14:textId="77777777" w:rsidR="0065596E" w:rsidRPr="0065596E" w:rsidRDefault="0065596E" w:rsidP="0065596E">
      <w:pPr>
        <w:numPr>
          <w:ilvl w:val="0"/>
          <w:numId w:val="38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Państwa dane osobowe </w:t>
      </w:r>
      <w:bookmarkStart w:id="0" w:name="_Hlk124840872"/>
      <w:r w:rsidRPr="0065596E">
        <w:rPr>
          <w:rFonts w:asciiTheme="majorHAnsi" w:hAnsiTheme="majorHAnsi" w:cstheme="majorHAnsi"/>
          <w:szCs w:val="21"/>
        </w:rPr>
        <w:t xml:space="preserve">będą przetwarzane </w:t>
      </w:r>
      <w:bookmarkEnd w:id="0"/>
      <w:r w:rsidRPr="0065596E">
        <w:rPr>
          <w:rFonts w:asciiTheme="majorHAnsi" w:hAnsiTheme="majorHAnsi" w:cstheme="majorHAnsi"/>
          <w:szCs w:val="21"/>
        </w:rPr>
        <w:t>w celach: rozliczania, realizacji obowiązków informacyjnych i promocyjnych oraz na potrzeby badań ewaluacyjnych, zarządzania, kontroli, audytu, monitorowania, sprawozdawczości i raportowania w ramach Programu. Podstawą prawną przetwarzania danych osobowych jest obowiązek prawny ciążący na administratorze (art. 6 ust. 1 lit. c) RODO) określony w:</w:t>
      </w:r>
    </w:p>
    <w:p w14:paraId="35B41812" w14:textId="77777777" w:rsidR="0065596E" w:rsidRPr="0065596E" w:rsidRDefault="0065596E" w:rsidP="0065596E">
      <w:pPr>
        <w:numPr>
          <w:ilvl w:val="0"/>
          <w:numId w:val="39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Rozporządzeniu Parlamentu Europejskiego i Rady (UE) 2021/1060 z dnia 24 czerwca 2021 r. ustanawiającym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Wizowej, </w:t>
      </w:r>
    </w:p>
    <w:p w14:paraId="590C2FFF" w14:textId="77777777" w:rsidR="0065596E" w:rsidRPr="0065596E" w:rsidRDefault="0065596E" w:rsidP="0065596E">
      <w:pPr>
        <w:numPr>
          <w:ilvl w:val="0"/>
          <w:numId w:val="39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Rozporządzeniu Parlamentu Europejskiego i Rady (UE) 2021/1057 24 czerwca 2021 r. ustanawiające Europejski Fundusz Społeczny Plus (EFS+) oraz uchylające rozporządzenie (UE) nr 1296/2013 (Dz. Urz. UE L 231 z 30.06.2021 str. 21, z </w:t>
      </w:r>
      <w:proofErr w:type="spellStart"/>
      <w:r w:rsidRPr="0065596E">
        <w:rPr>
          <w:rFonts w:asciiTheme="majorHAnsi" w:hAnsiTheme="majorHAnsi" w:cstheme="majorHAnsi"/>
          <w:szCs w:val="21"/>
        </w:rPr>
        <w:t>późn</w:t>
      </w:r>
      <w:proofErr w:type="spellEnd"/>
      <w:r w:rsidRPr="0065596E">
        <w:rPr>
          <w:rFonts w:asciiTheme="majorHAnsi" w:hAnsiTheme="majorHAnsi" w:cstheme="majorHAnsi"/>
          <w:szCs w:val="21"/>
        </w:rPr>
        <w:t>. zm.) / Rozporządzeniu Parlamentu Europejskiego i Rady (UE) 2021/1058 z dnia 24 czerwca 2021 r. w sprawie Europejskiego Funduszu Rozwoju Regionalnego i Funduszu Spójności,</w:t>
      </w:r>
    </w:p>
    <w:p w14:paraId="439A3216" w14:textId="77777777" w:rsidR="0065596E" w:rsidRPr="0065596E" w:rsidRDefault="0065596E" w:rsidP="0065596E">
      <w:pPr>
        <w:numPr>
          <w:ilvl w:val="0"/>
          <w:numId w:val="39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Ustawie z dnia 28 kwietnia 2022 r. o zasadach realizacji zadań finansowanych ze środków europejskich w perspektywie finansowej 2021-2027,</w:t>
      </w:r>
    </w:p>
    <w:p w14:paraId="0D8057C7" w14:textId="77777777" w:rsidR="0065596E" w:rsidRPr="0065596E" w:rsidRDefault="0065596E" w:rsidP="0065596E">
      <w:pPr>
        <w:numPr>
          <w:ilvl w:val="0"/>
          <w:numId w:val="39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 Ustawie z 14 czerwca 1960 r. - Kodeks postępowania administracyjnego, </w:t>
      </w:r>
    </w:p>
    <w:p w14:paraId="0FB42258" w14:textId="77777777" w:rsidR="0065596E" w:rsidRPr="0065596E" w:rsidRDefault="0065596E" w:rsidP="0065596E">
      <w:pPr>
        <w:numPr>
          <w:ilvl w:val="0"/>
          <w:numId w:val="39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Ustawie z 27 sierpnia 2009 r. o finansach publicznych. </w:t>
      </w:r>
    </w:p>
    <w:p w14:paraId="0C965487" w14:textId="77777777" w:rsidR="0065596E" w:rsidRPr="0065596E" w:rsidRDefault="0065596E" w:rsidP="0065596E">
      <w:pPr>
        <w:numPr>
          <w:ilvl w:val="0"/>
          <w:numId w:val="40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Państwa dane osobowe będą przetwarzane w zakresie zgodnym z zapisami art. 87 ust. 1 ustawy z dnia 28 kwietnia 2022 r. o zasadach realizacji zadań finansowanych ze środków europejskich w perspektywie finansowej 2021–2027. Kategorie przetwarzanych danych osobowych wymienione są w art. 87 ust. 2 ww. ustawy. </w:t>
      </w:r>
    </w:p>
    <w:p w14:paraId="7E356840" w14:textId="77777777" w:rsidR="0065596E" w:rsidRPr="0065596E" w:rsidRDefault="0065596E" w:rsidP="0065596E">
      <w:pPr>
        <w:numPr>
          <w:ilvl w:val="0"/>
          <w:numId w:val="40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Podanie danych osobowych jest wymogiem ustawowym pozwalającym na realizację </w:t>
      </w:r>
      <w:r w:rsidRPr="0065596E">
        <w:rPr>
          <w:rFonts w:asciiTheme="majorHAnsi" w:hAnsiTheme="majorHAnsi" w:cstheme="majorHAnsi"/>
          <w:szCs w:val="21"/>
        </w:rPr>
        <w:br/>
        <w:t xml:space="preserve">ww. celów, konsekwencją niepodania danych osobowych będzie brak możliwości realizacji umowy o dofinansowanie projektu w ramach </w:t>
      </w:r>
      <w:proofErr w:type="spellStart"/>
      <w:r w:rsidRPr="0065596E">
        <w:rPr>
          <w:rFonts w:asciiTheme="majorHAnsi" w:hAnsiTheme="majorHAnsi" w:cstheme="majorHAnsi"/>
          <w:szCs w:val="21"/>
        </w:rPr>
        <w:t>FEdP</w:t>
      </w:r>
      <w:proofErr w:type="spellEnd"/>
      <w:r w:rsidRPr="0065596E">
        <w:rPr>
          <w:rFonts w:asciiTheme="majorHAnsi" w:hAnsiTheme="majorHAnsi" w:cstheme="majorHAnsi"/>
          <w:szCs w:val="21"/>
        </w:rPr>
        <w:t xml:space="preserve"> 2021-2027.</w:t>
      </w:r>
    </w:p>
    <w:p w14:paraId="61ED5BB4" w14:textId="77777777" w:rsidR="0065596E" w:rsidRPr="0065596E" w:rsidRDefault="0065596E" w:rsidP="0065596E">
      <w:pPr>
        <w:numPr>
          <w:ilvl w:val="0"/>
          <w:numId w:val="40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Państwa dane osobowe mogą być udostępnione ekspertom zatrudnionym do realizacji zadań związanych z realizacją praw i obowiązków wynikających z umowy o dofinansowanie projektu albo decyzji o dofinansowaniu projektu, podmiotom świadczącym usługi pocztowe oraz innym podmiotom upoważnionym na podstawie przepisów prawa – odrębnym administratorom danych:</w:t>
      </w:r>
    </w:p>
    <w:p w14:paraId="69E3FD5A" w14:textId="77777777" w:rsidR="0065596E" w:rsidRPr="0065596E" w:rsidRDefault="0065596E" w:rsidP="0065596E">
      <w:pPr>
        <w:pStyle w:val="Akapitzlist"/>
        <w:numPr>
          <w:ilvl w:val="2"/>
          <w:numId w:val="36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Ministrowi właściwemu do spraw rozwoju regionalnego;</w:t>
      </w:r>
    </w:p>
    <w:p w14:paraId="6A7B544A" w14:textId="77777777" w:rsidR="0065596E" w:rsidRPr="0065596E" w:rsidRDefault="0065596E" w:rsidP="0065596E">
      <w:pPr>
        <w:pStyle w:val="Akapitzlist"/>
        <w:numPr>
          <w:ilvl w:val="2"/>
          <w:numId w:val="36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Ministrowi właściwemu do spraw finansów publicznych;</w:t>
      </w:r>
    </w:p>
    <w:p w14:paraId="185D789F" w14:textId="77777777" w:rsidR="0065596E" w:rsidRPr="0065596E" w:rsidRDefault="0065596E" w:rsidP="0065596E">
      <w:pPr>
        <w:pStyle w:val="Akapitzlist"/>
        <w:numPr>
          <w:ilvl w:val="2"/>
          <w:numId w:val="36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Instytucjom audytowym, w tym Szefowi Krajowej Administracji Skarbowej;</w:t>
      </w:r>
    </w:p>
    <w:p w14:paraId="54E92827" w14:textId="77777777" w:rsidR="0065596E" w:rsidRPr="0065596E" w:rsidRDefault="0065596E" w:rsidP="0065596E">
      <w:pPr>
        <w:pStyle w:val="Akapitzlist"/>
        <w:numPr>
          <w:ilvl w:val="2"/>
          <w:numId w:val="36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Lokalnym Grupom Działania;</w:t>
      </w:r>
    </w:p>
    <w:p w14:paraId="0FB64972" w14:textId="77777777" w:rsidR="0065596E" w:rsidRPr="0065596E" w:rsidRDefault="0065596E" w:rsidP="0065596E">
      <w:pPr>
        <w:pStyle w:val="Akapitzlist"/>
        <w:numPr>
          <w:ilvl w:val="2"/>
          <w:numId w:val="36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lastRenderedPageBreak/>
        <w:t>Komisji Europejskiej.</w:t>
      </w:r>
    </w:p>
    <w:p w14:paraId="5F2C55C1" w14:textId="77777777" w:rsidR="0065596E" w:rsidRPr="0065596E" w:rsidRDefault="0065596E" w:rsidP="0065596E">
      <w:pPr>
        <w:numPr>
          <w:ilvl w:val="0"/>
          <w:numId w:val="40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Dane osobowe mogą być również udostępniane innym podmiotom na podstawie odrębnych umów powierzenia przetwarzania w określonym zakresie, odpowiednio: </w:t>
      </w:r>
    </w:p>
    <w:p w14:paraId="42E2C7EC" w14:textId="77777777" w:rsidR="0065596E" w:rsidRPr="0065596E" w:rsidRDefault="0065596E" w:rsidP="0065596E">
      <w:pPr>
        <w:pStyle w:val="Akapitzlist"/>
        <w:numPr>
          <w:ilvl w:val="2"/>
          <w:numId w:val="37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podmiotom, którym zlecono wykonywanie zadań w </w:t>
      </w:r>
      <w:proofErr w:type="spellStart"/>
      <w:r w:rsidRPr="0065596E">
        <w:rPr>
          <w:rFonts w:asciiTheme="majorHAnsi" w:hAnsiTheme="majorHAnsi" w:cstheme="majorHAnsi"/>
          <w:szCs w:val="21"/>
        </w:rPr>
        <w:t>FEdP</w:t>
      </w:r>
      <w:proofErr w:type="spellEnd"/>
      <w:r w:rsidRPr="0065596E">
        <w:rPr>
          <w:rFonts w:asciiTheme="majorHAnsi" w:hAnsiTheme="majorHAnsi" w:cstheme="majorHAnsi"/>
          <w:szCs w:val="21"/>
        </w:rPr>
        <w:t xml:space="preserve"> 2021-2027 (podmioty wykonujące badania ewaluacyjne, podmioty wykonujące zadania z zakresu promocji);</w:t>
      </w:r>
    </w:p>
    <w:p w14:paraId="111C776A" w14:textId="77777777" w:rsidR="0065596E" w:rsidRPr="0065596E" w:rsidRDefault="0065596E" w:rsidP="0065596E">
      <w:pPr>
        <w:pStyle w:val="Akapitzlist"/>
        <w:numPr>
          <w:ilvl w:val="2"/>
          <w:numId w:val="37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podmiotom świadczącym usługi IT;</w:t>
      </w:r>
    </w:p>
    <w:p w14:paraId="0C1DC659" w14:textId="77777777" w:rsidR="0065596E" w:rsidRPr="0065596E" w:rsidRDefault="0065596E" w:rsidP="0065596E">
      <w:pPr>
        <w:pStyle w:val="Akapitzlist"/>
        <w:numPr>
          <w:ilvl w:val="2"/>
          <w:numId w:val="37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podmiotom świadczącym usługi związane z archiwizacją.</w:t>
      </w:r>
    </w:p>
    <w:p w14:paraId="6D4EF795" w14:textId="77777777" w:rsidR="0065596E" w:rsidRPr="0065596E" w:rsidRDefault="0065596E" w:rsidP="0065596E">
      <w:pPr>
        <w:numPr>
          <w:ilvl w:val="0"/>
          <w:numId w:val="40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Dane osobowe nie będą przekazywane do państw trzecich oraz organizacji międzynarodowych.</w:t>
      </w:r>
    </w:p>
    <w:p w14:paraId="097CF243" w14:textId="77777777" w:rsidR="0065596E" w:rsidRPr="0065596E" w:rsidRDefault="0065596E" w:rsidP="0065596E">
      <w:pPr>
        <w:numPr>
          <w:ilvl w:val="0"/>
          <w:numId w:val="40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bookmarkStart w:id="1" w:name="_Hlk121725458"/>
      <w:r w:rsidRPr="0065596E">
        <w:rPr>
          <w:rFonts w:asciiTheme="majorHAnsi" w:hAnsiTheme="majorHAnsi" w:cstheme="majorHAnsi"/>
          <w:szCs w:val="21"/>
        </w:rPr>
        <w:t xml:space="preserve">Dane osobowe będą przechowywane przez okres wynikający z realizacji </w:t>
      </w:r>
      <w:proofErr w:type="spellStart"/>
      <w:r w:rsidRPr="0065596E">
        <w:rPr>
          <w:rFonts w:asciiTheme="majorHAnsi" w:hAnsiTheme="majorHAnsi" w:cstheme="majorHAnsi"/>
          <w:szCs w:val="21"/>
        </w:rPr>
        <w:t>FEdP</w:t>
      </w:r>
      <w:proofErr w:type="spellEnd"/>
      <w:r w:rsidRPr="0065596E">
        <w:rPr>
          <w:rFonts w:asciiTheme="majorHAnsi" w:hAnsiTheme="majorHAnsi" w:cstheme="majorHAnsi"/>
          <w:szCs w:val="21"/>
        </w:rPr>
        <w:t xml:space="preserve"> 2021-2027, </w:t>
      </w:r>
      <w:r w:rsidRPr="0065596E">
        <w:rPr>
          <w:rFonts w:asciiTheme="majorHAnsi" w:hAnsiTheme="majorHAnsi" w:cstheme="majorHAnsi"/>
          <w:szCs w:val="21"/>
        </w:rPr>
        <w:br/>
        <w:t>tzn. okres realizacji projektu, zachowania trwałości oraz okres przechowywania dokumentacji dotyczącej projektu, wynikający z zapisów określonych szczegółowo w</w:t>
      </w:r>
      <w:r w:rsidRPr="0065596E">
        <w:rPr>
          <w:rFonts w:asciiTheme="majorHAnsi" w:hAnsiTheme="majorHAnsi" w:cstheme="majorHAnsi"/>
          <w:b/>
          <w:bCs/>
          <w:szCs w:val="21"/>
        </w:rPr>
        <w:t xml:space="preserve"> </w:t>
      </w:r>
      <w:r w:rsidRPr="0065596E">
        <w:rPr>
          <w:rFonts w:asciiTheme="majorHAnsi" w:hAnsiTheme="majorHAnsi" w:cstheme="majorHAnsi"/>
          <w:szCs w:val="21"/>
        </w:rPr>
        <w:t>Rozporządzeniu Prezesa Rady Ministrów z dnia 18 stycznia 2011 r. w sprawie instrukcji kancelaryjnej, jednolitych rzeczowych wykazów akt oraz instrukcji w sprawie organizacji i zakresu działania archiwów zakładowych (Dz.U. 2011 nr 14 poz. 67)</w:t>
      </w:r>
      <w:bookmarkEnd w:id="1"/>
      <w:r w:rsidRPr="0065596E">
        <w:rPr>
          <w:rFonts w:asciiTheme="majorHAnsi" w:hAnsiTheme="majorHAnsi" w:cstheme="majorHAnsi"/>
          <w:szCs w:val="21"/>
        </w:rPr>
        <w:t>.</w:t>
      </w:r>
    </w:p>
    <w:p w14:paraId="1966B3CF" w14:textId="77777777" w:rsidR="0065596E" w:rsidRPr="0065596E" w:rsidRDefault="0065596E" w:rsidP="0065596E">
      <w:pPr>
        <w:numPr>
          <w:ilvl w:val="0"/>
          <w:numId w:val="40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Mają Państwo prawo żądania dostępu do treści swoich danych osobowych oraz prawo żądania ich niezwłocznego sprostowania, uzupełnienia lub ograniczenia przetwarzania, pod warunkiem zgodności takich żądań z przepisami prawa stanowiącymi obowiązek prawny Administratora do przetwarzania danych osobowych.</w:t>
      </w:r>
    </w:p>
    <w:p w14:paraId="140CB9E9" w14:textId="77777777" w:rsidR="0065596E" w:rsidRPr="0065596E" w:rsidRDefault="0065596E" w:rsidP="0065596E">
      <w:pPr>
        <w:numPr>
          <w:ilvl w:val="0"/>
          <w:numId w:val="40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Mają Państwo prawo wniesienia skargi dotyczącej niezgodności przetwarzania danych osobowych do organu nadzorczego – Prezesa Urzędu Ochrony Danych Osobowych (uodo.gov.pl) z siedzibą w Warszawie przy ul. Stawki 2.</w:t>
      </w:r>
    </w:p>
    <w:p w14:paraId="4744CB7A" w14:textId="77777777" w:rsidR="0065596E" w:rsidRPr="0065596E" w:rsidRDefault="0065596E" w:rsidP="0065596E">
      <w:pPr>
        <w:numPr>
          <w:ilvl w:val="0"/>
          <w:numId w:val="40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Państwa dane osobowe nie będą wykorzystywane do zautomatyzowanego podejmowania decyzji ani profilowania, o którym mowa w art. 22 rozporządzenia o ochronie danych osobowych.</w:t>
      </w:r>
    </w:p>
    <w:p w14:paraId="71CEF129" w14:textId="77777777" w:rsidR="00F712DF" w:rsidRPr="0065596E" w:rsidRDefault="00F712DF" w:rsidP="0065596E">
      <w:pPr>
        <w:spacing w:after="0" w:line="240" w:lineRule="auto"/>
        <w:jc w:val="both"/>
        <w:rPr>
          <w:rFonts w:asciiTheme="majorHAnsi" w:hAnsiTheme="majorHAnsi" w:cstheme="majorHAnsi"/>
          <w:szCs w:val="21"/>
        </w:rPr>
      </w:pPr>
    </w:p>
    <w:p w14:paraId="5FDEE3F2" w14:textId="77777777" w:rsidR="000F4C17" w:rsidRDefault="000F4C17" w:rsidP="0065596E">
      <w:pPr>
        <w:spacing w:after="0" w:line="240" w:lineRule="auto"/>
        <w:jc w:val="both"/>
        <w:rPr>
          <w:rFonts w:asciiTheme="majorHAnsi" w:hAnsiTheme="majorHAnsi" w:cstheme="majorHAnsi"/>
          <w:szCs w:val="21"/>
        </w:rPr>
      </w:pPr>
    </w:p>
    <w:p w14:paraId="0F41BC0E" w14:textId="77777777" w:rsidR="0065596E" w:rsidRPr="0065596E" w:rsidRDefault="0065596E" w:rsidP="0065596E">
      <w:pPr>
        <w:spacing w:after="0" w:line="240" w:lineRule="auto"/>
        <w:jc w:val="both"/>
        <w:rPr>
          <w:rFonts w:asciiTheme="majorHAnsi" w:hAnsiTheme="majorHAnsi" w:cstheme="majorHAnsi"/>
          <w:szCs w:val="21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F4C17" w:rsidRPr="0065596E" w14:paraId="1CA1104F" w14:textId="77777777" w:rsidTr="0065596E">
        <w:trPr>
          <w:trHeight w:val="602"/>
          <w:jc w:val="center"/>
        </w:trPr>
        <w:tc>
          <w:tcPr>
            <w:tcW w:w="4531" w:type="dxa"/>
          </w:tcPr>
          <w:p w14:paraId="04DBB4E7" w14:textId="77777777" w:rsidR="000F4C17" w:rsidRPr="0065596E" w:rsidRDefault="000F4C17" w:rsidP="0065596E">
            <w:pPr>
              <w:spacing w:after="0" w:line="240" w:lineRule="auto"/>
              <w:jc w:val="both"/>
              <w:rPr>
                <w:rFonts w:asciiTheme="majorHAnsi" w:hAnsiTheme="majorHAnsi" w:cstheme="majorHAnsi"/>
                <w:szCs w:val="21"/>
              </w:rPr>
            </w:pPr>
            <w:r w:rsidRPr="0065596E">
              <w:rPr>
                <w:rFonts w:asciiTheme="majorHAnsi" w:hAnsiTheme="majorHAnsi" w:cstheme="majorHAnsi"/>
                <w:szCs w:val="21"/>
              </w:rPr>
              <w:t>_______________________________</w:t>
            </w:r>
          </w:p>
          <w:p w14:paraId="7BB7AA4D" w14:textId="77777777" w:rsidR="000F4C17" w:rsidRPr="0065596E" w:rsidRDefault="000F4C17" w:rsidP="0065596E">
            <w:pPr>
              <w:spacing w:after="0" w:line="240" w:lineRule="auto"/>
              <w:jc w:val="both"/>
              <w:rPr>
                <w:rFonts w:asciiTheme="majorHAnsi" w:hAnsiTheme="majorHAnsi" w:cstheme="majorHAnsi"/>
                <w:szCs w:val="21"/>
              </w:rPr>
            </w:pPr>
            <w:r w:rsidRPr="0065596E">
              <w:rPr>
                <w:rFonts w:asciiTheme="majorHAnsi" w:hAnsiTheme="majorHAnsi" w:cstheme="majorHAnsi"/>
                <w:szCs w:val="21"/>
              </w:rPr>
              <w:t xml:space="preserve"> Miejscowość, data</w:t>
            </w:r>
          </w:p>
        </w:tc>
        <w:tc>
          <w:tcPr>
            <w:tcW w:w="4531" w:type="dxa"/>
          </w:tcPr>
          <w:p w14:paraId="500D4881" w14:textId="77777777" w:rsidR="000F4C17" w:rsidRPr="0065596E" w:rsidRDefault="000F4C17" w:rsidP="0065596E">
            <w:pPr>
              <w:spacing w:after="0" w:line="240" w:lineRule="auto"/>
              <w:jc w:val="right"/>
              <w:rPr>
                <w:rFonts w:asciiTheme="majorHAnsi" w:hAnsiTheme="majorHAnsi" w:cstheme="majorHAnsi"/>
                <w:szCs w:val="21"/>
              </w:rPr>
            </w:pPr>
            <w:r w:rsidRPr="0065596E">
              <w:rPr>
                <w:rFonts w:asciiTheme="majorHAnsi" w:hAnsiTheme="majorHAnsi" w:cstheme="majorHAnsi"/>
                <w:szCs w:val="21"/>
              </w:rPr>
              <w:t>__________________________________</w:t>
            </w:r>
          </w:p>
          <w:p w14:paraId="28A35282" w14:textId="0C21A60E" w:rsidR="000F4C17" w:rsidRPr="0065596E" w:rsidRDefault="000F4C17" w:rsidP="0065596E">
            <w:pPr>
              <w:spacing w:after="0" w:line="240" w:lineRule="auto"/>
              <w:jc w:val="right"/>
              <w:rPr>
                <w:rFonts w:asciiTheme="majorHAnsi" w:hAnsiTheme="majorHAnsi" w:cstheme="majorHAnsi"/>
                <w:szCs w:val="21"/>
              </w:rPr>
            </w:pPr>
            <w:r w:rsidRPr="0065596E">
              <w:rPr>
                <w:rFonts w:asciiTheme="majorHAnsi" w:hAnsiTheme="majorHAnsi" w:cstheme="majorHAnsi"/>
                <w:szCs w:val="21"/>
              </w:rPr>
              <w:t xml:space="preserve"> Czytelny podpis</w:t>
            </w:r>
            <w:bookmarkStart w:id="2" w:name="_GoBack"/>
            <w:bookmarkEnd w:id="2"/>
          </w:p>
        </w:tc>
      </w:tr>
    </w:tbl>
    <w:p w14:paraId="69FB5A53" w14:textId="77777777" w:rsidR="000F4C17" w:rsidRPr="0065596E" w:rsidRDefault="000F4C17" w:rsidP="0065596E">
      <w:pPr>
        <w:spacing w:after="0" w:line="240" w:lineRule="auto"/>
        <w:jc w:val="both"/>
        <w:rPr>
          <w:rFonts w:asciiTheme="majorHAnsi" w:hAnsiTheme="majorHAnsi" w:cstheme="majorHAnsi"/>
          <w:szCs w:val="21"/>
        </w:rPr>
      </w:pPr>
    </w:p>
    <w:p w14:paraId="0C5B0D0D" w14:textId="7FD6C89A" w:rsidR="00521303" w:rsidRPr="0065596E" w:rsidRDefault="00521303" w:rsidP="0065596E">
      <w:pPr>
        <w:spacing w:after="0" w:line="240" w:lineRule="auto"/>
        <w:jc w:val="both"/>
        <w:rPr>
          <w:rFonts w:asciiTheme="majorHAnsi" w:hAnsiTheme="majorHAnsi" w:cstheme="majorHAnsi"/>
          <w:szCs w:val="21"/>
        </w:rPr>
      </w:pPr>
    </w:p>
    <w:sectPr w:rsidR="00521303" w:rsidRPr="0065596E" w:rsidSect="00D61F4E">
      <w:headerReference w:type="default" r:id="rId11"/>
      <w:footerReference w:type="default" r:id="rId12"/>
      <w:pgSz w:w="12240" w:h="15840"/>
      <w:pgMar w:top="1134" w:right="1247" w:bottom="1134" w:left="1361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F08D60" w14:textId="77777777" w:rsidR="00DB2593" w:rsidRDefault="00DB2593">
      <w:pPr>
        <w:spacing w:after="0" w:line="240" w:lineRule="auto"/>
      </w:pPr>
      <w:r>
        <w:separator/>
      </w:r>
    </w:p>
  </w:endnote>
  <w:endnote w:type="continuationSeparator" w:id="0">
    <w:p w14:paraId="33CECFE0" w14:textId="77777777" w:rsidR="00DB2593" w:rsidRDefault="00DB2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AC475" w14:textId="77777777" w:rsidR="00521303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Pomocna Dłoń - usługi społeczne dla osób z gm. Zambrów, m. Zambrów oraz gm. Rutki w woj. Podlaskim</w:t>
    </w:r>
  </w:p>
  <w:p w14:paraId="533F69C2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 w:hint="eastAsia"/>
        <w:sz w:val="20"/>
      </w:rPr>
      <w:t>FEPD.08.04-IZ.00-0012/24</w:t>
    </w:r>
  </w:p>
  <w:p w14:paraId="42C92C97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Powiat Zambrowski | Powiatowe Centrum Pomocy Rodzinie w Zambrowie | Fundacja 4Future</w:t>
    </w:r>
  </w:p>
  <w:p w14:paraId="3AC07306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Biuro projektu: ul. Fabryczna 3, 18-300 Zambrów</w:t>
    </w:r>
  </w:p>
  <w:p w14:paraId="040982AD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#funduszeUE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57E7A9" w14:textId="77777777" w:rsidR="00DB2593" w:rsidRDefault="00DB2593">
      <w:pPr>
        <w:spacing w:after="0" w:line="240" w:lineRule="auto"/>
      </w:pPr>
      <w:r>
        <w:separator/>
      </w:r>
    </w:p>
  </w:footnote>
  <w:footnote w:type="continuationSeparator" w:id="0">
    <w:p w14:paraId="2E5A9F36" w14:textId="77777777" w:rsidR="00DB2593" w:rsidRDefault="00DB2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847E35" w14:textId="77777777" w:rsidR="002424A6" w:rsidRDefault="002424A6" w:rsidP="002424A6">
    <w:pPr>
      <w:pStyle w:val="Nagwek"/>
      <w:jc w:val="center"/>
    </w:pPr>
    <w:r>
      <w:rPr>
        <w:noProof/>
      </w:rPr>
      <w:drawing>
        <wp:inline distT="0" distB="0" distL="0" distR="0" wp14:anchorId="2CE4C89A" wp14:editId="5FF07770">
          <wp:extent cx="5278773" cy="648941"/>
          <wp:effectExtent l="0" t="0" r="0" b="0"/>
          <wp:docPr id="1395312837" name="Obraz 13953128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757" cy="66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C7A0BC7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214842A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F3E7D2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D46244"/>
    <w:multiLevelType w:val="multilevel"/>
    <w:tmpl w:val="498E47DE"/>
    <w:lvl w:ilvl="0">
      <w:numFmt w:val="bullet"/>
      <w:lvlText w:val="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0" w15:restartNumberingAfterBreak="0">
    <w:nsid w:val="09825F5C"/>
    <w:multiLevelType w:val="hybridMultilevel"/>
    <w:tmpl w:val="DAFEE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843AA1"/>
    <w:multiLevelType w:val="multilevel"/>
    <w:tmpl w:val="D8085BA8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11C9088D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4802B6B"/>
    <w:multiLevelType w:val="hybridMultilevel"/>
    <w:tmpl w:val="C504B57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D54AC0"/>
    <w:multiLevelType w:val="hybridMultilevel"/>
    <w:tmpl w:val="0D2A687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F66AD3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26DA4"/>
    <w:multiLevelType w:val="hybridMultilevel"/>
    <w:tmpl w:val="CE9CAD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C67649"/>
    <w:multiLevelType w:val="hybridMultilevel"/>
    <w:tmpl w:val="43462318"/>
    <w:lvl w:ilvl="0" w:tplc="D45205B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242703"/>
    <w:multiLevelType w:val="multilevel"/>
    <w:tmpl w:val="19C60FBC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3E910FD5"/>
    <w:multiLevelType w:val="multilevel"/>
    <w:tmpl w:val="0554CF2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227BF9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E35396"/>
    <w:multiLevelType w:val="multilevel"/>
    <w:tmpl w:val="CFF69DB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4A0906AC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B28040D"/>
    <w:multiLevelType w:val="hybridMultilevel"/>
    <w:tmpl w:val="151AFD2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297CBE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7B7F61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8A87458"/>
    <w:multiLevelType w:val="hybridMultilevel"/>
    <w:tmpl w:val="DAFEE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522C70"/>
    <w:multiLevelType w:val="hybridMultilevel"/>
    <w:tmpl w:val="F14A3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824EBF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8EA688F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CD0344"/>
    <w:multiLevelType w:val="hybridMultilevel"/>
    <w:tmpl w:val="D952AD1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8B6932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D96270C"/>
    <w:multiLevelType w:val="hybridMultilevel"/>
    <w:tmpl w:val="CA4C42A8"/>
    <w:lvl w:ilvl="0" w:tplc="87183274">
      <w:start w:val="1"/>
      <w:numFmt w:val="bullet"/>
      <w:lvlText w:val=""/>
      <w:lvlJc w:val="left"/>
      <w:pPr>
        <w:ind w:left="-1422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-7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</w:abstractNum>
  <w:abstractNum w:abstractNumId="33" w15:restartNumberingAfterBreak="0">
    <w:nsid w:val="7FA2388C"/>
    <w:multiLevelType w:val="hybridMultilevel"/>
    <w:tmpl w:val="B2AE6F76"/>
    <w:lvl w:ilvl="0" w:tplc="B2EEC7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B878D3"/>
    <w:multiLevelType w:val="hybridMultilevel"/>
    <w:tmpl w:val="10E6B9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4"/>
  </w:num>
  <w:num w:numId="13">
    <w:abstractNumId w:val="7"/>
    <w:lvlOverride w:ilvl="0">
      <w:startOverride w:val="1"/>
    </w:lvlOverride>
  </w:num>
  <w:num w:numId="14">
    <w:abstractNumId w:val="15"/>
  </w:num>
  <w:num w:numId="15">
    <w:abstractNumId w:val="7"/>
    <w:lvlOverride w:ilvl="0">
      <w:startOverride w:val="1"/>
    </w:lvlOverride>
  </w:num>
  <w:num w:numId="16">
    <w:abstractNumId w:val="24"/>
  </w:num>
  <w:num w:numId="17">
    <w:abstractNumId w:val="25"/>
  </w:num>
  <w:num w:numId="18">
    <w:abstractNumId w:val="28"/>
  </w:num>
  <w:num w:numId="19">
    <w:abstractNumId w:val="20"/>
  </w:num>
  <w:num w:numId="20">
    <w:abstractNumId w:val="31"/>
  </w:num>
  <w:num w:numId="21">
    <w:abstractNumId w:val="29"/>
  </w:num>
  <w:num w:numId="22">
    <w:abstractNumId w:val="12"/>
  </w:num>
  <w:num w:numId="23">
    <w:abstractNumId w:val="22"/>
  </w:num>
  <w:num w:numId="24">
    <w:abstractNumId w:val="27"/>
  </w:num>
  <w:num w:numId="25">
    <w:abstractNumId w:val="16"/>
  </w:num>
  <w:num w:numId="26">
    <w:abstractNumId w:val="7"/>
    <w:lvlOverride w:ilvl="0">
      <w:startOverride w:val="1"/>
    </w:lvlOverride>
  </w:num>
  <w:num w:numId="27">
    <w:abstractNumId w:val="30"/>
  </w:num>
  <w:num w:numId="28">
    <w:abstractNumId w:val="34"/>
  </w:num>
  <w:num w:numId="29">
    <w:abstractNumId w:val="23"/>
  </w:num>
  <w:num w:numId="30">
    <w:abstractNumId w:val="13"/>
  </w:num>
  <w:num w:numId="31">
    <w:abstractNumId w:val="10"/>
  </w:num>
  <w:num w:numId="32">
    <w:abstractNumId w:val="33"/>
  </w:num>
  <w:num w:numId="33">
    <w:abstractNumId w:val="32"/>
  </w:num>
  <w:num w:numId="34">
    <w:abstractNumId w:val="26"/>
  </w:num>
  <w:num w:numId="35">
    <w:abstractNumId w:val="17"/>
  </w:num>
  <w:num w:numId="36">
    <w:abstractNumId w:val="18"/>
  </w:num>
  <w:num w:numId="37">
    <w:abstractNumId w:val="11"/>
  </w:num>
  <w:num w:numId="38">
    <w:abstractNumId w:val="21"/>
  </w:num>
  <w:num w:numId="39">
    <w:abstractNumId w:val="9"/>
  </w:num>
  <w:num w:numId="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D56"/>
    <w:rsid w:val="00034616"/>
    <w:rsid w:val="0003627A"/>
    <w:rsid w:val="0006063C"/>
    <w:rsid w:val="000C3D80"/>
    <w:rsid w:val="000F4C17"/>
    <w:rsid w:val="0015074B"/>
    <w:rsid w:val="001C1F60"/>
    <w:rsid w:val="002335ED"/>
    <w:rsid w:val="00236D51"/>
    <w:rsid w:val="002424A6"/>
    <w:rsid w:val="0029639D"/>
    <w:rsid w:val="00326F90"/>
    <w:rsid w:val="00364BF0"/>
    <w:rsid w:val="0037657C"/>
    <w:rsid w:val="00464E3A"/>
    <w:rsid w:val="0048059E"/>
    <w:rsid w:val="004C414F"/>
    <w:rsid w:val="00521303"/>
    <w:rsid w:val="00575A8E"/>
    <w:rsid w:val="00607F1E"/>
    <w:rsid w:val="0065596E"/>
    <w:rsid w:val="0081749D"/>
    <w:rsid w:val="00851D81"/>
    <w:rsid w:val="0085779D"/>
    <w:rsid w:val="00882F34"/>
    <w:rsid w:val="00916210"/>
    <w:rsid w:val="00944C6B"/>
    <w:rsid w:val="00A5769C"/>
    <w:rsid w:val="00A822E1"/>
    <w:rsid w:val="00AA1D8D"/>
    <w:rsid w:val="00B47730"/>
    <w:rsid w:val="00B61048"/>
    <w:rsid w:val="00C26108"/>
    <w:rsid w:val="00CB0664"/>
    <w:rsid w:val="00D037FF"/>
    <w:rsid w:val="00D367A6"/>
    <w:rsid w:val="00D610A6"/>
    <w:rsid w:val="00D61F4E"/>
    <w:rsid w:val="00DB2593"/>
    <w:rsid w:val="00E76059"/>
    <w:rsid w:val="00F712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22E612"/>
  <w14:defaultImageDpi w14:val="300"/>
  <w15:docId w15:val="{02A3F621-8210-467B-95CD-60661F293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ptos" w:hAnsi="Aptos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kapitzlistZnak">
    <w:name w:val="Akapit z listą Znak"/>
    <w:link w:val="Akapitzlist"/>
    <w:uiPriority w:val="34"/>
    <w:locked/>
    <w:rsid w:val="0065596E"/>
    <w:rPr>
      <w:rFonts w:ascii="Aptos" w:hAnsi="Aptos"/>
      <w:sz w:val="21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podlaskie.e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podlaskie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p.podlaskie.e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1DC9B9-921F-469E-A8FD-7DC621094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798</Words>
  <Characters>4788</Characters>
  <Application>Microsoft Office Word</Application>
  <DocSecurity>0</DocSecurity>
  <Lines>39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13</cp:revision>
  <dcterms:created xsi:type="dcterms:W3CDTF">2013-12-23T23:15:00Z</dcterms:created>
  <dcterms:modified xsi:type="dcterms:W3CDTF">2026-09-24T13:14:00Z</dcterms:modified>
  <cp:category/>
</cp:coreProperties>
</file>