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17B4F" w14:textId="77777777" w:rsidR="000F4C17" w:rsidRDefault="000F4C17" w:rsidP="000F4C17">
      <w:pPr>
        <w:jc w:val="right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sz w:val="16"/>
        </w:rPr>
        <w:t>Załącznik nr 1 do Regulaminu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61"/>
      </w:tblGrid>
      <w:tr w:rsidR="00353E44" w14:paraId="5B7220A1" w14:textId="77777777" w:rsidTr="00353E44">
        <w:tc>
          <w:tcPr>
            <w:tcW w:w="4361" w:type="dxa"/>
          </w:tcPr>
          <w:p w14:paraId="4B079D3A" w14:textId="77777777" w:rsidR="00353E44" w:rsidRDefault="00353E44" w:rsidP="00353E44">
            <w:pPr>
              <w:jc w:val="both"/>
            </w:pPr>
            <w:r>
              <w:t xml:space="preserve">WYPEŁNIA REALIZATOR PROJEKTU </w:t>
            </w:r>
          </w:p>
          <w:p w14:paraId="5FBCC1F5" w14:textId="77777777" w:rsidR="00353E44" w:rsidRDefault="00353E44" w:rsidP="00353E44">
            <w:pPr>
              <w:jc w:val="both"/>
            </w:pPr>
            <w:r>
              <w:t xml:space="preserve">Data wpływu: ........ / ........ / 2026 r. </w:t>
            </w:r>
          </w:p>
          <w:p w14:paraId="3D742C18" w14:textId="77777777" w:rsidR="00353E44" w:rsidRDefault="00353E44" w:rsidP="00353E44">
            <w:pPr>
              <w:jc w:val="both"/>
            </w:pPr>
            <w:r>
              <w:t xml:space="preserve">Godzina wpływu: ........ : ........ </w:t>
            </w:r>
          </w:p>
          <w:p w14:paraId="1472FC26" w14:textId="77777777" w:rsidR="00353E44" w:rsidRDefault="00353E44" w:rsidP="00353E44">
            <w:pPr>
              <w:jc w:val="both"/>
            </w:pPr>
            <w:r>
              <w:t xml:space="preserve">Nr formularza: ........................... </w:t>
            </w:r>
          </w:p>
          <w:p w14:paraId="6CFA5A96" w14:textId="5B4441CA" w:rsidR="00353E44" w:rsidRDefault="00353E44" w:rsidP="00353E44">
            <w:pPr>
              <w:jc w:val="both"/>
              <w:rPr>
                <w:rFonts w:asciiTheme="majorHAnsi" w:hAnsiTheme="majorHAnsi" w:cstheme="majorHAnsi"/>
                <w:b/>
              </w:rPr>
            </w:pPr>
            <w:r>
              <w:t>Podpis osoby przyjmującej :................................</w:t>
            </w:r>
          </w:p>
        </w:tc>
      </w:tr>
    </w:tbl>
    <w:p w14:paraId="283DDCBA" w14:textId="77777777" w:rsidR="00353E44" w:rsidRDefault="00353E44" w:rsidP="00353E44">
      <w:pPr>
        <w:rPr>
          <w:rFonts w:asciiTheme="majorHAnsi" w:hAnsiTheme="majorHAnsi" w:cstheme="majorHAnsi"/>
          <w:b/>
        </w:rPr>
      </w:pPr>
    </w:p>
    <w:p w14:paraId="6FBF4F41" w14:textId="1D7B8F87" w:rsidR="000F4C17" w:rsidRPr="000F4C17" w:rsidRDefault="000F4C17" w:rsidP="000F4C17">
      <w:pPr>
        <w:jc w:val="center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b/>
        </w:rPr>
        <w:t>FORMULARZ REKRUTACYJNY</w:t>
      </w:r>
      <w:r w:rsidR="00E76059">
        <w:rPr>
          <w:rFonts w:asciiTheme="majorHAnsi" w:hAnsiTheme="majorHAnsi" w:cstheme="majorHAnsi"/>
          <w:b/>
        </w:rPr>
        <w:t xml:space="preserve"> DLA UCZESTNIKA PROJEKTU</w:t>
      </w:r>
      <w:r w:rsidR="00353E44">
        <w:rPr>
          <w:rFonts w:asciiTheme="majorHAnsi" w:hAnsiTheme="majorHAnsi" w:cstheme="majorHAnsi"/>
          <w:b/>
        </w:rPr>
        <w:t xml:space="preserve"> CZĘŚĆ 1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0F4C17" w:rsidRPr="000F4C17" w14:paraId="3BA92ED5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203DEF14" w14:textId="361C7AAF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 xml:space="preserve">Pomocna Dłoń </w:t>
            </w:r>
            <w:r w:rsidRPr="000F4C17">
              <w:rPr>
                <w:rFonts w:asciiTheme="majorHAnsi" w:hAnsiTheme="majorHAnsi" w:cstheme="majorHAnsi" w:hint="eastAsia"/>
                <w:b/>
              </w:rPr>
              <w:t>–</w:t>
            </w:r>
            <w:r w:rsidRPr="000F4C17">
              <w:rPr>
                <w:rFonts w:asciiTheme="majorHAnsi" w:hAnsiTheme="majorHAnsi" w:cstheme="majorHAnsi" w:hint="eastAsia"/>
                <w:b/>
              </w:rPr>
              <w:t xml:space="preserve"> usługi społeczne dla osób z gminy Zambrów, miasta Zambrów oraz gminy Rutki</w:t>
            </w:r>
          </w:p>
          <w:p w14:paraId="19506115" w14:textId="0309A8D0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>w województwie podlaskim</w:t>
            </w:r>
          </w:p>
        </w:tc>
      </w:tr>
      <w:tr w:rsidR="000F4C17" w:rsidRPr="000F4C17" w14:paraId="2ED256FE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47670CD" w14:textId="6F37EEF6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 w:hint="eastAsia"/>
                <w:b/>
              </w:rPr>
              <w:t>FEPD.08.04-IZ.00-0012/24</w:t>
            </w:r>
          </w:p>
        </w:tc>
      </w:tr>
      <w:tr w:rsidR="000F4C17" w:rsidRPr="000F4C17" w14:paraId="4179D782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5660250A" w14:textId="77777777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Priorytet FEPD.08.00 Fundusze na rzecz edukacji i włączenia społecznego</w:t>
            </w:r>
          </w:p>
        </w:tc>
      </w:tr>
      <w:tr w:rsidR="000F4C17" w:rsidRPr="000F4C17" w14:paraId="0A12D3DB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A4D7F1F" w14:textId="0281DA1B" w:rsidR="000F4C17" w:rsidRPr="000F4C17" w:rsidRDefault="000F4C17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Priorytet FEPD.08.0</w:t>
            </w:r>
            <w:r w:rsidR="00916210">
              <w:rPr>
                <w:rFonts w:asciiTheme="majorHAnsi" w:hAnsiTheme="majorHAnsi" w:cstheme="majorHAnsi"/>
              </w:rPr>
              <w:t>4</w:t>
            </w:r>
            <w:r w:rsidRPr="000F4C17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Wzrost dostępności usług społecznych</w:t>
            </w:r>
          </w:p>
        </w:tc>
      </w:tr>
      <w:tr w:rsidR="00916210" w:rsidRPr="000F4C17" w14:paraId="0BA88DD9" w14:textId="77777777" w:rsidTr="00E76059">
        <w:trPr>
          <w:trHeight w:val="397"/>
          <w:jc w:val="center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6EC2085" w14:textId="2941DE1D" w:rsidR="00916210" w:rsidRPr="000F4C17" w:rsidRDefault="00916210" w:rsidP="00E76059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Powiat Zambrowski</w:t>
            </w:r>
            <w:r w:rsidR="00575A8E">
              <w:rPr>
                <w:rFonts w:asciiTheme="majorHAnsi" w:hAnsiTheme="majorHAnsi" w:cstheme="majorHAnsi"/>
              </w:rPr>
              <w:t xml:space="preserve"> w partnerstwie z Powiatowym Centrum Pomocy Rodzinie w Zambrowie oraz Fundacją 4Future</w:t>
            </w:r>
          </w:p>
        </w:tc>
      </w:tr>
    </w:tbl>
    <w:p w14:paraId="0F563B53" w14:textId="77777777" w:rsidR="000F4C17" w:rsidRPr="000F4C17" w:rsidRDefault="000F4C17" w:rsidP="000F4C17">
      <w:pPr>
        <w:jc w:val="center"/>
        <w:rPr>
          <w:rFonts w:asciiTheme="majorHAnsi" w:hAnsiTheme="majorHAnsi" w:cstheme="majorHAnsi"/>
          <w:i/>
        </w:rPr>
      </w:pPr>
      <w:r w:rsidRPr="000F4C17">
        <w:rPr>
          <w:rFonts w:asciiTheme="majorHAnsi" w:hAnsiTheme="majorHAnsi" w:cstheme="majorHAnsi"/>
        </w:rPr>
        <w:br/>
      </w:r>
      <w:r w:rsidRPr="000F4C17">
        <w:rPr>
          <w:rFonts w:asciiTheme="majorHAnsi" w:hAnsiTheme="majorHAnsi" w:cstheme="majorHAnsi"/>
          <w:i/>
        </w:rPr>
        <w:t>(proszę uzupełniać drukowanymi literami)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566"/>
        <w:gridCol w:w="567"/>
        <w:gridCol w:w="566"/>
        <w:gridCol w:w="567"/>
        <w:gridCol w:w="566"/>
        <w:gridCol w:w="567"/>
        <w:gridCol w:w="566"/>
        <w:gridCol w:w="567"/>
        <w:gridCol w:w="566"/>
        <w:gridCol w:w="567"/>
        <w:gridCol w:w="567"/>
      </w:tblGrid>
      <w:tr w:rsidR="000F4C17" w:rsidRPr="000F4C17" w14:paraId="66D326A2" w14:textId="77777777" w:rsidTr="00E76059">
        <w:trPr>
          <w:jc w:val="center"/>
        </w:trPr>
        <w:tc>
          <w:tcPr>
            <w:tcW w:w="9062" w:type="dxa"/>
            <w:gridSpan w:val="12"/>
            <w:shd w:val="clear" w:color="auto" w:fill="D9D9D9" w:themeFill="background1" w:themeFillShade="D9"/>
          </w:tcPr>
          <w:p w14:paraId="7A2E8C8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bookmarkStart w:id="0" w:name="_Hlk191896198"/>
            <w:r w:rsidRPr="000F4C17">
              <w:rPr>
                <w:rFonts w:asciiTheme="majorHAnsi" w:hAnsiTheme="majorHAnsi" w:cstheme="majorHAnsi"/>
                <w:b/>
              </w:rPr>
              <w:t>DANE UCZESTNIKA</w:t>
            </w:r>
          </w:p>
        </w:tc>
      </w:tr>
      <w:tr w:rsidR="000F4C17" w:rsidRPr="000F4C17" w14:paraId="2F5B102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D7E0937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Imię</w:t>
            </w:r>
          </w:p>
        </w:tc>
        <w:tc>
          <w:tcPr>
            <w:tcW w:w="6232" w:type="dxa"/>
            <w:gridSpan w:val="11"/>
          </w:tcPr>
          <w:p w14:paraId="77346030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4F38D9A3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8714E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Nazwisko</w:t>
            </w:r>
          </w:p>
        </w:tc>
        <w:tc>
          <w:tcPr>
            <w:tcW w:w="6232" w:type="dxa"/>
            <w:gridSpan w:val="11"/>
          </w:tcPr>
          <w:p w14:paraId="003A14B3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5130283F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022E6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Płeć</w:t>
            </w:r>
          </w:p>
        </w:tc>
        <w:tc>
          <w:tcPr>
            <w:tcW w:w="6232" w:type="dxa"/>
            <w:gridSpan w:val="11"/>
          </w:tcPr>
          <w:p w14:paraId="15BB6576" w14:textId="77777777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kobieta</w:t>
            </w:r>
            <w:r w:rsidRPr="000F4C17">
              <w:rPr>
                <w:rFonts w:asciiTheme="majorHAnsi" w:hAnsiTheme="majorHAnsi" w:cstheme="majorHAnsi"/>
              </w:rPr>
              <w:br/>
            </w:r>
            <w:r w:rsidRPr="00916210">
              <w:rPr>
                <w:rFonts w:asciiTheme="majorHAnsi" w:hAnsiTheme="majorHAnsi" w:cstheme="majorHAnsi"/>
                <w:sz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mężczyzna                                </w:t>
            </w:r>
          </w:p>
        </w:tc>
      </w:tr>
      <w:tr w:rsidR="000F4C17" w:rsidRPr="000F4C17" w14:paraId="38C8BBF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3F84E48F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PESEL</w:t>
            </w:r>
          </w:p>
        </w:tc>
        <w:tc>
          <w:tcPr>
            <w:tcW w:w="566" w:type="dxa"/>
          </w:tcPr>
          <w:p w14:paraId="68411C76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  <w:tc>
          <w:tcPr>
            <w:tcW w:w="567" w:type="dxa"/>
          </w:tcPr>
          <w:p w14:paraId="24EDC4E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50A7397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3A55685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7991D6EE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6AEF612B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7C6FA06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616ABF3A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6" w:type="dxa"/>
          </w:tcPr>
          <w:p w14:paraId="57370C7B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75E6A08C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2BAA213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</w:rPr>
            </w:pPr>
          </w:p>
        </w:tc>
      </w:tr>
      <w:tr w:rsidR="000F4C17" w:rsidRPr="000F4C17" w14:paraId="29C87C62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7DF6758" w14:textId="77777777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Wykształcenie</w:t>
            </w:r>
          </w:p>
        </w:tc>
        <w:tc>
          <w:tcPr>
            <w:tcW w:w="6232" w:type="dxa"/>
            <w:gridSpan w:val="11"/>
          </w:tcPr>
          <w:p w14:paraId="208C5D6F" w14:textId="3F6AB0BE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średnie I stopnia lub niższe (ISCED 0-2)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przedszkole, szkoła podstawowa, gimnazjum</w:t>
            </w:r>
          </w:p>
          <w:p w14:paraId="43E92339" w14:textId="3FA57616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ponadgimnazjalne (ISCED 3) lub policealne (ISCED 4)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osoby, które ukończyły szkołę: zawodową (a po 2017r. szkołę branżową I stopnia),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liceum, technikum, liceum uzupełniające, technikum uzupełniające, liceum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profilowane, szkołę branżową II stopnia, szkołę policealną</w:t>
            </w:r>
          </w:p>
          <w:p w14:paraId="61F90883" w14:textId="1B6BDA13" w:rsidR="000F4C17" w:rsidRPr="000F4C17" w:rsidRDefault="000F4C17" w:rsidP="00575A8E">
            <w:pPr>
              <w:spacing w:after="0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wyższe (ISCED 5-8)</w:t>
            </w:r>
            <w:r w:rsidR="00916210">
              <w:rPr>
                <w:rFonts w:asciiTheme="majorHAnsi" w:hAnsiTheme="majorHAnsi" w:cstheme="majorHAnsi"/>
              </w:rPr>
              <w:t xml:space="preserve"> - </w:t>
            </w:r>
            <w:r w:rsidR="00916210" w:rsidRPr="00916210">
              <w:rPr>
                <w:rFonts w:asciiTheme="majorHAnsi" w:hAnsiTheme="majorHAnsi" w:cstheme="majorHAnsi" w:hint="eastAsia"/>
              </w:rPr>
              <w:t>osoby, które ukończyły studia krótkiego cyklu, studia licencjackie lub inżynierskie,</w:t>
            </w:r>
            <w:r w:rsidR="00916210">
              <w:rPr>
                <w:rFonts w:asciiTheme="majorHAnsi" w:hAnsiTheme="majorHAnsi" w:cstheme="majorHAnsi"/>
              </w:rPr>
              <w:t xml:space="preserve"> </w:t>
            </w:r>
            <w:r w:rsidR="00916210" w:rsidRPr="00916210">
              <w:rPr>
                <w:rFonts w:asciiTheme="majorHAnsi" w:hAnsiTheme="majorHAnsi" w:cstheme="majorHAnsi" w:hint="eastAsia"/>
              </w:rPr>
              <w:t>studia magisterskie, studia doktoranckie</w:t>
            </w:r>
          </w:p>
        </w:tc>
      </w:tr>
      <w:tr w:rsidR="000F4C17" w:rsidRPr="000F4C17" w14:paraId="1AB37046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B587992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Obywatelstwo</w:t>
            </w:r>
          </w:p>
        </w:tc>
        <w:tc>
          <w:tcPr>
            <w:tcW w:w="6232" w:type="dxa"/>
            <w:gridSpan w:val="11"/>
          </w:tcPr>
          <w:p w14:paraId="5C3C91D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bookmarkEnd w:id="0"/>
    </w:tbl>
    <w:p w14:paraId="5C399E22" w14:textId="77777777" w:rsidR="00D61F4E" w:rsidRPr="000F4C17" w:rsidRDefault="00D61F4E" w:rsidP="00353E44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232"/>
      </w:tblGrid>
      <w:tr w:rsidR="000F4C17" w:rsidRPr="000F4C17" w14:paraId="7B52117E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64ADD1AF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/>
                <w:b/>
              </w:rPr>
              <w:t>DANE KONTAKTOWE</w:t>
            </w:r>
          </w:p>
        </w:tc>
      </w:tr>
      <w:tr w:rsidR="000F4C17" w:rsidRPr="000F4C17" w14:paraId="0E753BA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67616B2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Miejscowość</w:t>
            </w:r>
          </w:p>
        </w:tc>
        <w:tc>
          <w:tcPr>
            <w:tcW w:w="6232" w:type="dxa"/>
          </w:tcPr>
          <w:p w14:paraId="4B517152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4263BEEE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7C05EBED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Kod pocztowy</w:t>
            </w:r>
          </w:p>
        </w:tc>
        <w:tc>
          <w:tcPr>
            <w:tcW w:w="6232" w:type="dxa"/>
          </w:tcPr>
          <w:p w14:paraId="0A38DC2F" w14:textId="77777777" w:rsidR="000F4C17" w:rsidRPr="000F4C17" w:rsidRDefault="000F4C17" w:rsidP="00505A13">
            <w:pPr>
              <w:rPr>
                <w:rFonts w:asciiTheme="majorHAnsi" w:hAnsiTheme="majorHAnsi" w:cstheme="majorHAnsi"/>
                <w:sz w:val="40"/>
              </w:rPr>
            </w:pPr>
            <w:r w:rsidRPr="000F4C17">
              <w:rPr>
                <w:rFonts w:asciiTheme="majorHAnsi" w:hAnsiTheme="majorHAnsi" w:cstheme="majorHAnsi"/>
                <w:sz w:val="40"/>
              </w:rPr>
              <w:t>_ _ - _ _ _</w:t>
            </w:r>
          </w:p>
        </w:tc>
      </w:tr>
      <w:tr w:rsidR="000F4C17" w:rsidRPr="000F4C17" w14:paraId="2EA9EF82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07A091B9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Kraj</w:t>
            </w:r>
          </w:p>
        </w:tc>
        <w:tc>
          <w:tcPr>
            <w:tcW w:w="6232" w:type="dxa"/>
          </w:tcPr>
          <w:p w14:paraId="360310D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5F6E6A07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48561B2E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Województwo</w:t>
            </w:r>
          </w:p>
        </w:tc>
        <w:tc>
          <w:tcPr>
            <w:tcW w:w="6232" w:type="dxa"/>
          </w:tcPr>
          <w:p w14:paraId="2A5D7C1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026494D7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9E6690F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Powiat</w:t>
            </w:r>
          </w:p>
        </w:tc>
        <w:tc>
          <w:tcPr>
            <w:tcW w:w="6232" w:type="dxa"/>
          </w:tcPr>
          <w:p w14:paraId="0759281D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3C8700E5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7AEA756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Gmina</w:t>
            </w:r>
          </w:p>
        </w:tc>
        <w:tc>
          <w:tcPr>
            <w:tcW w:w="6232" w:type="dxa"/>
          </w:tcPr>
          <w:p w14:paraId="32568708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  <w:tr w:rsidR="000F4C17" w:rsidRPr="000F4C17" w14:paraId="27DF5C7D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23A1381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Telefon kontaktowy</w:t>
            </w:r>
          </w:p>
        </w:tc>
        <w:tc>
          <w:tcPr>
            <w:tcW w:w="6232" w:type="dxa"/>
          </w:tcPr>
          <w:p w14:paraId="290B0C30" w14:textId="77777777" w:rsidR="000F4C17" w:rsidRPr="000F4C17" w:rsidRDefault="000F4C17" w:rsidP="00505A13">
            <w:pPr>
              <w:rPr>
                <w:rFonts w:asciiTheme="majorHAnsi" w:hAnsiTheme="majorHAnsi" w:cstheme="majorHAnsi"/>
                <w:sz w:val="40"/>
              </w:rPr>
            </w:pPr>
            <w:r w:rsidRPr="000F4C17">
              <w:rPr>
                <w:rFonts w:asciiTheme="majorHAnsi" w:hAnsiTheme="majorHAnsi" w:cstheme="majorHAnsi"/>
                <w:sz w:val="40"/>
              </w:rPr>
              <w:t>_ _ _ - _ _ _ - _ _ _</w:t>
            </w:r>
          </w:p>
        </w:tc>
      </w:tr>
      <w:tr w:rsidR="000F4C17" w:rsidRPr="000F4C17" w14:paraId="3ED19ACA" w14:textId="77777777" w:rsidTr="00E76059">
        <w:trPr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3EEBF317" w14:textId="77777777" w:rsidR="000F4C17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Adres poczty elektronicznej (e-mail)</w:t>
            </w:r>
          </w:p>
        </w:tc>
        <w:tc>
          <w:tcPr>
            <w:tcW w:w="6232" w:type="dxa"/>
          </w:tcPr>
          <w:p w14:paraId="7CD97E5C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sz w:val="40"/>
              </w:rPr>
            </w:pPr>
          </w:p>
        </w:tc>
      </w:tr>
    </w:tbl>
    <w:p w14:paraId="0A2C0B88" w14:textId="77777777" w:rsidR="000F4C17" w:rsidRPr="000F4C17" w:rsidRDefault="000F4C17" w:rsidP="000F4C17">
      <w:pPr>
        <w:jc w:val="center"/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94"/>
        <w:gridCol w:w="2968"/>
      </w:tblGrid>
      <w:tr w:rsidR="000F4C17" w:rsidRPr="000F4C17" w14:paraId="14C4B7F1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56C31335" w14:textId="77777777" w:rsidR="000F4C17" w:rsidRPr="000F4C17" w:rsidRDefault="000F4C17" w:rsidP="00505A13">
            <w:pPr>
              <w:jc w:val="center"/>
              <w:rPr>
                <w:rFonts w:asciiTheme="majorHAnsi" w:hAnsiTheme="majorHAnsi" w:cstheme="majorHAnsi"/>
                <w:b/>
              </w:rPr>
            </w:pPr>
            <w:bookmarkStart w:id="1" w:name="_Hlk240898060"/>
            <w:r w:rsidRPr="000F4C17">
              <w:rPr>
                <w:rFonts w:asciiTheme="majorHAnsi" w:hAnsiTheme="majorHAnsi" w:cstheme="majorHAnsi"/>
                <w:b/>
              </w:rPr>
              <w:t>DANE DODATKOWE</w:t>
            </w:r>
          </w:p>
        </w:tc>
      </w:tr>
      <w:tr w:rsidR="000F4C17" w:rsidRPr="000F4C17" w14:paraId="6E423D28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03CEE161" w14:textId="2F126B44" w:rsidR="00575A8E" w:rsidRP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Osoba obcego pochodzenia</w:t>
            </w:r>
            <w:r w:rsidR="00575A8E">
              <w:rPr>
                <w:rFonts w:asciiTheme="majorHAnsi" w:hAnsiTheme="majorHAnsi" w:cstheme="majorHAnsi"/>
              </w:rPr>
              <w:br/>
            </w:r>
            <w:r w:rsidR="00575A8E" w:rsidRPr="00916210">
              <w:rPr>
                <w:rFonts w:asciiTheme="majorHAnsi" w:hAnsiTheme="majorHAnsi" w:cstheme="majorHAnsi" w:hint="eastAsia"/>
                <w:sz w:val="16"/>
              </w:rPr>
              <w:t>każda osoba, która nie posiada polskiego obywatelstwa, bez względu na</w:t>
            </w:r>
            <w:r w:rsid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916210">
              <w:rPr>
                <w:rFonts w:asciiTheme="majorHAnsi" w:hAnsiTheme="majorHAnsi" w:cstheme="majorHAnsi" w:hint="eastAsia"/>
                <w:sz w:val="16"/>
              </w:rPr>
              <w:t>fakt posiadania lub nie obywatelstwa/obywatelstw innych krajów</w:t>
            </w:r>
          </w:p>
        </w:tc>
        <w:tc>
          <w:tcPr>
            <w:tcW w:w="2968" w:type="dxa"/>
            <w:vAlign w:val="center"/>
          </w:tcPr>
          <w:p w14:paraId="32A909C0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9E7D77B" w14:textId="3073B4F8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="00575A8E">
              <w:rPr>
                <w:rFonts w:asciiTheme="majorHAnsi" w:hAnsiTheme="majorHAnsi" w:cstheme="majorHAnsi"/>
                <w:szCs w:val="21"/>
              </w:rPr>
              <w:t xml:space="preserve"> </w:t>
            </w:r>
            <w:r w:rsidRPr="000F4C17">
              <w:rPr>
                <w:rFonts w:asciiTheme="majorHAnsi" w:hAnsiTheme="majorHAnsi" w:cstheme="majorHAnsi"/>
              </w:rPr>
              <w:t>nie</w:t>
            </w:r>
          </w:p>
        </w:tc>
      </w:tr>
      <w:tr w:rsidR="000F4C17" w:rsidRPr="000F4C17" w14:paraId="39336FD3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3EF327E1" w14:textId="77777777" w:rsidR="000F4C17" w:rsidRDefault="00916210" w:rsidP="00505A1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Osoba z państwa trzeciego</w:t>
            </w:r>
          </w:p>
          <w:p w14:paraId="7E311F90" w14:textId="39214080" w:rsidR="00575A8E" w:rsidRPr="00575A8E" w:rsidRDefault="00575A8E" w:rsidP="00505A13">
            <w:pPr>
              <w:rPr>
                <w:rFonts w:asciiTheme="majorHAnsi" w:hAnsiTheme="majorHAnsi" w:cstheme="majorHAnsi"/>
                <w:sz w:val="16"/>
              </w:rPr>
            </w:pPr>
            <w:r w:rsidRPr="00575A8E">
              <w:rPr>
                <w:rFonts w:asciiTheme="majorHAnsi" w:hAnsiTheme="majorHAnsi" w:cstheme="majorHAnsi" w:hint="eastAsia"/>
                <w:sz w:val="16"/>
              </w:rPr>
              <w:t>osoba, która jest obywatelami krajów spoza UE lub bezpaństwowiec</w:t>
            </w:r>
          </w:p>
        </w:tc>
        <w:tc>
          <w:tcPr>
            <w:tcW w:w="2968" w:type="dxa"/>
            <w:vAlign w:val="center"/>
          </w:tcPr>
          <w:p w14:paraId="3D94D737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2113538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0F4C17" w:rsidRPr="000F4C17" w14:paraId="0A7DA3B3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5A8DAE36" w14:textId="77777777" w:rsidR="000F4C17" w:rsidRDefault="000F4C17" w:rsidP="00505A13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Osoba należąca do mniejszości narodowej lub etnicznej (w tym społeczności marginalizowane)</w:t>
            </w:r>
          </w:p>
          <w:p w14:paraId="0555BA43" w14:textId="15F399FC" w:rsidR="00575A8E" w:rsidRPr="000F4C17" w:rsidRDefault="00575A8E" w:rsidP="00505A13">
            <w:pPr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 w:hint="eastAsia"/>
                <w:sz w:val="16"/>
              </w:rPr>
              <w:t>mniejszości narodowe: białoruska, czeska, litewska, niemiecka, ormiańska, rosyjska, słowacka,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ukraińska, żydowska;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mniejszości etniczne: karaimska, łemkowska, romska, tatarska;</w:t>
            </w:r>
            <w:r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575A8E">
              <w:rPr>
                <w:rFonts w:asciiTheme="majorHAnsi" w:hAnsiTheme="majorHAnsi" w:cstheme="majorHAnsi" w:hint="eastAsia"/>
                <w:sz w:val="16"/>
              </w:rPr>
              <w:t>społeczności marginalizowane: Romowie</w:t>
            </w:r>
          </w:p>
        </w:tc>
        <w:tc>
          <w:tcPr>
            <w:tcW w:w="2968" w:type="dxa"/>
            <w:vAlign w:val="center"/>
          </w:tcPr>
          <w:p w14:paraId="44D75031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132C35F4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  <w:p w14:paraId="221E966D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odmowa podania informacji</w:t>
            </w:r>
          </w:p>
        </w:tc>
      </w:tr>
      <w:tr w:rsidR="000F4C17" w:rsidRPr="000F4C17" w14:paraId="4A099951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10FDC42D" w14:textId="30F05340" w:rsidR="000F4C17" w:rsidRPr="00575A8E" w:rsidRDefault="000F4C17" w:rsidP="00505A13">
            <w:pPr>
              <w:rPr>
                <w:rFonts w:asciiTheme="majorHAnsi" w:hAnsiTheme="majorHAnsi" w:cstheme="majorHAnsi"/>
                <w:sz w:val="16"/>
              </w:rPr>
            </w:pPr>
            <w:r w:rsidRPr="00575A8E">
              <w:rPr>
                <w:rFonts w:asciiTheme="majorHAnsi" w:hAnsiTheme="majorHAnsi" w:cstheme="majorHAnsi"/>
              </w:rPr>
              <w:t>Osoba bezdomna lub dotknięta wykluczeniem z dostępu do mieszkań</w:t>
            </w:r>
            <w:r w:rsidR="00575A8E" w:rsidRPr="00575A8E">
              <w:rPr>
                <w:rFonts w:asciiTheme="majorHAnsi" w:hAnsiTheme="majorHAnsi" w:cstheme="majorHAnsi"/>
              </w:rPr>
              <w:br/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1. Bez dachu nad głową, w tym osoby żyjące w przestrzeni publicznej lub zakwaterowane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interwencyjnie;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2.Bez mieszkania, w tym osoby zakwaterowane w placówkach dla bezdomnych, w schroniskach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dla kobiet, schroniskach dla imigrantów, osoby opuszczające instytucje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penitencjarne/karne/medyczne, instytucje opiekuńcze, osoby otrzymujące długookresowe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wsparcie z powodu bezdomności - specjalistyczne zakwaterowanie wspierane);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3.Niezabezpieczone zakwaterowanie, w tym osoby w lokalach niezabezpieczonych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–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 przebywające czasowo u rodziny/przyjaciół, tj. przebywające w konwencjonalnych warunkach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lokalowych, ale nie w stałym miejscu zamieszkania ze względu na brak posiadania takiego,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wynajmujący nielegalnie lub nielegalnie zajmujące ziemie, osoby posiadające niepewny najem z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nakazem eksmisji, osoby zagrożone przemocą;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4.Nieodpowiednie warunki mieszkaniowe, w tym osoby zamieszkujące konstrukcje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tymczasowe/nietrwałe, mieszkania </w:t>
            </w:r>
            <w:proofErr w:type="spellStart"/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substandardowe</w:t>
            </w:r>
            <w:proofErr w:type="spellEnd"/>
            <w:r w:rsidR="00575A8E" w:rsidRPr="00575A8E">
              <w:rPr>
                <w:rFonts w:asciiTheme="majorHAnsi" w:hAnsiTheme="majorHAnsi" w:cstheme="majorHAnsi" w:hint="eastAsia"/>
                <w:sz w:val="16"/>
              </w:rPr>
              <w:t xml:space="preserve"> - lokale nienadające się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lastRenderedPageBreak/>
              <w:t>do zamieszkania wg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standardu krajowego, w warunkach skrajnego przeludnienia;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5.Osoby nie zamieszkujące w lokalu mieszkalnym w rozumieniu przepisów o ochronie praw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a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lokatorów i mieszkaniowym zasobie gminy i niezameldowane na pobyt stały, w rozumieniu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przepisów o ewidencji ludności, a także osoby nie zamieszkujące w lokalu mieszkalnym i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zameldowaną na pobyt stały w lokalu, w którym nie ma możliwości zamieszkania.</w:t>
            </w:r>
          </w:p>
        </w:tc>
        <w:tc>
          <w:tcPr>
            <w:tcW w:w="2968" w:type="dxa"/>
            <w:vAlign w:val="center"/>
          </w:tcPr>
          <w:p w14:paraId="725BA406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lastRenderedPageBreak/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40B0646E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0F4C17" w:rsidRPr="000F4C17" w14:paraId="2DBB9E44" w14:textId="77777777" w:rsidTr="00E76059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6D4B8B98" w14:textId="234F0669" w:rsidR="000F4C17" w:rsidRPr="00575A8E" w:rsidRDefault="000F4C17" w:rsidP="00505A13">
            <w:pPr>
              <w:rPr>
                <w:rFonts w:asciiTheme="majorHAnsi" w:hAnsiTheme="majorHAnsi" w:cstheme="majorHAnsi"/>
                <w:sz w:val="16"/>
              </w:rPr>
            </w:pPr>
            <w:bookmarkStart w:id="2" w:name="_Hlk240896251"/>
            <w:r w:rsidRPr="00575A8E">
              <w:rPr>
                <w:rFonts w:asciiTheme="majorHAnsi" w:hAnsiTheme="majorHAnsi" w:cstheme="majorHAnsi"/>
              </w:rPr>
              <w:t>Posiadanie statusu osoby z niepełnosprawnościami</w:t>
            </w:r>
            <w:bookmarkEnd w:id="2"/>
            <w:r w:rsidR="00575A8E" w:rsidRPr="00575A8E">
              <w:rPr>
                <w:rFonts w:asciiTheme="majorHAnsi" w:hAnsiTheme="majorHAnsi" w:cstheme="majorHAnsi"/>
              </w:rPr>
              <w:br/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Za osoby z niepełnosprawnościami uznaje się osoby w świetle przepisów ustawy z dnia 27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sierpnia 1997 r. o rehabilitacji zawodowej i społecznej oraz zatrudnianiu osób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niepełnosprawnych, a także osoby z zaburzeniami psychicznymi, o których mowa w ustawie z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dnia 19 sierpnia 1994 r. o ochronie zdrowia psychicznego.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Potwierdzeniem statusu osoby z niepełnosprawnością jest w szczególności odpowiednie</w:t>
            </w:r>
            <w:r w:rsidR="00575A8E" w:rsidRPr="00575A8E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575A8E" w:rsidRPr="00575A8E">
              <w:rPr>
                <w:rFonts w:asciiTheme="majorHAnsi" w:hAnsiTheme="majorHAnsi" w:cstheme="majorHAnsi" w:hint="eastAsia"/>
                <w:sz w:val="16"/>
              </w:rPr>
              <w:t>orzeczenie lub inny dokument poświadczający stan zdrowia.</w:t>
            </w:r>
          </w:p>
        </w:tc>
        <w:tc>
          <w:tcPr>
            <w:tcW w:w="2968" w:type="dxa"/>
            <w:vAlign w:val="center"/>
          </w:tcPr>
          <w:p w14:paraId="063737E4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0F67C813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  <w:p w14:paraId="1B7334C1" w14:textId="77777777" w:rsidR="000F4C17" w:rsidRPr="000F4C17" w:rsidRDefault="000F4C17" w:rsidP="00575A8E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odmowa podania informacji</w:t>
            </w:r>
          </w:p>
        </w:tc>
      </w:tr>
      <w:bookmarkEnd w:id="1"/>
    </w:tbl>
    <w:p w14:paraId="59394DBC" w14:textId="77777777" w:rsidR="000F4C17" w:rsidRPr="000F4C17" w:rsidRDefault="000F4C17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937"/>
        <w:gridCol w:w="1125"/>
      </w:tblGrid>
      <w:tr w:rsidR="00882F34" w:rsidRPr="000F4C17" w14:paraId="05561529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5CA01BC4" w14:textId="76FEA684" w:rsidR="00882F34" w:rsidRPr="000F4C17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STATUS NA RYNKU PRACY W CHWILI PRZYSTAPIENIA DO PROJEKTU</w:t>
            </w:r>
          </w:p>
        </w:tc>
      </w:tr>
      <w:tr w:rsidR="00882F34" w:rsidRPr="000F4C17" w14:paraId="2FA08641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5FCF4D" w14:textId="3B24AE5B" w:rsidR="00882F34" w:rsidRPr="00E76059" w:rsidRDefault="00882F34" w:rsidP="00E7605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Osoba bierna zawodowo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  <w:r w:rsidRPr="00E76059">
              <w:rPr>
                <w:rFonts w:asciiTheme="majorHAnsi" w:hAnsiTheme="majorHAnsi" w:cstheme="majorHAnsi"/>
                <w:b/>
              </w:rPr>
              <w:br/>
            </w:r>
            <w:r w:rsidRPr="00E76059">
              <w:rPr>
                <w:rFonts w:asciiTheme="majorHAnsi" w:hAnsiTheme="majorHAnsi" w:cstheme="majorHAnsi"/>
                <w:b/>
                <w:sz w:val="16"/>
              </w:rPr>
              <w:t>tj. osoba, która w danej chwili nie tworzy zasobów siły roboczej - nie jest osobą pracującą ani bezrobotną (zaznaczyć jedną z 3 opcji poniżej)</w:t>
            </w:r>
          </w:p>
        </w:tc>
      </w:tr>
      <w:tr w:rsidR="00882F34" w:rsidRPr="000F4C17" w14:paraId="34E09165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2CA91C5A" w14:textId="2D174CEF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nieuczestnicząca w kształceniu lub szkoleniu</w:t>
            </w:r>
          </w:p>
        </w:tc>
        <w:tc>
          <w:tcPr>
            <w:tcW w:w="1125" w:type="dxa"/>
            <w:vAlign w:val="center"/>
          </w:tcPr>
          <w:p w14:paraId="284331F7" w14:textId="29939F49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AFAFC7A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8AB483F" w14:textId="5D7B9FB3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ucząca się/odbywająca szkolenie</w:t>
            </w:r>
          </w:p>
        </w:tc>
        <w:tc>
          <w:tcPr>
            <w:tcW w:w="1125" w:type="dxa"/>
            <w:vAlign w:val="center"/>
          </w:tcPr>
          <w:p w14:paraId="49A145AE" w14:textId="0ABAD201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8634790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9B4AD1D" w14:textId="4A586BF3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</w:rPr>
            </w:pPr>
            <w:r w:rsidRPr="00E76059">
              <w:rPr>
                <w:rFonts w:asciiTheme="majorHAnsi" w:hAnsiTheme="majorHAnsi" w:cstheme="majorHAnsi"/>
              </w:rPr>
              <w:t>Inne (np. emeryt, rencista itp.)</w:t>
            </w:r>
          </w:p>
        </w:tc>
        <w:tc>
          <w:tcPr>
            <w:tcW w:w="1125" w:type="dxa"/>
            <w:vAlign w:val="center"/>
          </w:tcPr>
          <w:p w14:paraId="1F02C599" w14:textId="77C77E40" w:rsidR="00882F34" w:rsidRPr="000F4C17" w:rsidRDefault="00882F34" w:rsidP="00505A13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39CB530A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56733D1" w14:textId="59BFEFAF" w:rsidR="00882F34" w:rsidRPr="00E76059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</w:t>
            </w:r>
            <w:r w:rsidR="00E76059" w:rsidRPr="00E76059">
              <w:rPr>
                <w:rFonts w:asciiTheme="majorHAnsi" w:hAnsiTheme="majorHAnsi" w:cstheme="majorHAnsi"/>
                <w:b/>
              </w:rPr>
              <w:t>soba</w:t>
            </w:r>
            <w:r w:rsidRPr="00E76059">
              <w:rPr>
                <w:rFonts w:asciiTheme="majorHAnsi" w:hAnsiTheme="majorHAnsi" w:cstheme="majorHAnsi"/>
                <w:b/>
              </w:rPr>
              <w:t xml:space="preserve"> bezrobotna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</w:p>
          <w:p w14:paraId="4225A8D9" w14:textId="6A250597" w:rsidR="00882F34" w:rsidRPr="00E76059" w:rsidRDefault="00882F34" w:rsidP="00E76059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  <w:sz w:val="16"/>
                <w:szCs w:val="16"/>
              </w:rPr>
              <w:t>osoba pozostająca bez pracy, gotowa do podjęcia pracy i aktywnie poszukująca zatrudnienia (zaznaczyć poniżej jedną z 2 opcji)</w:t>
            </w:r>
          </w:p>
        </w:tc>
      </w:tr>
      <w:tr w:rsidR="00882F34" w:rsidRPr="000F4C17" w14:paraId="7F863861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D37314F" w14:textId="77777777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długotrwale bezrobotna</w:t>
            </w:r>
          </w:p>
          <w:p w14:paraId="146CA1A4" w14:textId="20D5BD4A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E76059">
              <w:rPr>
                <w:rFonts w:asciiTheme="majorHAnsi" w:hAnsiTheme="majorHAnsi" w:cstheme="majorHAnsi"/>
                <w:sz w:val="16"/>
                <w:szCs w:val="16"/>
              </w:rPr>
              <w:t>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1125" w:type="dxa"/>
            <w:vAlign w:val="center"/>
          </w:tcPr>
          <w:p w14:paraId="51CB4E43" w14:textId="759FF450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2F6ABB2C" w14:textId="77777777" w:rsidTr="00E76059">
        <w:trPr>
          <w:trHeight w:val="567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C619FCD" w14:textId="3C89B29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inne</w:t>
            </w:r>
          </w:p>
        </w:tc>
        <w:tc>
          <w:tcPr>
            <w:tcW w:w="1125" w:type="dxa"/>
            <w:vAlign w:val="center"/>
          </w:tcPr>
          <w:p w14:paraId="283C613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A2347FA" w14:textId="77777777" w:rsidTr="00E76059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2946BF3D" w14:textId="40DBE6F7" w:rsidR="00882F34" w:rsidRPr="00E76059" w:rsidRDefault="00882F34" w:rsidP="00E76059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E76059">
              <w:rPr>
                <w:rFonts w:asciiTheme="majorHAnsi" w:hAnsiTheme="majorHAnsi" w:cstheme="majorHAnsi"/>
                <w:b/>
              </w:rPr>
              <w:t>Osoba pracująca</w:t>
            </w:r>
            <w:r w:rsidR="00D61F4E">
              <w:rPr>
                <w:rFonts w:asciiTheme="majorHAnsi" w:hAnsiTheme="majorHAnsi" w:cstheme="majorHAnsi"/>
                <w:b/>
              </w:rPr>
              <w:t xml:space="preserve"> (jeśli dotyczy proszę zaznaczyć X)</w:t>
            </w:r>
          </w:p>
        </w:tc>
      </w:tr>
      <w:tr w:rsidR="00882F34" w:rsidRPr="000F4C17" w14:paraId="26157E9B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DFADD08" w14:textId="4947335D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prowadząca działalność na własny rachunek</w:t>
            </w:r>
          </w:p>
        </w:tc>
        <w:tc>
          <w:tcPr>
            <w:tcW w:w="1125" w:type="dxa"/>
            <w:vAlign w:val="center"/>
          </w:tcPr>
          <w:p w14:paraId="3BFE4E7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37D62D90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562D86E" w14:textId="4D93E11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administracji rządowej</w:t>
            </w:r>
          </w:p>
        </w:tc>
        <w:tc>
          <w:tcPr>
            <w:tcW w:w="1125" w:type="dxa"/>
            <w:vAlign w:val="center"/>
          </w:tcPr>
          <w:p w14:paraId="0C15B53A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4D9AE9F4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FA2314E" w14:textId="77777777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administracji samorządowej</w:t>
            </w:r>
          </w:p>
          <w:p w14:paraId="319860C4" w14:textId="1C4A5288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  <w:sz w:val="16"/>
                <w:szCs w:val="16"/>
              </w:rPr>
            </w:pPr>
            <w:r w:rsidRPr="00E76059">
              <w:rPr>
                <w:rFonts w:asciiTheme="majorHAnsi" w:hAnsiTheme="majorHAnsi" w:cstheme="majorHAnsi"/>
                <w:sz w:val="16"/>
                <w:szCs w:val="16"/>
              </w:rPr>
              <w:t>(z wyłączeniem szkół i placówek systemu oświaty)</w:t>
            </w:r>
          </w:p>
        </w:tc>
        <w:tc>
          <w:tcPr>
            <w:tcW w:w="1125" w:type="dxa"/>
            <w:vAlign w:val="center"/>
          </w:tcPr>
          <w:p w14:paraId="3DC51A9E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00D437CE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0597C90C" w14:textId="3AA455DE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organizacji pozarządowej</w:t>
            </w:r>
          </w:p>
        </w:tc>
        <w:tc>
          <w:tcPr>
            <w:tcW w:w="1125" w:type="dxa"/>
            <w:vAlign w:val="center"/>
          </w:tcPr>
          <w:p w14:paraId="2B08849D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3648B1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530A3B0" w14:textId="162CC65C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MMŚP</w:t>
            </w:r>
          </w:p>
        </w:tc>
        <w:tc>
          <w:tcPr>
            <w:tcW w:w="1125" w:type="dxa"/>
            <w:vAlign w:val="center"/>
          </w:tcPr>
          <w:p w14:paraId="260470B5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03F33700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22157CE1" w14:textId="563D5325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dużym przedsiębiorstwie</w:t>
            </w:r>
          </w:p>
        </w:tc>
        <w:tc>
          <w:tcPr>
            <w:tcW w:w="1125" w:type="dxa"/>
            <w:vAlign w:val="center"/>
          </w:tcPr>
          <w:p w14:paraId="2D64829B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882F34" w:rsidRPr="000F4C17" w14:paraId="183960B1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044BFC1" w14:textId="121987CB" w:rsidR="00882F34" w:rsidRPr="00E76059" w:rsidRDefault="00882F34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podmiocie wykonującym działalność leczniczą</w:t>
            </w:r>
          </w:p>
        </w:tc>
        <w:tc>
          <w:tcPr>
            <w:tcW w:w="1125" w:type="dxa"/>
            <w:vAlign w:val="center"/>
          </w:tcPr>
          <w:p w14:paraId="187D4128" w14:textId="77777777" w:rsidR="00882F34" w:rsidRPr="00882F34" w:rsidRDefault="00882F34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6DDD94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16E2E08B" w14:textId="45175F07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szkole lub placówce systemu oświaty (kadra pedagogiczna)</w:t>
            </w:r>
          </w:p>
        </w:tc>
        <w:tc>
          <w:tcPr>
            <w:tcW w:w="1125" w:type="dxa"/>
            <w:vAlign w:val="center"/>
          </w:tcPr>
          <w:p w14:paraId="18CCE0EE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2BA4288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A9AFE0A" w14:textId="09BC5890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szkole lub placówce systemu oświaty (kadra niepedagogiczna)</w:t>
            </w:r>
          </w:p>
        </w:tc>
        <w:tc>
          <w:tcPr>
            <w:tcW w:w="1125" w:type="dxa"/>
            <w:vAlign w:val="center"/>
          </w:tcPr>
          <w:p w14:paraId="67109894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4C7EC896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48FD33BA" w14:textId="746E9A2A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lastRenderedPageBreak/>
              <w:t>osoba pracująca w szkole lub placówce systemu oświaty (kadra zarządzająca)</w:t>
            </w:r>
          </w:p>
        </w:tc>
        <w:tc>
          <w:tcPr>
            <w:tcW w:w="1125" w:type="dxa"/>
            <w:vAlign w:val="center"/>
          </w:tcPr>
          <w:p w14:paraId="34B630E6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51F5C0D2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8A8A410" w14:textId="764B2D87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na uczelni</w:t>
            </w:r>
          </w:p>
        </w:tc>
        <w:tc>
          <w:tcPr>
            <w:tcW w:w="1125" w:type="dxa"/>
            <w:vAlign w:val="center"/>
          </w:tcPr>
          <w:p w14:paraId="78AAF7EA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78D31E16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2AA54BF" w14:textId="5718A94D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naukowym</w:t>
            </w:r>
          </w:p>
        </w:tc>
        <w:tc>
          <w:tcPr>
            <w:tcW w:w="1125" w:type="dxa"/>
            <w:vAlign w:val="center"/>
          </w:tcPr>
          <w:p w14:paraId="6B8217AC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460DF513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64FAA4E9" w14:textId="706DFD1D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badawczym</w:t>
            </w:r>
          </w:p>
        </w:tc>
        <w:tc>
          <w:tcPr>
            <w:tcW w:w="1125" w:type="dxa"/>
            <w:vAlign w:val="center"/>
          </w:tcPr>
          <w:p w14:paraId="7E95709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2092534C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40934EE" w14:textId="38713D58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instytucie działającym w ramach Sieci Badawczej Łukasiewicz</w:t>
            </w:r>
          </w:p>
        </w:tc>
        <w:tc>
          <w:tcPr>
            <w:tcW w:w="1125" w:type="dxa"/>
            <w:vAlign w:val="center"/>
          </w:tcPr>
          <w:p w14:paraId="60405F3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56EA7898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93CEC59" w14:textId="042282E8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w międzynarodowym instytucie naukowym</w:t>
            </w:r>
          </w:p>
        </w:tc>
        <w:tc>
          <w:tcPr>
            <w:tcW w:w="1125" w:type="dxa"/>
            <w:vAlign w:val="center"/>
          </w:tcPr>
          <w:p w14:paraId="7143F3BC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534E48A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5C3C6B3B" w14:textId="4ABD5B83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dla federacji podmiotów systemu szkolnictwa wyższego i nauki</w:t>
            </w:r>
          </w:p>
        </w:tc>
        <w:tc>
          <w:tcPr>
            <w:tcW w:w="1125" w:type="dxa"/>
            <w:vAlign w:val="center"/>
          </w:tcPr>
          <w:p w14:paraId="14EA8D21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79FC472C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7C750A01" w14:textId="60E1D905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osoba pracująca na rzecz państwowej osoby prawne</w:t>
            </w:r>
          </w:p>
        </w:tc>
        <w:tc>
          <w:tcPr>
            <w:tcW w:w="1125" w:type="dxa"/>
            <w:vAlign w:val="center"/>
          </w:tcPr>
          <w:p w14:paraId="310DD049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  <w:tr w:rsidR="00E76059" w:rsidRPr="000F4C17" w14:paraId="0F9F4AA3" w14:textId="77777777" w:rsidTr="00D61F4E">
        <w:trPr>
          <w:trHeight w:val="454"/>
          <w:jc w:val="center"/>
        </w:trPr>
        <w:tc>
          <w:tcPr>
            <w:tcW w:w="7937" w:type="dxa"/>
            <w:shd w:val="clear" w:color="auto" w:fill="D9D9D9" w:themeFill="background1" w:themeFillShade="D9"/>
            <w:vAlign w:val="center"/>
          </w:tcPr>
          <w:p w14:paraId="3BA04869" w14:textId="7F00366F" w:rsidR="00E76059" w:rsidRPr="00E76059" w:rsidRDefault="00E76059" w:rsidP="00E76059">
            <w:pPr>
              <w:spacing w:after="0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inne</w:t>
            </w:r>
          </w:p>
        </w:tc>
        <w:tc>
          <w:tcPr>
            <w:tcW w:w="1125" w:type="dxa"/>
            <w:vAlign w:val="center"/>
          </w:tcPr>
          <w:p w14:paraId="0F06B6CB" w14:textId="77777777" w:rsidR="00E76059" w:rsidRPr="00882F34" w:rsidRDefault="00E76059" w:rsidP="00882F34">
            <w:pPr>
              <w:rPr>
                <w:rFonts w:asciiTheme="majorHAnsi" w:hAnsiTheme="majorHAnsi" w:cstheme="majorHAnsi"/>
              </w:rPr>
            </w:pPr>
          </w:p>
        </w:tc>
      </w:tr>
    </w:tbl>
    <w:p w14:paraId="6808CC4D" w14:textId="5094822E" w:rsidR="000F4C17" w:rsidRDefault="000F4C17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14"/>
      </w:tblGrid>
      <w:tr w:rsidR="00E76059" w:rsidRPr="000F4C17" w14:paraId="331B054B" w14:textId="77777777" w:rsidTr="00364BF0">
        <w:trPr>
          <w:jc w:val="center"/>
        </w:trPr>
        <w:tc>
          <w:tcPr>
            <w:tcW w:w="9414" w:type="dxa"/>
            <w:shd w:val="clear" w:color="auto" w:fill="D9D9D9" w:themeFill="background1" w:themeFillShade="D9"/>
          </w:tcPr>
          <w:p w14:paraId="75FAD71A" w14:textId="7B9EEE4C" w:rsidR="00E76059" w:rsidRPr="000F4C17" w:rsidRDefault="00E76059" w:rsidP="00607F1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SPECJALNE POTRZEBY UCZESTNIKÓW</w:t>
            </w:r>
          </w:p>
        </w:tc>
      </w:tr>
      <w:tr w:rsidR="00E76059" w:rsidRPr="000F4C17" w14:paraId="1BE5A55E" w14:textId="77777777" w:rsidTr="00364BF0">
        <w:trPr>
          <w:jc w:val="center"/>
        </w:trPr>
        <w:tc>
          <w:tcPr>
            <w:tcW w:w="9414" w:type="dxa"/>
          </w:tcPr>
          <w:p w14:paraId="67F2A1D6" w14:textId="089331B9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nie posiadam szczególnych potrzeb w zakresie udziału w projekcie</w:t>
            </w:r>
          </w:p>
          <w:p w14:paraId="62376EA7" w14:textId="6F8595C5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niepełnosprawność (utrudnienia w funkcjonowaniu wynikające z niepełnosprawności ruchowej, sensorycznej, intelektualnej lub psychicznej)</w:t>
            </w:r>
          </w:p>
          <w:p w14:paraId="039CDA55" w14:textId="27A5BF18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szczególne potrzeby zdrowotne (długotrwała choroba, ograniczenia zdrowotne wpływające na udział w zajęciach)</w:t>
            </w:r>
          </w:p>
          <w:p w14:paraId="3370A44E" w14:textId="5BB89F79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szczególne potrzeby związane z opieką nad osobą zależną (dziecko, osoba z niepełnosprawnością, osoba starsza)</w:t>
            </w:r>
          </w:p>
          <w:p w14:paraId="035C0B5F" w14:textId="0225DCDA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trudności w przyswajaniu wiedzy lub uczeniu się (np. niskie kompetencje podstawowe, trudności edukacyjne)</w:t>
            </w:r>
          </w:p>
          <w:p w14:paraId="7D2CF67A" w14:textId="0738C96A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ograniczone kompetencje cyfrowe</w:t>
            </w:r>
          </w:p>
          <w:p w14:paraId="40F8A4A6" w14:textId="4165AA74" w:rsidR="00E76059" w:rsidRPr="00E76059" w:rsidRDefault="00607F1E" w:rsidP="00353E44">
            <w:pPr>
              <w:pStyle w:val="Akapitzlist"/>
              <w:numPr>
                <w:ilvl w:val="0"/>
                <w:numId w:val="33"/>
              </w:numPr>
              <w:spacing w:after="0"/>
              <w:ind w:left="714" w:hanging="357"/>
              <w:rPr>
                <w:rFonts w:asciiTheme="majorHAnsi" w:hAnsiTheme="majorHAnsi" w:cstheme="majorHAnsi"/>
              </w:rPr>
            </w:pPr>
            <w:r w:rsidRPr="00E76059">
              <w:rPr>
                <w:rFonts w:asciiTheme="majorHAnsi" w:hAnsiTheme="majorHAnsi" w:cstheme="majorHAnsi"/>
              </w:rPr>
              <w:t>posiadam inne szczególne potrzeby (prosimy o opisanie poniżej)</w:t>
            </w:r>
          </w:p>
          <w:p w14:paraId="3E31E9DD" w14:textId="18A124E8" w:rsidR="00E76059" w:rsidRPr="00E76059" w:rsidRDefault="00E76059" w:rsidP="00353E44">
            <w:pPr>
              <w:spacing w:after="0" w:line="360" w:lineRule="auto"/>
              <w:ind w:left="36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353E44">
              <w:rPr>
                <w:rFonts w:asciiTheme="majorHAnsi" w:hAnsiTheme="majorHAnsi" w:cstheme="majorHAnsi"/>
                <w:b/>
              </w:rPr>
              <w:t>………………</w:t>
            </w:r>
          </w:p>
        </w:tc>
      </w:tr>
    </w:tbl>
    <w:p w14:paraId="2FE096F2" w14:textId="77777777" w:rsidR="00353E44" w:rsidRDefault="00353E44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062"/>
      </w:tblGrid>
      <w:tr w:rsidR="00607F1E" w:rsidRPr="000F4C17" w14:paraId="535E15F0" w14:textId="77777777" w:rsidTr="00607F1E">
        <w:trPr>
          <w:jc w:val="center"/>
        </w:trPr>
        <w:tc>
          <w:tcPr>
            <w:tcW w:w="9062" w:type="dxa"/>
            <w:shd w:val="clear" w:color="auto" w:fill="D9D9D9" w:themeFill="background1" w:themeFillShade="D9"/>
          </w:tcPr>
          <w:p w14:paraId="6282EA29" w14:textId="7CBF9D4C" w:rsidR="00607F1E" w:rsidRPr="000F4C17" w:rsidRDefault="00607F1E" w:rsidP="00607F1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PRZYNALEŻNOŚĆ DO GRUPY DOCELOWEJ</w:t>
            </w:r>
          </w:p>
        </w:tc>
      </w:tr>
      <w:tr w:rsidR="0085779D" w:rsidRPr="000F4C17" w14:paraId="77E6C8A7" w14:textId="77777777" w:rsidTr="00BE65F3">
        <w:trPr>
          <w:jc w:val="center"/>
        </w:trPr>
        <w:tc>
          <w:tcPr>
            <w:tcW w:w="9062" w:type="dxa"/>
          </w:tcPr>
          <w:p w14:paraId="7462C67B" w14:textId="0C65588B" w:rsidR="0085779D" w:rsidRDefault="0085779D" w:rsidP="00353E4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Oświadczam, iż jestem osobą niepełnosprawną, posiadającą orzeczenie o niepełnosprawności w stopniu:</w:t>
            </w:r>
          </w:p>
          <w:p w14:paraId="55DC542D" w14:textId="77777777" w:rsidR="0085779D" w:rsidRDefault="0085779D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lekkim</w:t>
            </w:r>
          </w:p>
          <w:p w14:paraId="13977AF8" w14:textId="77777777" w:rsidR="0085779D" w:rsidRDefault="0085779D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umiarkowanym</w:t>
            </w:r>
          </w:p>
          <w:p w14:paraId="05279DBE" w14:textId="77777777" w:rsidR="0085779D" w:rsidRDefault="0085779D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znacznym</w:t>
            </w:r>
          </w:p>
          <w:p w14:paraId="77EB5D24" w14:textId="77777777" w:rsidR="00D61F4E" w:rsidRDefault="00D61F4E" w:rsidP="00353E44">
            <w:pPr>
              <w:spacing w:after="0" w:line="240" w:lineRule="auto"/>
              <w:ind w:left="357"/>
              <w:jc w:val="both"/>
              <w:rPr>
                <w:rFonts w:asciiTheme="majorHAnsi" w:hAnsiTheme="majorHAnsi" w:cstheme="majorHAnsi"/>
              </w:rPr>
            </w:pPr>
          </w:p>
          <w:p w14:paraId="276AEE52" w14:textId="542FC804" w:rsidR="00D61F4E" w:rsidRDefault="00D61F4E" w:rsidP="00353E44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 jednocześnie osobą zamieszkująca:</w:t>
            </w:r>
          </w:p>
          <w:p w14:paraId="4A5C442D" w14:textId="4D982181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miasto Zambrów</w:t>
            </w:r>
          </w:p>
          <w:p w14:paraId="50B04358" w14:textId="45BA66A4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gminę Zambrów</w:t>
            </w:r>
          </w:p>
          <w:p w14:paraId="15146E5F" w14:textId="1CBF8094" w:rsidR="00D61F4E" w:rsidRDefault="00D61F4E" w:rsidP="00353E4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ind w:left="714" w:hanging="357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gminę Rutki</w:t>
            </w:r>
          </w:p>
          <w:p w14:paraId="5148FB8A" w14:textId="2A834087" w:rsidR="00D61F4E" w:rsidRPr="00D61F4E" w:rsidRDefault="00D61F4E" w:rsidP="00D61F4E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61AFC50D" w14:textId="4510856C" w:rsidR="00607F1E" w:rsidRDefault="00607F1E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362"/>
        <w:gridCol w:w="700"/>
      </w:tblGrid>
      <w:tr w:rsidR="00324728" w:rsidRPr="000F4C17" w14:paraId="1769F7D1" w14:textId="77777777" w:rsidTr="006E31EF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6CA52ADB" w14:textId="3A3AC2CA" w:rsidR="00324728" w:rsidRPr="000F4C17" w:rsidRDefault="00324728" w:rsidP="006E31EF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KRYTERIA PREMIUJĄCE (proszę zaznaczyć X)</w:t>
            </w:r>
          </w:p>
        </w:tc>
      </w:tr>
      <w:tr w:rsidR="00324728" w:rsidRPr="000F4C17" w14:paraId="6C00B9AA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5754C1E6" w14:textId="5F6C4871" w:rsidR="00324728" w:rsidRPr="000F4C17" w:rsidRDefault="00324728" w:rsidP="00353E44">
            <w:pPr>
              <w:spacing w:after="0"/>
              <w:rPr>
                <w:rFonts w:asciiTheme="majorHAnsi" w:hAnsiTheme="majorHAnsi" w:cstheme="majorHAnsi"/>
              </w:rPr>
            </w:pPr>
            <w:r w:rsidRPr="003E4E2F">
              <w:t>znaczny lub umiarkowany stopień niepełnosprawności</w:t>
            </w:r>
          </w:p>
        </w:tc>
        <w:tc>
          <w:tcPr>
            <w:tcW w:w="700" w:type="dxa"/>
            <w:vAlign w:val="center"/>
          </w:tcPr>
          <w:p w14:paraId="26C4EE8F" w14:textId="228816BD" w:rsidR="00324728" w:rsidRPr="000F4C17" w:rsidRDefault="00324728" w:rsidP="0032472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24728" w:rsidRPr="000F4C17" w14:paraId="12525B41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091CF291" w14:textId="774FFBD0" w:rsidR="00324728" w:rsidRPr="00575A8E" w:rsidRDefault="00324728" w:rsidP="00353E44">
            <w:pPr>
              <w:spacing w:after="0"/>
              <w:rPr>
                <w:rFonts w:asciiTheme="majorHAnsi" w:hAnsiTheme="majorHAnsi" w:cstheme="majorHAnsi"/>
                <w:sz w:val="16"/>
              </w:rPr>
            </w:pPr>
            <w:r w:rsidRPr="003E4E2F">
              <w:t>niepełnosprawność sprzężona</w:t>
            </w:r>
          </w:p>
        </w:tc>
        <w:tc>
          <w:tcPr>
            <w:tcW w:w="700" w:type="dxa"/>
            <w:vAlign w:val="center"/>
          </w:tcPr>
          <w:p w14:paraId="29468B15" w14:textId="2F34AA38" w:rsidR="00324728" w:rsidRPr="000F4C17" w:rsidRDefault="00324728" w:rsidP="0032472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24728" w:rsidRPr="000F4C17" w14:paraId="5C342950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5E3A087B" w14:textId="08737A5D" w:rsidR="00324728" w:rsidRPr="000F4C17" w:rsidRDefault="00324728" w:rsidP="00353E44">
            <w:pPr>
              <w:spacing w:after="0"/>
              <w:rPr>
                <w:rFonts w:asciiTheme="majorHAnsi" w:hAnsiTheme="majorHAnsi" w:cstheme="majorHAnsi"/>
              </w:rPr>
            </w:pPr>
            <w:r w:rsidRPr="003E4E2F">
              <w:t>choroba psychiczna</w:t>
            </w:r>
          </w:p>
        </w:tc>
        <w:tc>
          <w:tcPr>
            <w:tcW w:w="700" w:type="dxa"/>
            <w:vAlign w:val="center"/>
          </w:tcPr>
          <w:p w14:paraId="58B2BE1C" w14:textId="199A99E9" w:rsidR="00324728" w:rsidRPr="000F4C17" w:rsidRDefault="00324728" w:rsidP="0032472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24728" w:rsidRPr="000F4C17" w14:paraId="715BDBE7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5821C68A" w14:textId="5295F2CB" w:rsidR="00324728" w:rsidRPr="00575A8E" w:rsidRDefault="00324728" w:rsidP="00353E44">
            <w:pPr>
              <w:spacing w:after="0"/>
              <w:rPr>
                <w:rFonts w:asciiTheme="majorHAnsi" w:hAnsiTheme="majorHAnsi" w:cstheme="majorHAnsi"/>
                <w:sz w:val="16"/>
              </w:rPr>
            </w:pPr>
            <w:r w:rsidRPr="003E4E2F">
              <w:t>niepełnosprawność intelektualna</w:t>
            </w:r>
          </w:p>
        </w:tc>
        <w:tc>
          <w:tcPr>
            <w:tcW w:w="700" w:type="dxa"/>
            <w:vAlign w:val="center"/>
          </w:tcPr>
          <w:p w14:paraId="4F725CB8" w14:textId="26EB2B9D" w:rsidR="00324728" w:rsidRPr="000F4C17" w:rsidRDefault="00324728" w:rsidP="0032472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24728" w:rsidRPr="000F4C17" w14:paraId="13360A17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6C101DAF" w14:textId="02611DEE" w:rsidR="00324728" w:rsidRPr="00575A8E" w:rsidRDefault="00324728" w:rsidP="00353E44">
            <w:pPr>
              <w:spacing w:after="0"/>
              <w:rPr>
                <w:rFonts w:asciiTheme="majorHAnsi" w:hAnsiTheme="majorHAnsi" w:cstheme="majorHAnsi"/>
                <w:sz w:val="16"/>
              </w:rPr>
            </w:pPr>
            <w:r w:rsidRPr="003E4E2F">
              <w:t>całościowe zaburzenia rozwojowe w rozumieniu ICD-10</w:t>
            </w:r>
          </w:p>
        </w:tc>
        <w:tc>
          <w:tcPr>
            <w:tcW w:w="700" w:type="dxa"/>
            <w:vAlign w:val="center"/>
          </w:tcPr>
          <w:p w14:paraId="012C1534" w14:textId="4B935F4E" w:rsidR="00324728" w:rsidRPr="000F4C17" w:rsidRDefault="00324728" w:rsidP="00324728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</w:tr>
      <w:tr w:rsidR="00324728" w:rsidRPr="000F4C17" w14:paraId="5CE162FB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4F215EE4" w14:textId="257EE936" w:rsidR="00324728" w:rsidRPr="003E4E2F" w:rsidRDefault="00324728" w:rsidP="00353E44">
            <w:pPr>
              <w:spacing w:after="0"/>
            </w:pPr>
            <w:r w:rsidRPr="006F6684">
              <w:t>korzystanie z programu FEPŻ</w:t>
            </w:r>
          </w:p>
        </w:tc>
        <w:tc>
          <w:tcPr>
            <w:tcW w:w="700" w:type="dxa"/>
            <w:vAlign w:val="center"/>
          </w:tcPr>
          <w:p w14:paraId="4E423468" w14:textId="77777777" w:rsidR="00324728" w:rsidRPr="00575A8E" w:rsidRDefault="00324728" w:rsidP="00324728">
            <w:pPr>
              <w:spacing w:after="0" w:line="240" w:lineRule="auto"/>
              <w:rPr>
                <w:rFonts w:asciiTheme="majorHAnsi" w:hAnsiTheme="majorHAnsi" w:cstheme="majorHAnsi"/>
                <w:sz w:val="36"/>
                <w:szCs w:val="36"/>
              </w:rPr>
            </w:pPr>
          </w:p>
        </w:tc>
      </w:tr>
      <w:tr w:rsidR="00324728" w:rsidRPr="000F4C17" w14:paraId="7BC7E19E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2188705B" w14:textId="10C586A6" w:rsidR="00324728" w:rsidRPr="003E4E2F" w:rsidRDefault="00324728" w:rsidP="00353E44">
            <w:pPr>
              <w:spacing w:after="0"/>
            </w:pPr>
            <w:r w:rsidRPr="006F6684">
              <w:t>samotne zamieszkiwanie</w:t>
            </w:r>
          </w:p>
        </w:tc>
        <w:tc>
          <w:tcPr>
            <w:tcW w:w="700" w:type="dxa"/>
            <w:vAlign w:val="center"/>
          </w:tcPr>
          <w:p w14:paraId="0A4B09E9" w14:textId="77777777" w:rsidR="00324728" w:rsidRPr="00575A8E" w:rsidRDefault="00324728" w:rsidP="00324728">
            <w:pPr>
              <w:spacing w:after="0" w:line="240" w:lineRule="auto"/>
              <w:rPr>
                <w:rFonts w:asciiTheme="majorHAnsi" w:hAnsiTheme="majorHAnsi" w:cstheme="majorHAnsi"/>
                <w:sz w:val="36"/>
                <w:szCs w:val="36"/>
              </w:rPr>
            </w:pPr>
          </w:p>
        </w:tc>
      </w:tr>
      <w:tr w:rsidR="00324728" w:rsidRPr="000F4C17" w14:paraId="2EE82BCF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31E53407" w14:textId="04CB5378" w:rsidR="00324728" w:rsidRPr="003E4E2F" w:rsidRDefault="00324728" w:rsidP="00353E44">
            <w:pPr>
              <w:spacing w:after="0"/>
            </w:pPr>
            <w:r w:rsidRPr="006F6684">
              <w:t>objęcie ochroną czasową po agresji Federacji Rosyjskiej na Ukrainę</w:t>
            </w:r>
          </w:p>
        </w:tc>
        <w:tc>
          <w:tcPr>
            <w:tcW w:w="700" w:type="dxa"/>
            <w:vAlign w:val="center"/>
          </w:tcPr>
          <w:p w14:paraId="4109C570" w14:textId="77777777" w:rsidR="00324728" w:rsidRPr="00575A8E" w:rsidRDefault="00324728" w:rsidP="00324728">
            <w:pPr>
              <w:spacing w:after="0" w:line="240" w:lineRule="auto"/>
              <w:rPr>
                <w:rFonts w:asciiTheme="majorHAnsi" w:hAnsiTheme="majorHAnsi" w:cstheme="majorHAnsi"/>
                <w:sz w:val="36"/>
                <w:szCs w:val="36"/>
              </w:rPr>
            </w:pPr>
          </w:p>
        </w:tc>
      </w:tr>
      <w:tr w:rsidR="00324728" w:rsidRPr="000F4C17" w14:paraId="6C841E3E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171721BE" w14:textId="074DC8D0" w:rsidR="00324728" w:rsidRPr="003E4E2F" w:rsidRDefault="00324728" w:rsidP="00353E44">
            <w:pPr>
              <w:spacing w:after="0"/>
            </w:pPr>
            <w:r w:rsidRPr="006F6684">
              <w:t>kobieta</w:t>
            </w:r>
          </w:p>
        </w:tc>
        <w:tc>
          <w:tcPr>
            <w:tcW w:w="700" w:type="dxa"/>
            <w:vAlign w:val="center"/>
          </w:tcPr>
          <w:p w14:paraId="6D76400D" w14:textId="77777777" w:rsidR="00324728" w:rsidRPr="00575A8E" w:rsidRDefault="00324728" w:rsidP="00324728">
            <w:pPr>
              <w:spacing w:after="0" w:line="240" w:lineRule="auto"/>
              <w:rPr>
                <w:rFonts w:asciiTheme="majorHAnsi" w:hAnsiTheme="majorHAnsi" w:cstheme="majorHAnsi"/>
                <w:sz w:val="36"/>
                <w:szCs w:val="36"/>
              </w:rPr>
            </w:pPr>
          </w:p>
        </w:tc>
      </w:tr>
      <w:tr w:rsidR="00324728" w:rsidRPr="000F4C17" w14:paraId="1E3FE67D" w14:textId="77777777" w:rsidTr="00353E44">
        <w:trPr>
          <w:trHeight w:val="397"/>
          <w:jc w:val="center"/>
        </w:trPr>
        <w:tc>
          <w:tcPr>
            <w:tcW w:w="8362" w:type="dxa"/>
            <w:shd w:val="clear" w:color="auto" w:fill="D9D9D9" w:themeFill="background1" w:themeFillShade="D9"/>
            <w:vAlign w:val="center"/>
          </w:tcPr>
          <w:p w14:paraId="06936209" w14:textId="4E1D791A" w:rsidR="00324728" w:rsidRPr="003E4E2F" w:rsidRDefault="00324728" w:rsidP="00353E44">
            <w:pPr>
              <w:spacing w:after="0"/>
            </w:pPr>
            <w:r w:rsidRPr="006F6684">
              <w:t>wiek 80 lat lub więcej</w:t>
            </w:r>
          </w:p>
        </w:tc>
        <w:tc>
          <w:tcPr>
            <w:tcW w:w="700" w:type="dxa"/>
            <w:vAlign w:val="center"/>
          </w:tcPr>
          <w:p w14:paraId="5F24B4FB" w14:textId="77777777" w:rsidR="00324728" w:rsidRPr="00575A8E" w:rsidRDefault="00324728" w:rsidP="00324728">
            <w:pPr>
              <w:spacing w:after="0" w:line="240" w:lineRule="auto"/>
              <w:rPr>
                <w:rFonts w:asciiTheme="majorHAnsi" w:hAnsiTheme="majorHAnsi" w:cstheme="majorHAnsi"/>
                <w:sz w:val="36"/>
                <w:szCs w:val="36"/>
              </w:rPr>
            </w:pPr>
          </w:p>
        </w:tc>
      </w:tr>
    </w:tbl>
    <w:p w14:paraId="165F566A" w14:textId="6ABC7541" w:rsidR="00607F1E" w:rsidRDefault="00607F1E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8358"/>
      </w:tblGrid>
      <w:tr w:rsidR="00353E44" w:rsidRPr="000F4C17" w14:paraId="57E42C16" w14:textId="77777777" w:rsidTr="006E31EF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7E031907" w14:textId="77777777" w:rsidR="00353E44" w:rsidRPr="000F4C17" w:rsidRDefault="00353E44" w:rsidP="006E31EF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F4C17">
              <w:rPr>
                <w:rFonts w:asciiTheme="majorHAnsi" w:hAnsiTheme="majorHAnsi" w:cstheme="majorHAnsi"/>
                <w:b/>
              </w:rPr>
              <w:t>OŚWIADCZENIA UCZESTNIKA PROJEKTU</w:t>
            </w:r>
          </w:p>
        </w:tc>
      </w:tr>
      <w:tr w:rsidR="00353E44" w:rsidRPr="000F4C17" w14:paraId="41D5C234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77C1C49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1F5603A0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Zostałem/łam poinformowany/na, że projekt jest współfinansowany ze środków Europejskiego Funduszu Społecznego Plus (EFS +) w ramach programu Fundusze Europejskie dla Podlaskiego na lata 2021-2027.</w:t>
            </w:r>
          </w:p>
        </w:tc>
      </w:tr>
      <w:tr w:rsidR="00353E44" w:rsidRPr="000F4C17" w14:paraId="7A565C1E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0881DC2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40EA5F49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Zapoznałem/łam się z Regulaminem Projektu „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Pomocna Dłoń 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>–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 xml:space="preserve"> usługi społeczne dla osób z gminy Zambrów, miasta Zambrów oraz gminy Rutki</w:t>
            </w: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353E44">
              <w:rPr>
                <w:rFonts w:asciiTheme="majorHAnsi" w:hAnsiTheme="majorHAnsi" w:cstheme="majorHAnsi" w:hint="eastAsia"/>
                <w:sz w:val="16"/>
                <w:szCs w:val="16"/>
              </w:rPr>
              <w:t>w województwie podlaskim</w:t>
            </w: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” (regulamin do wglądu w Biurze Projektu, na stronie www).</w:t>
            </w:r>
          </w:p>
        </w:tc>
      </w:tr>
      <w:tr w:rsidR="00353E44" w:rsidRPr="000F4C17" w14:paraId="42DD3636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E18DA9D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7A87B2A4" w14:textId="77777777" w:rsidR="00353E44" w:rsidRPr="00353E44" w:rsidRDefault="00353E4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 w:rsidRPr="00353E44">
              <w:rPr>
                <w:rFonts w:asciiTheme="majorHAnsi" w:hAnsiTheme="majorHAnsi" w:cstheme="majorHAnsi"/>
                <w:sz w:val="16"/>
                <w:szCs w:val="16"/>
              </w:rPr>
              <w:t>Przyjmuję do wiadomości, że złożenie Formularza Rekrutacyjnego nie jest jednoznaczne z przyjęciem mnie do Projektu.</w:t>
            </w:r>
          </w:p>
        </w:tc>
      </w:tr>
      <w:tr w:rsidR="00353E44" w:rsidRPr="000F4C17" w14:paraId="580CDFCF" w14:textId="77777777" w:rsidTr="006E31EF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B75A08A" w14:textId="77777777" w:rsidR="00353E44" w:rsidRPr="000F4C17" w:rsidRDefault="00353E44" w:rsidP="00353E44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8358" w:type="dxa"/>
          </w:tcPr>
          <w:p w14:paraId="2A9CAFB1" w14:textId="27723BA9" w:rsidR="00353E44" w:rsidRPr="00353E44" w:rsidRDefault="00082864" w:rsidP="006E31EF">
            <w:pPr>
              <w:jc w:val="both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Oświadczam, że </w:t>
            </w:r>
            <w:r w:rsidRPr="00082864">
              <w:rPr>
                <w:rFonts w:asciiTheme="majorHAnsi" w:hAnsiTheme="majorHAnsi" w:cstheme="majorHAnsi"/>
                <w:sz w:val="16"/>
                <w:szCs w:val="16"/>
              </w:rPr>
              <w:t>podane przeze mnie w Formularzu zgłoszeniowym informacje są zgodne ze stanem faktycznym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</w:tc>
      </w:tr>
    </w:tbl>
    <w:p w14:paraId="5AEB3F30" w14:textId="0DE408F4" w:rsidR="00353E44" w:rsidRDefault="00353E44" w:rsidP="000F4C17">
      <w:pPr>
        <w:rPr>
          <w:rFonts w:asciiTheme="majorHAnsi" w:hAnsiTheme="majorHAnsi" w:cstheme="majorHAnsi"/>
        </w:rPr>
      </w:pPr>
    </w:p>
    <w:p w14:paraId="00383D6E" w14:textId="08994EB3" w:rsidR="00353E44" w:rsidRDefault="00353E44" w:rsidP="000F4C17">
      <w:pPr>
        <w:rPr>
          <w:rFonts w:asciiTheme="majorHAnsi" w:hAnsiTheme="majorHAnsi" w:cstheme="majorHAnsi"/>
        </w:rPr>
      </w:pPr>
    </w:p>
    <w:p w14:paraId="7C6CE32B" w14:textId="7853F566" w:rsidR="00353E44" w:rsidRDefault="00353E44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53E44" w:rsidRPr="000F4C17" w14:paraId="126B714A" w14:textId="77777777" w:rsidTr="00353E44">
        <w:trPr>
          <w:trHeight w:val="602"/>
          <w:jc w:val="center"/>
        </w:trPr>
        <w:tc>
          <w:tcPr>
            <w:tcW w:w="4531" w:type="dxa"/>
          </w:tcPr>
          <w:p w14:paraId="6B51E563" w14:textId="77777777" w:rsidR="00353E44" w:rsidRPr="000F4C17" w:rsidRDefault="00353E44" w:rsidP="006E31EF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</w:t>
            </w:r>
          </w:p>
          <w:p w14:paraId="3FDA037F" w14:textId="77777777" w:rsidR="00353E44" w:rsidRPr="000F4C17" w:rsidRDefault="00353E44" w:rsidP="006E31EF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Miejscowość, data</w:t>
            </w:r>
          </w:p>
        </w:tc>
        <w:tc>
          <w:tcPr>
            <w:tcW w:w="4531" w:type="dxa"/>
          </w:tcPr>
          <w:p w14:paraId="29C4F4C8" w14:textId="77777777" w:rsidR="00353E44" w:rsidRPr="000F4C17" w:rsidRDefault="00353E44" w:rsidP="006E31EF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__________________________________</w:t>
            </w:r>
          </w:p>
          <w:p w14:paraId="03EF67BD" w14:textId="43FF110C" w:rsidR="00353E44" w:rsidRPr="000F4C17" w:rsidRDefault="00353E44" w:rsidP="006E31EF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Czytelny podpis kandydata/ki projektu</w:t>
            </w:r>
            <w:r>
              <w:rPr>
                <w:rFonts w:asciiTheme="majorHAnsi" w:hAnsiTheme="majorHAnsi" w:cstheme="majorHAnsi"/>
              </w:rPr>
              <w:t xml:space="preserve"> lub osoby reprezentującej</w:t>
            </w:r>
          </w:p>
        </w:tc>
      </w:tr>
    </w:tbl>
    <w:p w14:paraId="47FA46A9" w14:textId="6B18541E" w:rsidR="00353E44" w:rsidRDefault="00353E44" w:rsidP="000F4C17">
      <w:pPr>
        <w:rPr>
          <w:rFonts w:asciiTheme="majorHAnsi" w:hAnsiTheme="majorHAnsi" w:cstheme="majorHAnsi"/>
        </w:rPr>
      </w:pPr>
    </w:p>
    <w:p w14:paraId="1F5FED4D" w14:textId="3E1F53C0" w:rsidR="004919FE" w:rsidRDefault="004919FE" w:rsidP="000F4C17">
      <w:pPr>
        <w:rPr>
          <w:rFonts w:asciiTheme="majorHAnsi" w:hAnsiTheme="majorHAnsi" w:cstheme="majorHAnsi"/>
        </w:rPr>
      </w:pPr>
    </w:p>
    <w:p w14:paraId="1C552E72" w14:textId="77777777" w:rsidR="00082864" w:rsidRDefault="00082864" w:rsidP="004919FE">
      <w:pPr>
        <w:jc w:val="center"/>
        <w:rPr>
          <w:rFonts w:asciiTheme="majorHAnsi" w:hAnsiTheme="majorHAnsi" w:cstheme="majorHAnsi"/>
          <w:b/>
        </w:rPr>
      </w:pPr>
    </w:p>
    <w:p w14:paraId="36617C8C" w14:textId="719FD903" w:rsidR="004919FE" w:rsidRPr="000F4C17" w:rsidRDefault="004919FE" w:rsidP="004919FE">
      <w:pPr>
        <w:jc w:val="center"/>
        <w:rPr>
          <w:rFonts w:asciiTheme="majorHAnsi" w:hAnsiTheme="majorHAnsi" w:cstheme="majorHAnsi"/>
          <w:sz w:val="16"/>
        </w:rPr>
      </w:pPr>
      <w:r w:rsidRPr="000F4C17">
        <w:rPr>
          <w:rFonts w:asciiTheme="majorHAnsi" w:hAnsiTheme="majorHAnsi" w:cstheme="majorHAnsi"/>
          <w:b/>
        </w:rPr>
        <w:lastRenderedPageBreak/>
        <w:t>FORMULARZ REKRUTACYJNY</w:t>
      </w:r>
      <w:r>
        <w:rPr>
          <w:rFonts w:asciiTheme="majorHAnsi" w:hAnsiTheme="majorHAnsi" w:cstheme="majorHAnsi"/>
          <w:b/>
        </w:rPr>
        <w:t xml:space="preserve"> DLA UCZESTNIKA PROJEKTU CZĘŚĆ </w:t>
      </w:r>
      <w:r>
        <w:rPr>
          <w:rFonts w:asciiTheme="majorHAnsi" w:hAnsiTheme="majorHAnsi" w:cstheme="majorHAnsi"/>
          <w:b/>
        </w:rPr>
        <w:t>2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92"/>
        <w:gridCol w:w="6370"/>
      </w:tblGrid>
      <w:tr w:rsidR="004919FE" w:rsidRPr="000F4C17" w14:paraId="4A758C29" w14:textId="77777777" w:rsidTr="006E31EF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5A27F882" w14:textId="64F154E1" w:rsidR="004919FE" w:rsidRPr="000F4C17" w:rsidRDefault="004919FE" w:rsidP="006E31EF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WSKAZANIE ASYSTENTA</w:t>
            </w:r>
          </w:p>
        </w:tc>
      </w:tr>
      <w:tr w:rsidR="004919FE" w:rsidRPr="00D61F4E" w14:paraId="14CB097A" w14:textId="77777777" w:rsidTr="004919FE">
        <w:trPr>
          <w:trHeight w:val="567"/>
          <w:jc w:val="center"/>
        </w:trPr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4AB37E5C" w14:textId="6328448D" w:rsidR="004919FE" w:rsidRPr="004919FE" w:rsidRDefault="004919FE" w:rsidP="004919FE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4919FE">
              <w:rPr>
                <w:rFonts w:asciiTheme="majorHAnsi" w:hAnsiTheme="majorHAnsi" w:cstheme="majorHAnsi"/>
                <w:bCs/>
              </w:rPr>
              <w:t>Imię i nazwisko</w:t>
            </w:r>
          </w:p>
        </w:tc>
        <w:tc>
          <w:tcPr>
            <w:tcW w:w="6370" w:type="dxa"/>
          </w:tcPr>
          <w:p w14:paraId="4DBE3383" w14:textId="383008BF" w:rsidR="004919FE" w:rsidRPr="004919FE" w:rsidRDefault="004919FE" w:rsidP="004919FE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919FE" w:rsidRPr="00D61F4E" w14:paraId="2EDA947A" w14:textId="77777777" w:rsidTr="004919FE">
        <w:trPr>
          <w:trHeight w:val="567"/>
          <w:jc w:val="center"/>
        </w:trPr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5946DA82" w14:textId="7E421DF8" w:rsidR="004919FE" w:rsidRPr="004919FE" w:rsidRDefault="004919FE" w:rsidP="004919FE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4919FE">
              <w:rPr>
                <w:rFonts w:asciiTheme="majorHAnsi" w:hAnsiTheme="majorHAnsi" w:cstheme="majorHAnsi"/>
                <w:bCs/>
              </w:rPr>
              <w:t>Nr telefonu</w:t>
            </w:r>
          </w:p>
        </w:tc>
        <w:tc>
          <w:tcPr>
            <w:tcW w:w="6370" w:type="dxa"/>
          </w:tcPr>
          <w:p w14:paraId="1FFFAE9E" w14:textId="5F6C5006" w:rsidR="004919FE" w:rsidRDefault="004919FE" w:rsidP="004919FE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919FE" w:rsidRPr="00D61F4E" w14:paraId="292B2640" w14:textId="77777777" w:rsidTr="004919FE">
        <w:trPr>
          <w:trHeight w:val="567"/>
          <w:jc w:val="center"/>
        </w:trPr>
        <w:tc>
          <w:tcPr>
            <w:tcW w:w="2692" w:type="dxa"/>
            <w:shd w:val="clear" w:color="auto" w:fill="D9D9D9" w:themeFill="background1" w:themeFillShade="D9"/>
            <w:vAlign w:val="center"/>
          </w:tcPr>
          <w:p w14:paraId="60603DF8" w14:textId="25CC6B91" w:rsidR="004919FE" w:rsidRPr="004919FE" w:rsidRDefault="004919FE" w:rsidP="004919FE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4919FE">
              <w:rPr>
                <w:rFonts w:asciiTheme="majorHAnsi" w:hAnsiTheme="majorHAnsi" w:cstheme="majorHAnsi"/>
                <w:bCs/>
              </w:rPr>
              <w:t>Relacja wskazanej osoby z Kandydatem/Kandydatką</w:t>
            </w:r>
          </w:p>
        </w:tc>
        <w:tc>
          <w:tcPr>
            <w:tcW w:w="6370" w:type="dxa"/>
          </w:tcPr>
          <w:p w14:paraId="127EE530" w14:textId="02BE7A23" w:rsidR="004919FE" w:rsidRDefault="004919FE" w:rsidP="004919FE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5BD82313" w14:textId="136F1172" w:rsidR="004919FE" w:rsidRDefault="004919FE" w:rsidP="000F4C17">
      <w:pPr>
        <w:rPr>
          <w:rFonts w:asciiTheme="majorHAnsi" w:hAnsiTheme="majorHAnsi" w:cstheme="majorHAnsi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094"/>
        <w:gridCol w:w="2968"/>
      </w:tblGrid>
      <w:tr w:rsidR="004919FE" w:rsidRPr="000F4C17" w14:paraId="30D3BCA0" w14:textId="77777777" w:rsidTr="006E31EF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0868A021" w14:textId="481DFBFC" w:rsidR="004919FE" w:rsidRPr="004919FE" w:rsidRDefault="004919FE" w:rsidP="006E31EF">
            <w:pPr>
              <w:jc w:val="center"/>
            </w:pPr>
            <w:r>
              <w:rPr>
                <w:rFonts w:asciiTheme="majorHAnsi" w:hAnsiTheme="majorHAnsi" w:cstheme="majorHAnsi"/>
                <w:b/>
              </w:rPr>
              <w:t>ZAPOTR</w:t>
            </w:r>
            <w:r>
              <w:rPr>
                <w:rFonts w:cstheme="majorHAnsi"/>
                <w:b/>
              </w:rPr>
              <w:t>ZEBOWANIE NA USŁUGI TRANSPORTOWE DOOR-TO-DOOR</w:t>
            </w:r>
          </w:p>
        </w:tc>
      </w:tr>
      <w:tr w:rsidR="004919FE" w:rsidRPr="000F4C17" w14:paraId="35E8204F" w14:textId="77777777" w:rsidTr="006E31EF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45F8072A" w14:textId="50FDF8F4" w:rsidR="004919FE" w:rsidRPr="000F4C17" w:rsidRDefault="004919FE" w:rsidP="006E31EF">
            <w:pPr>
              <w:rPr>
                <w:rFonts w:asciiTheme="majorHAnsi" w:hAnsiTheme="majorHAnsi" w:cstheme="majorHAnsi"/>
              </w:rPr>
            </w:pPr>
            <w:r w:rsidRPr="004919FE">
              <w:rPr>
                <w:rFonts w:asciiTheme="majorHAnsi" w:hAnsiTheme="majorHAnsi" w:cstheme="majorHAnsi"/>
              </w:rPr>
              <w:t xml:space="preserve">Czy jest Pan/Pani zainteresowany/a korzystaniem z usługi transportowej </w:t>
            </w:r>
            <w:proofErr w:type="spellStart"/>
            <w:r w:rsidRPr="004919FE">
              <w:rPr>
                <w:rFonts w:asciiTheme="majorHAnsi" w:hAnsiTheme="majorHAnsi" w:cstheme="majorHAnsi"/>
              </w:rPr>
              <w:t>door</w:t>
            </w:r>
            <w:proofErr w:type="spellEnd"/>
            <w:r w:rsidRPr="004919FE">
              <w:rPr>
                <w:rFonts w:asciiTheme="majorHAnsi" w:hAnsiTheme="majorHAnsi" w:cstheme="majorHAnsi"/>
              </w:rPr>
              <w:t>-to-</w:t>
            </w:r>
            <w:proofErr w:type="spellStart"/>
            <w:r w:rsidRPr="004919FE">
              <w:rPr>
                <w:rFonts w:asciiTheme="majorHAnsi" w:hAnsiTheme="majorHAnsi" w:cstheme="majorHAnsi"/>
              </w:rPr>
              <w:t>door</w:t>
            </w:r>
            <w:proofErr w:type="spellEnd"/>
            <w:r w:rsidRPr="004919FE">
              <w:rPr>
                <w:rFonts w:asciiTheme="majorHAnsi" w:hAnsiTheme="majorHAnsi" w:cstheme="majorHAnsi"/>
              </w:rPr>
              <w:t xml:space="preserve"> w ramach Projektu</w:t>
            </w:r>
          </w:p>
        </w:tc>
        <w:tc>
          <w:tcPr>
            <w:tcW w:w="2968" w:type="dxa"/>
            <w:vAlign w:val="center"/>
          </w:tcPr>
          <w:p w14:paraId="5737A335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0C7D1700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916210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>
              <w:rPr>
                <w:rFonts w:asciiTheme="majorHAnsi" w:hAnsiTheme="majorHAnsi" w:cstheme="majorHAnsi"/>
                <w:szCs w:val="21"/>
              </w:rPr>
              <w:t xml:space="preserve"> </w:t>
            </w:r>
            <w:r w:rsidRPr="000F4C17">
              <w:rPr>
                <w:rFonts w:asciiTheme="majorHAnsi" w:hAnsiTheme="majorHAnsi" w:cstheme="majorHAnsi"/>
              </w:rPr>
              <w:t>nie</w:t>
            </w:r>
          </w:p>
        </w:tc>
      </w:tr>
      <w:tr w:rsidR="004919FE" w:rsidRPr="000F4C17" w14:paraId="6F5AE9C3" w14:textId="77777777" w:rsidTr="00790064">
        <w:trPr>
          <w:jc w:val="center"/>
        </w:trPr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17388BE1" w14:textId="3848D19F" w:rsidR="004919FE" w:rsidRPr="004919FE" w:rsidRDefault="004919FE" w:rsidP="004919FE">
            <w:pPr>
              <w:spacing w:after="0" w:line="240" w:lineRule="auto"/>
              <w:jc w:val="center"/>
              <w:rPr>
                <w:rFonts w:asciiTheme="majorHAnsi" w:hAnsiTheme="majorHAnsi" w:cstheme="majorHAnsi"/>
                <w:szCs w:val="21"/>
              </w:rPr>
            </w:pPr>
            <w:r w:rsidRPr="004919FE">
              <w:rPr>
                <w:rFonts w:asciiTheme="majorHAnsi" w:hAnsiTheme="majorHAnsi" w:cstheme="majorHAnsi"/>
                <w:szCs w:val="21"/>
              </w:rPr>
              <w:t>W przypadku zaznaczenia odpowiedzi „TAK” proszę o wypełnienie poniższej części.</w:t>
            </w:r>
          </w:p>
        </w:tc>
      </w:tr>
      <w:tr w:rsidR="004919FE" w:rsidRPr="000F4C17" w14:paraId="4FD127AF" w14:textId="77777777" w:rsidTr="004919FE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30346EA4" w14:textId="119FF236" w:rsidR="004919FE" w:rsidRPr="00575A8E" w:rsidRDefault="004919FE" w:rsidP="004919FE">
            <w:pPr>
              <w:rPr>
                <w:rFonts w:asciiTheme="majorHAnsi" w:hAnsiTheme="majorHAnsi" w:cstheme="majorHAnsi"/>
                <w:sz w:val="16"/>
              </w:rPr>
            </w:pPr>
            <w:r>
              <w:t>Posiadam znaczny stopień niepełnosprawności</w:t>
            </w:r>
          </w:p>
        </w:tc>
        <w:tc>
          <w:tcPr>
            <w:tcW w:w="2968" w:type="dxa"/>
            <w:vAlign w:val="center"/>
          </w:tcPr>
          <w:p w14:paraId="6685643D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2663701F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4919FE" w:rsidRPr="000F4C17" w14:paraId="7347DC62" w14:textId="77777777" w:rsidTr="004919FE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7203C71C" w14:textId="2CEA9790" w:rsidR="004919FE" w:rsidRPr="000F4C17" w:rsidRDefault="004919FE" w:rsidP="004919FE">
            <w:pPr>
              <w:rPr>
                <w:rFonts w:asciiTheme="majorHAnsi" w:hAnsiTheme="majorHAnsi" w:cstheme="majorHAnsi"/>
              </w:rPr>
            </w:pPr>
            <w:r>
              <w:t>Zamieszkuję samotnie</w:t>
            </w:r>
          </w:p>
        </w:tc>
        <w:tc>
          <w:tcPr>
            <w:tcW w:w="2968" w:type="dxa"/>
            <w:vAlign w:val="center"/>
          </w:tcPr>
          <w:p w14:paraId="15FA7309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7EBEA834" w14:textId="039C598B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4919FE" w:rsidRPr="000F4C17" w14:paraId="7A615923" w14:textId="77777777" w:rsidTr="004919FE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26DE816E" w14:textId="23A0D151" w:rsidR="004919FE" w:rsidRPr="00575A8E" w:rsidRDefault="004919FE" w:rsidP="004919FE">
            <w:pPr>
              <w:rPr>
                <w:rFonts w:asciiTheme="majorHAnsi" w:hAnsiTheme="majorHAnsi" w:cstheme="majorHAnsi"/>
                <w:sz w:val="16"/>
              </w:rPr>
            </w:pPr>
            <w:r>
              <w:t>Nie posiadam rodziny zamieszkującej w powiecie mojego zamieszkania, tj. syna, córki ani pełnoletniego wnuka/pełnoletniej wnuczki</w:t>
            </w:r>
          </w:p>
        </w:tc>
        <w:tc>
          <w:tcPr>
            <w:tcW w:w="2968" w:type="dxa"/>
            <w:vAlign w:val="center"/>
          </w:tcPr>
          <w:p w14:paraId="41182D1B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57873DF9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  <w:tr w:rsidR="004919FE" w:rsidRPr="000F4C17" w14:paraId="1B725C12" w14:textId="77777777" w:rsidTr="004919FE">
        <w:trPr>
          <w:jc w:val="center"/>
        </w:trPr>
        <w:tc>
          <w:tcPr>
            <w:tcW w:w="6094" w:type="dxa"/>
            <w:shd w:val="clear" w:color="auto" w:fill="D9D9D9" w:themeFill="background1" w:themeFillShade="D9"/>
            <w:vAlign w:val="center"/>
          </w:tcPr>
          <w:p w14:paraId="03A59233" w14:textId="4C126896" w:rsidR="004919FE" w:rsidRPr="00575A8E" w:rsidRDefault="004919FE" w:rsidP="004919FE">
            <w:pPr>
              <w:rPr>
                <w:rFonts w:asciiTheme="majorHAnsi" w:hAnsiTheme="majorHAnsi" w:cstheme="majorHAnsi"/>
                <w:sz w:val="16"/>
              </w:rPr>
            </w:pPr>
            <w:r>
              <w:t>Nie mam możliwości samodzielnego prowadzenia samochodu</w:t>
            </w:r>
          </w:p>
        </w:tc>
        <w:tc>
          <w:tcPr>
            <w:tcW w:w="2968" w:type="dxa"/>
            <w:vAlign w:val="center"/>
          </w:tcPr>
          <w:p w14:paraId="01E65306" w14:textId="77777777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tak</w:t>
            </w:r>
          </w:p>
          <w:p w14:paraId="66CE8287" w14:textId="06279881" w:rsidR="004919FE" w:rsidRPr="000F4C17" w:rsidRDefault="004919FE" w:rsidP="006E31EF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75A8E">
              <w:rPr>
                <w:rFonts w:asciiTheme="majorHAnsi" w:hAnsiTheme="majorHAnsi" w:cstheme="majorHAnsi"/>
                <w:sz w:val="36"/>
                <w:szCs w:val="36"/>
              </w:rPr>
              <w:t>□</w:t>
            </w:r>
            <w:r w:rsidRPr="000F4C17">
              <w:rPr>
                <w:rFonts w:asciiTheme="majorHAnsi" w:hAnsiTheme="majorHAnsi" w:cstheme="majorHAnsi"/>
              </w:rPr>
              <w:t xml:space="preserve"> nie</w:t>
            </w:r>
          </w:p>
        </w:tc>
      </w:tr>
    </w:tbl>
    <w:p w14:paraId="15BFB201" w14:textId="79433162" w:rsidR="004919FE" w:rsidRDefault="004919FE" w:rsidP="000F4C17">
      <w:pPr>
        <w:rPr>
          <w:rFonts w:asciiTheme="majorHAnsi" w:hAnsiTheme="majorHAnsi" w:cstheme="majorHAnsi"/>
        </w:rPr>
      </w:pPr>
    </w:p>
    <w:p w14:paraId="21CA7636" w14:textId="17DA0D20" w:rsidR="004919FE" w:rsidRPr="00082864" w:rsidRDefault="004919FE" w:rsidP="000F4C17">
      <w:pPr>
        <w:rPr>
          <w:rFonts w:asciiTheme="majorHAnsi" w:hAnsiTheme="majorHAnsi" w:cstheme="majorHAnsi"/>
          <w:sz w:val="18"/>
        </w:rPr>
      </w:pPr>
      <w:r w:rsidRPr="00082864">
        <w:rPr>
          <w:rFonts w:asciiTheme="majorHAnsi" w:hAnsiTheme="majorHAnsi" w:cstheme="majorHAnsi"/>
          <w:sz w:val="18"/>
        </w:rPr>
        <w:t>Oświadczam, że:</w:t>
      </w:r>
    </w:p>
    <w:p w14:paraId="2336436B" w14:textId="7D95147A" w:rsidR="004919FE" w:rsidRPr="00082864" w:rsidRDefault="004919FE" w:rsidP="00082864">
      <w:pPr>
        <w:pStyle w:val="Akapitzlist"/>
        <w:numPr>
          <w:ilvl w:val="0"/>
          <w:numId w:val="36"/>
        </w:numPr>
        <w:jc w:val="both"/>
        <w:rPr>
          <w:rFonts w:asciiTheme="majorHAnsi" w:hAnsiTheme="majorHAnsi" w:cstheme="majorHAnsi"/>
          <w:sz w:val="18"/>
        </w:rPr>
      </w:pPr>
      <w:r w:rsidRPr="00082864">
        <w:rPr>
          <w:rFonts w:asciiTheme="majorHAnsi" w:hAnsiTheme="majorHAnsi" w:cstheme="majorHAnsi"/>
          <w:sz w:val="18"/>
        </w:rPr>
        <w:t>podane przeze mnie w Formularzu zgłoszeniowym informacje są zgodne ze stanem faktycznym,</w:t>
      </w:r>
    </w:p>
    <w:p w14:paraId="6C0B1CD7" w14:textId="3907D254" w:rsidR="004919FE" w:rsidRPr="00082864" w:rsidRDefault="00082864" w:rsidP="00082864">
      <w:pPr>
        <w:pStyle w:val="Akapitzlist"/>
        <w:numPr>
          <w:ilvl w:val="0"/>
          <w:numId w:val="36"/>
        </w:numPr>
        <w:jc w:val="both"/>
        <w:rPr>
          <w:rFonts w:asciiTheme="majorHAnsi" w:hAnsiTheme="majorHAnsi" w:cstheme="majorHAnsi"/>
          <w:sz w:val="18"/>
        </w:rPr>
      </w:pPr>
      <w:r w:rsidRPr="00082864">
        <w:rPr>
          <w:rFonts w:asciiTheme="majorHAnsi" w:hAnsiTheme="majorHAnsi" w:cstheme="majorHAnsi"/>
          <w:sz w:val="18"/>
        </w:rPr>
        <w:t>przyjmuję do wiadomości, że wskazanie osoby preferowanej do świadczenia usług asystenckich nie jest równoznaczne z jej zakwalifikowaniem do Projektu ani przydzieleniem jej jako asystenta. Osoba wskazana musi spełniać warunki dotyczące świadczenia usług asystenckich określone w Regulaminie rekrutacji i udziału w Projekcie oraz dokumentacji Projektu, a ostatecznego przydziału asystenta dokonuje Realizator, z uwzględnieniem, w miarę możliwości, indywidualnych potrzeb i preferencji Uczestnika/Uczestniczki,</w:t>
      </w:r>
    </w:p>
    <w:tbl>
      <w:tblPr>
        <w:tblStyle w:val="Tabela-Siatka"/>
        <w:tblpPr w:leftFromText="141" w:rightFromText="141" w:vertAnchor="page" w:horzAnchor="margin" w:tblpXSpec="center" w:tblpY="131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082864" w:rsidRPr="000F4C17" w14:paraId="5CE4313C" w14:textId="77777777" w:rsidTr="00082864">
        <w:trPr>
          <w:trHeight w:val="602"/>
        </w:trPr>
        <w:tc>
          <w:tcPr>
            <w:tcW w:w="4531" w:type="dxa"/>
          </w:tcPr>
          <w:p w14:paraId="6B828D79" w14:textId="77777777" w:rsidR="00082864" w:rsidRPr="000F4C17" w:rsidRDefault="00082864" w:rsidP="00082864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</w:t>
            </w:r>
          </w:p>
          <w:p w14:paraId="0A7A59AA" w14:textId="77777777" w:rsidR="00082864" w:rsidRPr="000F4C17" w:rsidRDefault="00082864" w:rsidP="00082864">
            <w:pPr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Miejscowość, data</w:t>
            </w:r>
          </w:p>
        </w:tc>
        <w:tc>
          <w:tcPr>
            <w:tcW w:w="4531" w:type="dxa"/>
          </w:tcPr>
          <w:p w14:paraId="12CE883B" w14:textId="77777777" w:rsidR="00082864" w:rsidRPr="000F4C17" w:rsidRDefault="00082864" w:rsidP="00082864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>__________________________________</w:t>
            </w:r>
          </w:p>
          <w:p w14:paraId="184CFF20" w14:textId="77777777" w:rsidR="00082864" w:rsidRPr="000F4C17" w:rsidRDefault="00082864" w:rsidP="00082864">
            <w:pPr>
              <w:jc w:val="right"/>
              <w:rPr>
                <w:rFonts w:asciiTheme="majorHAnsi" w:hAnsiTheme="majorHAnsi" w:cstheme="majorHAnsi"/>
              </w:rPr>
            </w:pPr>
            <w:r w:rsidRPr="000F4C17">
              <w:rPr>
                <w:rFonts w:asciiTheme="majorHAnsi" w:hAnsiTheme="majorHAnsi" w:cstheme="majorHAnsi"/>
              </w:rPr>
              <w:t xml:space="preserve"> Czytelny podpis kandydata/ki projektu</w:t>
            </w:r>
            <w:r>
              <w:rPr>
                <w:rFonts w:asciiTheme="majorHAnsi" w:hAnsiTheme="majorHAnsi" w:cstheme="majorHAnsi"/>
              </w:rPr>
              <w:t xml:space="preserve"> lub osoby reprezentującej</w:t>
            </w:r>
          </w:p>
        </w:tc>
      </w:tr>
    </w:tbl>
    <w:p w14:paraId="7C1CA380" w14:textId="0AE383B0" w:rsidR="00082864" w:rsidRDefault="00082864" w:rsidP="00082864">
      <w:pPr>
        <w:pStyle w:val="Akapitzlist"/>
        <w:numPr>
          <w:ilvl w:val="0"/>
          <w:numId w:val="36"/>
        </w:numPr>
        <w:jc w:val="both"/>
        <w:rPr>
          <w:rFonts w:asciiTheme="majorHAnsi" w:hAnsiTheme="majorHAnsi" w:cstheme="majorHAnsi"/>
          <w:sz w:val="18"/>
        </w:rPr>
      </w:pPr>
      <w:r w:rsidRPr="00082864">
        <w:rPr>
          <w:rFonts w:asciiTheme="majorHAnsi" w:hAnsiTheme="majorHAnsi" w:cstheme="majorHAnsi"/>
          <w:sz w:val="18"/>
        </w:rPr>
        <w:t xml:space="preserve">przyjmuję również do wiadomości, że zgłoszenie chęci korzystania z usługi transportowej </w:t>
      </w:r>
      <w:proofErr w:type="spellStart"/>
      <w:r w:rsidRPr="00082864">
        <w:rPr>
          <w:rFonts w:asciiTheme="majorHAnsi" w:hAnsiTheme="majorHAnsi" w:cstheme="majorHAnsi"/>
          <w:sz w:val="18"/>
        </w:rPr>
        <w:t>door</w:t>
      </w:r>
      <w:proofErr w:type="spellEnd"/>
      <w:r w:rsidRPr="00082864">
        <w:rPr>
          <w:rFonts w:asciiTheme="majorHAnsi" w:hAnsiTheme="majorHAnsi" w:cstheme="majorHAnsi"/>
          <w:sz w:val="18"/>
        </w:rPr>
        <w:t>-to-</w:t>
      </w:r>
      <w:proofErr w:type="spellStart"/>
      <w:r w:rsidRPr="00082864">
        <w:rPr>
          <w:rFonts w:asciiTheme="majorHAnsi" w:hAnsiTheme="majorHAnsi" w:cstheme="majorHAnsi"/>
          <w:sz w:val="18"/>
        </w:rPr>
        <w:t>door</w:t>
      </w:r>
      <w:proofErr w:type="spellEnd"/>
      <w:r w:rsidRPr="00082864">
        <w:rPr>
          <w:rFonts w:asciiTheme="majorHAnsi" w:hAnsiTheme="majorHAnsi" w:cstheme="majorHAnsi"/>
          <w:sz w:val="18"/>
        </w:rPr>
        <w:t xml:space="preserve"> nie jest równoznaczne z zakwalifikowaniem do tej formy wsparcia. Do korzystania z usługi transportowej </w:t>
      </w:r>
      <w:proofErr w:type="spellStart"/>
      <w:r w:rsidRPr="00082864">
        <w:rPr>
          <w:rFonts w:asciiTheme="majorHAnsi" w:hAnsiTheme="majorHAnsi" w:cstheme="majorHAnsi"/>
          <w:sz w:val="18"/>
        </w:rPr>
        <w:t>door</w:t>
      </w:r>
      <w:proofErr w:type="spellEnd"/>
      <w:r w:rsidRPr="00082864">
        <w:rPr>
          <w:rFonts w:asciiTheme="majorHAnsi" w:hAnsiTheme="majorHAnsi" w:cstheme="majorHAnsi"/>
          <w:sz w:val="18"/>
        </w:rPr>
        <w:t>-to-</w:t>
      </w:r>
      <w:proofErr w:type="spellStart"/>
      <w:r w:rsidRPr="00082864">
        <w:rPr>
          <w:rFonts w:asciiTheme="majorHAnsi" w:hAnsiTheme="majorHAnsi" w:cstheme="majorHAnsi"/>
          <w:sz w:val="18"/>
        </w:rPr>
        <w:t>door</w:t>
      </w:r>
      <w:proofErr w:type="spellEnd"/>
      <w:r w:rsidRPr="00082864">
        <w:rPr>
          <w:rFonts w:asciiTheme="majorHAnsi" w:hAnsiTheme="majorHAnsi" w:cstheme="majorHAnsi"/>
          <w:sz w:val="18"/>
        </w:rPr>
        <w:t xml:space="preserve"> zostanie zakwalifikowanych 6 Uczestników/Uczestniczek Projektu, zgodnie z kryteriami i zasadami określonymi w Regulaminie rekrutacji i udziału w Projekcie.</w:t>
      </w:r>
    </w:p>
    <w:p w14:paraId="553FBA39" w14:textId="77777777" w:rsidR="00082864" w:rsidRPr="00082864" w:rsidRDefault="00082864" w:rsidP="00082864">
      <w:pPr>
        <w:jc w:val="both"/>
        <w:rPr>
          <w:rFonts w:asciiTheme="majorHAnsi" w:hAnsiTheme="majorHAnsi" w:cstheme="majorHAnsi"/>
          <w:sz w:val="18"/>
        </w:rPr>
      </w:pPr>
      <w:bookmarkStart w:id="3" w:name="_GoBack"/>
      <w:bookmarkEnd w:id="3"/>
    </w:p>
    <w:sectPr w:rsidR="00082864" w:rsidRPr="00082864" w:rsidSect="004919FE">
      <w:headerReference w:type="default" r:id="rId8"/>
      <w:footerReference w:type="default" r:id="rId9"/>
      <w:pgSz w:w="12240" w:h="15840"/>
      <w:pgMar w:top="1701" w:right="1247" w:bottom="1134" w:left="1361" w:header="680" w:footer="1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E81C7" w14:textId="77777777" w:rsidR="00DA5786" w:rsidRDefault="00DA5786">
      <w:pPr>
        <w:spacing w:after="0" w:line="240" w:lineRule="auto"/>
      </w:pPr>
      <w:r>
        <w:separator/>
      </w:r>
    </w:p>
  </w:endnote>
  <w:endnote w:type="continuationSeparator" w:id="0">
    <w:p w14:paraId="019C4546" w14:textId="77777777" w:rsidR="00DA5786" w:rsidRDefault="00DA5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AC475" w14:textId="77777777" w:rsidR="00521303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Pomocna Dłoń - usługi społeczne dla osób z gm. Zambrów, m. Zambrów oraz gm. Rutki w woj. Podlaskim</w:t>
    </w:r>
  </w:p>
  <w:p w14:paraId="533F69C2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 w:hint="eastAsia"/>
        <w:sz w:val="20"/>
      </w:rPr>
      <w:t>FEPD.08.04-IZ.00-0012/24</w:t>
    </w:r>
  </w:p>
  <w:p w14:paraId="42C92C97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Powiat Zambrowski | Powiatowe Centrum Pomocy Rodzinie w Zambrowie | Fundacja 4Future</w:t>
    </w:r>
  </w:p>
  <w:p w14:paraId="3AC07306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Biuro projektu: ul. Fabryczna 3, 18-300 Zambrów</w:t>
    </w:r>
  </w:p>
  <w:p w14:paraId="040982AD" w14:textId="77777777" w:rsidR="002424A6" w:rsidRPr="002424A6" w:rsidRDefault="002424A6" w:rsidP="002424A6">
    <w:pPr>
      <w:pStyle w:val="Stopka"/>
      <w:jc w:val="center"/>
      <w:rPr>
        <w:rFonts w:asciiTheme="majorHAnsi" w:hAnsiTheme="majorHAnsi" w:cstheme="majorHAnsi"/>
        <w:sz w:val="20"/>
      </w:rPr>
    </w:pPr>
    <w:r w:rsidRPr="002424A6">
      <w:rPr>
        <w:rFonts w:asciiTheme="majorHAnsi" w:hAnsiTheme="majorHAnsi" w:cstheme="majorHAnsi"/>
        <w:sz w:val="20"/>
      </w:rPr>
      <w:t>#funduszeUE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7C22EE" w14:textId="77777777" w:rsidR="00DA5786" w:rsidRDefault="00DA5786">
      <w:pPr>
        <w:spacing w:after="0" w:line="240" w:lineRule="auto"/>
      </w:pPr>
      <w:r>
        <w:separator/>
      </w:r>
    </w:p>
  </w:footnote>
  <w:footnote w:type="continuationSeparator" w:id="0">
    <w:p w14:paraId="20D35055" w14:textId="77777777" w:rsidR="00DA5786" w:rsidRDefault="00DA5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47E35" w14:textId="77777777" w:rsidR="002424A6" w:rsidRDefault="002424A6" w:rsidP="002424A6">
    <w:pPr>
      <w:pStyle w:val="Nagwek"/>
      <w:jc w:val="center"/>
    </w:pPr>
    <w:r>
      <w:rPr>
        <w:noProof/>
      </w:rPr>
      <w:drawing>
        <wp:inline distT="0" distB="0" distL="0" distR="0" wp14:anchorId="2CE4C89A" wp14:editId="5FF07770">
          <wp:extent cx="5278773" cy="648941"/>
          <wp:effectExtent l="0" t="0" r="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7A0BC7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214842A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4F3E7D2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825F5C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9088D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802B6B"/>
    <w:multiLevelType w:val="hybridMultilevel"/>
    <w:tmpl w:val="C504B5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4AC0"/>
    <w:multiLevelType w:val="hybridMultilevel"/>
    <w:tmpl w:val="0D2A687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66AD3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26DA4"/>
    <w:multiLevelType w:val="hybridMultilevel"/>
    <w:tmpl w:val="CE9CADB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C67649"/>
    <w:multiLevelType w:val="hybridMultilevel"/>
    <w:tmpl w:val="43462318"/>
    <w:lvl w:ilvl="0" w:tplc="D45205B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27BF9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9044F1"/>
    <w:multiLevelType w:val="hybridMultilevel"/>
    <w:tmpl w:val="F8C678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0906AC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28040D"/>
    <w:multiLevelType w:val="hybridMultilevel"/>
    <w:tmpl w:val="151AFD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297CBE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7B7F61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A87458"/>
    <w:multiLevelType w:val="hybridMultilevel"/>
    <w:tmpl w:val="DAFEE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22C70"/>
    <w:multiLevelType w:val="hybridMultilevel"/>
    <w:tmpl w:val="F14A3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824EB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8EA688F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9CD0344"/>
    <w:multiLevelType w:val="hybridMultilevel"/>
    <w:tmpl w:val="D952AD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B6932"/>
    <w:multiLevelType w:val="hybridMultilevel"/>
    <w:tmpl w:val="FDB840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96270C"/>
    <w:multiLevelType w:val="hybridMultilevel"/>
    <w:tmpl w:val="CA4C42A8"/>
    <w:lvl w:ilvl="0" w:tplc="87183274">
      <w:start w:val="1"/>
      <w:numFmt w:val="bullet"/>
      <w:lvlText w:val=""/>
      <w:lvlJc w:val="left"/>
      <w:pPr>
        <w:ind w:left="-1422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-7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</w:abstractNum>
  <w:abstractNum w:abstractNumId="29" w15:restartNumberingAfterBreak="0">
    <w:nsid w:val="7FA2388C"/>
    <w:multiLevelType w:val="hybridMultilevel"/>
    <w:tmpl w:val="B2AE6F76"/>
    <w:lvl w:ilvl="0" w:tplc="B2EEC7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B878D3"/>
    <w:multiLevelType w:val="hybridMultilevel"/>
    <w:tmpl w:val="10E6B9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2"/>
  </w:num>
  <w:num w:numId="13">
    <w:abstractNumId w:val="7"/>
    <w:lvlOverride w:ilvl="0">
      <w:startOverride w:val="1"/>
    </w:lvlOverride>
  </w:num>
  <w:num w:numId="14">
    <w:abstractNumId w:val="13"/>
  </w:num>
  <w:num w:numId="15">
    <w:abstractNumId w:val="7"/>
    <w:lvlOverride w:ilvl="0">
      <w:startOverride w:val="1"/>
    </w:lvlOverride>
  </w:num>
  <w:num w:numId="16">
    <w:abstractNumId w:val="20"/>
  </w:num>
  <w:num w:numId="17">
    <w:abstractNumId w:val="21"/>
  </w:num>
  <w:num w:numId="18">
    <w:abstractNumId w:val="24"/>
  </w:num>
  <w:num w:numId="19">
    <w:abstractNumId w:val="16"/>
  </w:num>
  <w:num w:numId="20">
    <w:abstractNumId w:val="27"/>
  </w:num>
  <w:num w:numId="21">
    <w:abstractNumId w:val="25"/>
  </w:num>
  <w:num w:numId="22">
    <w:abstractNumId w:val="10"/>
  </w:num>
  <w:num w:numId="23">
    <w:abstractNumId w:val="18"/>
  </w:num>
  <w:num w:numId="24">
    <w:abstractNumId w:val="23"/>
  </w:num>
  <w:num w:numId="25">
    <w:abstractNumId w:val="14"/>
  </w:num>
  <w:num w:numId="26">
    <w:abstractNumId w:val="7"/>
    <w:lvlOverride w:ilvl="0">
      <w:startOverride w:val="1"/>
    </w:lvlOverride>
  </w:num>
  <w:num w:numId="27">
    <w:abstractNumId w:val="26"/>
  </w:num>
  <w:num w:numId="28">
    <w:abstractNumId w:val="30"/>
  </w:num>
  <w:num w:numId="29">
    <w:abstractNumId w:val="19"/>
  </w:num>
  <w:num w:numId="30">
    <w:abstractNumId w:val="11"/>
  </w:num>
  <w:num w:numId="31">
    <w:abstractNumId w:val="9"/>
  </w:num>
  <w:num w:numId="32">
    <w:abstractNumId w:val="29"/>
  </w:num>
  <w:num w:numId="33">
    <w:abstractNumId w:val="28"/>
  </w:num>
  <w:num w:numId="34">
    <w:abstractNumId w:val="22"/>
  </w:num>
  <w:num w:numId="35">
    <w:abstractNumId w:val="15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D56"/>
    <w:rsid w:val="00034616"/>
    <w:rsid w:val="0003627A"/>
    <w:rsid w:val="0006063C"/>
    <w:rsid w:val="00082864"/>
    <w:rsid w:val="000C3D80"/>
    <w:rsid w:val="000F4C17"/>
    <w:rsid w:val="0015074B"/>
    <w:rsid w:val="001C1F60"/>
    <w:rsid w:val="00236D51"/>
    <w:rsid w:val="002424A6"/>
    <w:rsid w:val="0029639D"/>
    <w:rsid w:val="00324728"/>
    <w:rsid w:val="00326F90"/>
    <w:rsid w:val="00353E44"/>
    <w:rsid w:val="00364BF0"/>
    <w:rsid w:val="0037657C"/>
    <w:rsid w:val="00464E3A"/>
    <w:rsid w:val="0048059E"/>
    <w:rsid w:val="004919FE"/>
    <w:rsid w:val="004C414F"/>
    <w:rsid w:val="00521303"/>
    <w:rsid w:val="00575A8E"/>
    <w:rsid w:val="00607F1E"/>
    <w:rsid w:val="007C065B"/>
    <w:rsid w:val="0081749D"/>
    <w:rsid w:val="0084650D"/>
    <w:rsid w:val="00851D81"/>
    <w:rsid w:val="0085779D"/>
    <w:rsid w:val="00882F34"/>
    <w:rsid w:val="00916210"/>
    <w:rsid w:val="00944C6B"/>
    <w:rsid w:val="00A5769C"/>
    <w:rsid w:val="00A822E1"/>
    <w:rsid w:val="00AA1D8D"/>
    <w:rsid w:val="00B47730"/>
    <w:rsid w:val="00B61048"/>
    <w:rsid w:val="00C26108"/>
    <w:rsid w:val="00CB0664"/>
    <w:rsid w:val="00D037FF"/>
    <w:rsid w:val="00D367A6"/>
    <w:rsid w:val="00D610A6"/>
    <w:rsid w:val="00D61F4E"/>
    <w:rsid w:val="00DA5786"/>
    <w:rsid w:val="00E76059"/>
    <w:rsid w:val="00F712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722E612"/>
  <w14:defaultImageDpi w14:val="300"/>
  <w15:docId w15:val="{02A3F621-8210-467B-95CD-60661F29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3E44"/>
    <w:pPr>
      <w:spacing w:after="80" w:line="259" w:lineRule="auto"/>
    </w:pPr>
    <w:rPr>
      <w:rFonts w:ascii="Aptos" w:hAnsi="Aptos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3FD3E2-5469-464A-9682-E7D51AFC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6</Pages>
  <Words>1458</Words>
  <Characters>8751</Characters>
  <Application>Microsoft Office Word</Application>
  <DocSecurity>0</DocSecurity>
  <Lines>72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15</cp:revision>
  <dcterms:created xsi:type="dcterms:W3CDTF">2013-12-23T23:15:00Z</dcterms:created>
  <dcterms:modified xsi:type="dcterms:W3CDTF">2026-09-24T13:03:00Z</dcterms:modified>
  <cp:category/>
</cp:coreProperties>
</file>