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160"/>
        <w:jc w:val="center"/>
        <w:rPr/>
      </w:pPr>
      <w:r>
        <w:rPr>
          <w:b/>
          <w:sz w:val="28"/>
        </w:rPr>
        <w:t xml:space="preserve">Plan polowań zbiorowych w sezonie 2026/2027 dla koła </w:t>
      </w:r>
      <w:r>
        <w:rPr>
          <w:b/>
          <w:sz w:val="28"/>
        </w:rPr>
        <w:t>łowieckiego “</w:t>
      </w:r>
      <w:r>
        <w:rPr>
          <w:b/>
          <w:sz w:val="28"/>
        </w:rPr>
        <w:t>Polana” Nowa Sarzyna</w:t>
      </w:r>
    </w:p>
    <w:tbl>
      <w:tblPr>
        <w:tblW w:w="15525" w:type="dxa"/>
        <w:jc w:val="center"/>
        <w:tblInd w:w="0" w:type="dxa"/>
        <w:tblLayout w:type="fixed"/>
        <w:tblCellMar>
          <w:top w:w="55" w:type="dxa"/>
          <w:start w:w="55" w:type="dxa"/>
          <w:bottom w:w="50" w:type="dxa"/>
          <w:end w:w="45" w:type="dxa"/>
        </w:tblCellMar>
        <w:tblLook w:val="04a0" w:firstRow="1" w:noVBand="1" w:lastRow="0" w:firstColumn="1" w:lastColumn="0" w:noHBand="0"/>
      </w:tblPr>
      <w:tblGrid>
        <w:gridCol w:w="338"/>
        <w:gridCol w:w="2681"/>
        <w:gridCol w:w="1275"/>
        <w:gridCol w:w="1725"/>
        <w:gridCol w:w="2494"/>
        <w:gridCol w:w="1331"/>
        <w:gridCol w:w="2381"/>
        <w:gridCol w:w="1200"/>
        <w:gridCol w:w="1444"/>
        <w:gridCol w:w="656"/>
      </w:tblGrid>
      <w:tr>
        <w:trPr>
          <w:tblHeader w:val="true"/>
          <w:cantSplit/>
        </w:trPr>
        <w:tc>
          <w:tcPr>
            <w:tcW w:w="338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292B38" w:val="clear"/>
          </w:tcPr>
          <w:p>
            <w:pPr>
              <w:pStyle w:val="Normal"/>
              <w:spacing w:lineRule="auto" w:line="245" w:before="0" w:after="0"/>
              <w:rPr/>
            </w:pPr>
            <w:r>
              <w:rPr>
                <w:b w:val="false"/>
                <w:color w:val="FFFFFF"/>
                <w:sz w:val="14"/>
              </w:rPr>
              <w:t>Lp.</w:t>
            </w:r>
          </w:p>
        </w:tc>
        <w:tc>
          <w:tcPr>
            <w:tcW w:w="268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292B38" w:val="clear"/>
          </w:tcPr>
          <w:p>
            <w:pPr>
              <w:pStyle w:val="Normal"/>
              <w:spacing w:lineRule="auto" w:line="245" w:before="0" w:after="0"/>
              <w:rPr/>
            </w:pPr>
            <w:r>
              <w:rPr>
                <w:b w:val="false"/>
                <w:color w:val="FFFFFF"/>
                <w:sz w:val="14"/>
              </w:rPr>
              <w:t>Nazwa polowania</w:t>
            </w:r>
          </w:p>
        </w:tc>
        <w:tc>
          <w:tcPr>
            <w:tcW w:w="127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292B38" w:val="clear"/>
          </w:tcPr>
          <w:p>
            <w:pPr>
              <w:pStyle w:val="Normal"/>
              <w:spacing w:lineRule="auto" w:line="245" w:before="0" w:after="0"/>
              <w:rPr/>
            </w:pPr>
            <w:r>
              <w:rPr>
                <w:b w:val="false"/>
                <w:color w:val="FFFFFF"/>
                <w:sz w:val="14"/>
              </w:rPr>
              <w:t>Planowana</w:t>
              <w:br/>
              <w:t>data polowania</w:t>
            </w:r>
          </w:p>
        </w:tc>
        <w:tc>
          <w:tcPr>
            <w:tcW w:w="172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292B38" w:val="clear"/>
          </w:tcPr>
          <w:p>
            <w:pPr>
              <w:pStyle w:val="Normal"/>
              <w:spacing w:lineRule="auto" w:line="245" w:before="0" w:after="0"/>
              <w:rPr/>
            </w:pPr>
            <w:r>
              <w:rPr>
                <w:b w:val="false"/>
                <w:color w:val="FFFFFF"/>
                <w:sz w:val="14"/>
              </w:rPr>
              <w:t>Miejsce zbiórki</w:t>
            </w:r>
          </w:p>
        </w:tc>
        <w:tc>
          <w:tcPr>
            <w:tcW w:w="2494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292B38" w:val="clear"/>
          </w:tcPr>
          <w:p>
            <w:pPr>
              <w:pStyle w:val="Normal"/>
              <w:spacing w:lineRule="auto" w:line="245" w:before="0" w:after="0"/>
              <w:rPr/>
            </w:pPr>
            <w:r>
              <w:rPr>
                <w:b w:val="false"/>
                <w:color w:val="FFFFFF"/>
                <w:sz w:val="14"/>
              </w:rPr>
              <w:t>Nr obwodu</w:t>
            </w:r>
          </w:p>
        </w:tc>
        <w:tc>
          <w:tcPr>
            <w:tcW w:w="133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292B38" w:val="clear"/>
          </w:tcPr>
          <w:p>
            <w:pPr>
              <w:pStyle w:val="Normal"/>
              <w:spacing w:lineRule="auto" w:line="245" w:before="0" w:after="0"/>
              <w:rPr/>
            </w:pPr>
            <w:r>
              <w:rPr>
                <w:b w:val="false"/>
                <w:color w:val="FFFFFF"/>
                <w:sz w:val="14"/>
              </w:rPr>
              <w:t>Prowadzący</w:t>
              <w:br/>
              <w:t>polowanie</w:t>
            </w:r>
          </w:p>
        </w:tc>
        <w:tc>
          <w:tcPr>
            <w:tcW w:w="238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292B38" w:val="clear"/>
          </w:tcPr>
          <w:p>
            <w:pPr>
              <w:pStyle w:val="Normal"/>
              <w:spacing w:lineRule="auto" w:line="245" w:before="0" w:after="0"/>
              <w:rPr/>
            </w:pPr>
            <w:r>
              <w:rPr>
                <w:b w:val="false"/>
                <w:color w:val="FFFFFF"/>
                <w:sz w:val="14"/>
              </w:rPr>
              <w:t>Pomocnicy</w:t>
            </w:r>
          </w:p>
        </w:tc>
        <w:tc>
          <w:tcPr>
            <w:tcW w:w="1200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292B38" w:val="clear"/>
          </w:tcPr>
          <w:p>
            <w:pPr>
              <w:pStyle w:val="Normal"/>
              <w:spacing w:lineRule="auto" w:line="245" w:before="0" w:after="0"/>
              <w:rPr/>
            </w:pPr>
            <w:r>
              <w:rPr>
                <w:b w:val="false"/>
                <w:color w:val="FFFFFF"/>
                <w:sz w:val="14"/>
              </w:rPr>
              <w:t>Organizator</w:t>
            </w:r>
          </w:p>
        </w:tc>
        <w:tc>
          <w:tcPr>
            <w:tcW w:w="1444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292B38" w:val="clear"/>
          </w:tcPr>
          <w:p>
            <w:pPr>
              <w:pStyle w:val="Normal"/>
              <w:spacing w:lineRule="auto" w:line="245" w:before="0" w:after="0"/>
              <w:rPr/>
            </w:pPr>
            <w:r>
              <w:rPr>
                <w:b w:val="false"/>
                <w:color w:val="FFFFFF"/>
                <w:sz w:val="14"/>
              </w:rPr>
              <w:t>Zwierzyna do</w:t>
              <w:br/>
              <w:t>pozyskania</w:t>
            </w:r>
          </w:p>
        </w:tc>
        <w:tc>
          <w:tcPr>
            <w:tcW w:w="656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292B38" w:val="clear"/>
          </w:tcPr>
          <w:p>
            <w:pPr>
              <w:pStyle w:val="Normal"/>
              <w:spacing w:lineRule="auto" w:line="245" w:before="0" w:after="0"/>
              <w:rPr/>
            </w:pPr>
            <w:r>
              <w:rPr>
                <w:b w:val="false"/>
                <w:color w:val="FFFFFF"/>
                <w:sz w:val="14"/>
              </w:rPr>
              <w:t>Uwagi</w:t>
            </w:r>
          </w:p>
        </w:tc>
      </w:tr>
      <w:tr>
        <w:trPr>
          <w:trHeight w:val="890" w:hRule="atLeast"/>
          <w:cantSplit/>
        </w:trPr>
        <w:tc>
          <w:tcPr>
            <w:tcW w:w="338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1</w:t>
            </w:r>
          </w:p>
        </w:tc>
        <w:tc>
          <w:tcPr>
            <w:tcW w:w="268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Polowanie Hubertowskie - rozpoczynające sezon polowań zbiorowych 2026/2027</w:t>
            </w:r>
          </w:p>
        </w:tc>
        <w:tc>
          <w:tcPr>
            <w:tcW w:w="127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2026-11-07</w:t>
              <w:br/>
              <w:t>g. 08:00-14:00</w:t>
            </w:r>
          </w:p>
        </w:tc>
        <w:tc>
          <w:tcPr>
            <w:tcW w:w="172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Kaplica Myśliwska Koła Polana</w:t>
            </w:r>
          </w:p>
        </w:tc>
        <w:tc>
          <w:tcPr>
            <w:tcW w:w="2494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26pk (Las B. Wola + Las Jastrzębiec)</w:t>
            </w:r>
          </w:p>
        </w:tc>
        <w:tc>
          <w:tcPr>
            <w:tcW w:w="133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Kosakowski Stanisław</w:t>
            </w:r>
          </w:p>
        </w:tc>
        <w:tc>
          <w:tcPr>
            <w:tcW w:w="238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Czyż Marian Adam, Pastuszak Waldemar, Skiba Robert, Waluda Mateusz, Woźnica Dawid</w:t>
            </w:r>
          </w:p>
        </w:tc>
        <w:tc>
          <w:tcPr>
            <w:tcW w:w="1200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Polana Nowa</w:t>
              <w:br/>
              <w:t>Sarzyna</w:t>
            </w:r>
          </w:p>
        </w:tc>
        <w:tc>
          <w:tcPr>
            <w:tcW w:w="1444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Zwierzyna gruba</w:t>
              <w:br/>
              <w:t>Zwierzyna drobna</w:t>
            </w:r>
          </w:p>
        </w:tc>
        <w:tc>
          <w:tcPr>
            <w:tcW w:w="656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/>
            </w:pPr>
            <w:r>
              <w:rPr/>
            </w:r>
          </w:p>
        </w:tc>
      </w:tr>
      <w:tr>
        <w:trPr>
          <w:trHeight w:val="890" w:hRule="atLeast"/>
          <w:cantSplit/>
        </w:trPr>
        <w:tc>
          <w:tcPr>
            <w:tcW w:w="338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2</w:t>
            </w:r>
          </w:p>
        </w:tc>
        <w:tc>
          <w:tcPr>
            <w:tcW w:w="268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Polowanie pędzone, Giebra-Turowy Bór (ew. wysiadki)</w:t>
            </w:r>
          </w:p>
        </w:tc>
        <w:tc>
          <w:tcPr>
            <w:tcW w:w="127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2026-11-15</w:t>
              <w:br/>
              <w:t>g. 08:00-15:00</w:t>
            </w:r>
          </w:p>
        </w:tc>
        <w:tc>
          <w:tcPr>
            <w:tcW w:w="172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Na działce Koła w m. Bystre</w:t>
            </w:r>
          </w:p>
        </w:tc>
        <w:tc>
          <w:tcPr>
            <w:tcW w:w="2494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26pk (od Kustrawy prawa i lewa strona szosy w stronę Naklika)</w:t>
            </w:r>
          </w:p>
        </w:tc>
        <w:tc>
          <w:tcPr>
            <w:tcW w:w="133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Kozdra Andrzej</w:t>
            </w:r>
          </w:p>
        </w:tc>
        <w:tc>
          <w:tcPr>
            <w:tcW w:w="238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Kusz Krzysztof, Sopylak Zbigniew</w:t>
            </w:r>
          </w:p>
        </w:tc>
        <w:tc>
          <w:tcPr>
            <w:tcW w:w="1200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Polana Nowa</w:t>
              <w:br/>
              <w:t>Sarzyna</w:t>
            </w:r>
          </w:p>
        </w:tc>
        <w:tc>
          <w:tcPr>
            <w:tcW w:w="1444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Zwierzyna gruba</w:t>
              <w:br/>
              <w:t>Zwierzyna drobna</w:t>
              <w:br/>
              <w:t>Drapieżniki</w:t>
            </w:r>
          </w:p>
        </w:tc>
        <w:tc>
          <w:tcPr>
            <w:tcW w:w="656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/>
            </w:pPr>
            <w:r>
              <w:rPr/>
            </w:r>
          </w:p>
        </w:tc>
      </w:tr>
      <w:tr>
        <w:trPr>
          <w:trHeight w:val="890" w:hRule="atLeast"/>
          <w:cantSplit/>
        </w:trPr>
        <w:tc>
          <w:tcPr>
            <w:tcW w:w="338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3</w:t>
            </w:r>
          </w:p>
        </w:tc>
        <w:tc>
          <w:tcPr>
            <w:tcW w:w="268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Polowanie z ambon - Las N. Sarzyna</w:t>
            </w:r>
          </w:p>
        </w:tc>
        <w:tc>
          <w:tcPr>
            <w:tcW w:w="127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2026-11-22</w:t>
              <w:br/>
              <w:t>g. 08:00-15:00</w:t>
            </w:r>
          </w:p>
        </w:tc>
        <w:tc>
          <w:tcPr>
            <w:tcW w:w="172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Obok stawu za Zakł. Chem.</w:t>
            </w:r>
          </w:p>
        </w:tc>
        <w:tc>
          <w:tcPr>
            <w:tcW w:w="2494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26pk (Las N. Sarzyna)</w:t>
            </w:r>
          </w:p>
        </w:tc>
        <w:tc>
          <w:tcPr>
            <w:tcW w:w="133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Wiatr Andrzej</w:t>
            </w:r>
          </w:p>
        </w:tc>
        <w:tc>
          <w:tcPr>
            <w:tcW w:w="238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Nizioł Dariusz</w:t>
            </w:r>
          </w:p>
        </w:tc>
        <w:tc>
          <w:tcPr>
            <w:tcW w:w="1200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Polana Nowa</w:t>
              <w:br/>
              <w:t>Sarzyna</w:t>
            </w:r>
          </w:p>
        </w:tc>
        <w:tc>
          <w:tcPr>
            <w:tcW w:w="1444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Zwierzyna gruba</w:t>
              <w:br/>
              <w:t>Zwierzyna drobna</w:t>
              <w:br/>
              <w:t>Drapieżniki</w:t>
            </w:r>
          </w:p>
        </w:tc>
        <w:tc>
          <w:tcPr>
            <w:tcW w:w="656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/>
            </w:pPr>
            <w:r>
              <w:rPr/>
            </w:r>
          </w:p>
        </w:tc>
      </w:tr>
      <w:tr>
        <w:trPr>
          <w:trHeight w:val="890" w:hRule="atLeast"/>
          <w:cantSplit/>
        </w:trPr>
        <w:tc>
          <w:tcPr>
            <w:tcW w:w="338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4</w:t>
            </w:r>
          </w:p>
        </w:tc>
        <w:tc>
          <w:tcPr>
            <w:tcW w:w="268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Polowanie z ambon - Las Jastrzębiec</w:t>
            </w:r>
          </w:p>
        </w:tc>
        <w:tc>
          <w:tcPr>
            <w:tcW w:w="127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2026-11-29</w:t>
              <w:br/>
              <w:t>g. 08:00-15:00</w:t>
            </w:r>
          </w:p>
        </w:tc>
        <w:tc>
          <w:tcPr>
            <w:tcW w:w="172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Na miejscu dawnej gajówki w Jastrzębcu</w:t>
            </w:r>
          </w:p>
        </w:tc>
        <w:tc>
          <w:tcPr>
            <w:tcW w:w="2494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26pk (Las Jastrzębiec)</w:t>
            </w:r>
          </w:p>
        </w:tc>
        <w:tc>
          <w:tcPr>
            <w:tcW w:w="133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Czyż Marian Adam</w:t>
            </w:r>
          </w:p>
        </w:tc>
        <w:tc>
          <w:tcPr>
            <w:tcW w:w="238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Regiel Krzysztof, Waluda Mateusz, Woźnica Zbigniew</w:t>
            </w:r>
          </w:p>
        </w:tc>
        <w:tc>
          <w:tcPr>
            <w:tcW w:w="1200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Polana Nowa</w:t>
              <w:br/>
              <w:t>Sarzyna</w:t>
            </w:r>
          </w:p>
        </w:tc>
        <w:tc>
          <w:tcPr>
            <w:tcW w:w="1444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Zwierzyna gruba</w:t>
              <w:br/>
              <w:t>Zwierzyna drobna</w:t>
              <w:br/>
              <w:t>Drapieżniki</w:t>
            </w:r>
          </w:p>
        </w:tc>
        <w:tc>
          <w:tcPr>
            <w:tcW w:w="656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/>
            </w:pPr>
            <w:r>
              <w:rPr/>
            </w:r>
          </w:p>
        </w:tc>
      </w:tr>
      <w:tr>
        <w:trPr>
          <w:trHeight w:val="890" w:hRule="atLeast"/>
          <w:cantSplit/>
        </w:trPr>
        <w:tc>
          <w:tcPr>
            <w:tcW w:w="338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5</w:t>
            </w:r>
          </w:p>
        </w:tc>
        <w:tc>
          <w:tcPr>
            <w:tcW w:w="268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Polowanie pędzone od Tarnawca do Rzuchowa</w:t>
            </w:r>
          </w:p>
        </w:tc>
        <w:tc>
          <w:tcPr>
            <w:tcW w:w="127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2026-12-05</w:t>
              <w:br/>
              <w:t>g. 08:00-15:00</w:t>
            </w:r>
          </w:p>
        </w:tc>
        <w:tc>
          <w:tcPr>
            <w:tcW w:w="172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Na drodze obok oczyszczalni gazu w Tarnawcu</w:t>
            </w:r>
          </w:p>
        </w:tc>
        <w:tc>
          <w:tcPr>
            <w:tcW w:w="2494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26pk (26_02 Pola Rzuchów - Tarnawiec)</w:t>
            </w:r>
          </w:p>
        </w:tc>
        <w:tc>
          <w:tcPr>
            <w:tcW w:w="133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Góral Łukasz</w:t>
            </w:r>
          </w:p>
        </w:tc>
        <w:tc>
          <w:tcPr>
            <w:tcW w:w="238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Filarowski Sebastian</w:t>
            </w:r>
          </w:p>
        </w:tc>
        <w:tc>
          <w:tcPr>
            <w:tcW w:w="1200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Polana Nowa</w:t>
              <w:br/>
              <w:t>Sarzyna</w:t>
            </w:r>
          </w:p>
        </w:tc>
        <w:tc>
          <w:tcPr>
            <w:tcW w:w="1444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Zwierzyna gruba</w:t>
              <w:br/>
              <w:t>Zwierzyna drobna</w:t>
              <w:br/>
              <w:t>Drapieżniki</w:t>
            </w:r>
          </w:p>
        </w:tc>
        <w:tc>
          <w:tcPr>
            <w:tcW w:w="656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/>
            </w:pPr>
            <w:r>
              <w:rPr/>
            </w:r>
          </w:p>
        </w:tc>
      </w:tr>
      <w:tr>
        <w:trPr>
          <w:trHeight w:val="890" w:hRule="atLeast"/>
          <w:cantSplit/>
        </w:trPr>
        <w:tc>
          <w:tcPr>
            <w:tcW w:w="338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6</w:t>
            </w:r>
          </w:p>
        </w:tc>
        <w:tc>
          <w:tcPr>
            <w:tcW w:w="268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Polowanie z ambon - Las B. Wola</w:t>
            </w:r>
          </w:p>
        </w:tc>
        <w:tc>
          <w:tcPr>
            <w:tcW w:w="127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2026-12-06</w:t>
              <w:br/>
              <w:t>g. 08:00-15:00</w:t>
            </w:r>
          </w:p>
        </w:tc>
        <w:tc>
          <w:tcPr>
            <w:tcW w:w="172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B. Wola - grzybek obok leśnictwa</w:t>
            </w:r>
          </w:p>
        </w:tc>
        <w:tc>
          <w:tcPr>
            <w:tcW w:w="2494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26pk (Las Brzyska Wola)</w:t>
            </w:r>
          </w:p>
        </w:tc>
        <w:tc>
          <w:tcPr>
            <w:tcW w:w="133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Woźnica Dawid</w:t>
            </w:r>
          </w:p>
        </w:tc>
        <w:tc>
          <w:tcPr>
            <w:tcW w:w="238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Kaszycki Tomasz, Koperda Karol</w:t>
            </w:r>
          </w:p>
        </w:tc>
        <w:tc>
          <w:tcPr>
            <w:tcW w:w="1200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Polana Nowa</w:t>
              <w:br/>
              <w:t>Sarzyna</w:t>
            </w:r>
          </w:p>
        </w:tc>
        <w:tc>
          <w:tcPr>
            <w:tcW w:w="1444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Zwierzyna gruba</w:t>
              <w:br/>
              <w:t>Zwierzyna drobna</w:t>
              <w:br/>
              <w:t>Drapieżniki</w:t>
            </w:r>
          </w:p>
        </w:tc>
        <w:tc>
          <w:tcPr>
            <w:tcW w:w="656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/>
            </w:pPr>
            <w:r>
              <w:rPr/>
            </w:r>
          </w:p>
        </w:tc>
      </w:tr>
      <w:tr>
        <w:trPr>
          <w:trHeight w:val="890" w:hRule="atLeast"/>
          <w:cantSplit/>
        </w:trPr>
        <w:tc>
          <w:tcPr>
            <w:tcW w:w="338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7</w:t>
            </w:r>
          </w:p>
        </w:tc>
        <w:tc>
          <w:tcPr>
            <w:tcW w:w="268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Polowanie pędzone, Sigiełki-Jamniska-Turowy Bór</w:t>
            </w:r>
          </w:p>
        </w:tc>
        <w:tc>
          <w:tcPr>
            <w:tcW w:w="127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2026-12-12</w:t>
              <w:br/>
              <w:t>g. 08:00-15:00</w:t>
            </w:r>
          </w:p>
        </w:tc>
        <w:tc>
          <w:tcPr>
            <w:tcW w:w="172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Droga obok wysypiska śmieci w Sigiełkach</w:t>
            </w:r>
          </w:p>
        </w:tc>
        <w:tc>
          <w:tcPr>
            <w:tcW w:w="2494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26pk (26_18 Wyłomiska - Turowy Bór)</w:t>
            </w:r>
          </w:p>
        </w:tc>
        <w:tc>
          <w:tcPr>
            <w:tcW w:w="133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Kusz Zbigniew</w:t>
            </w:r>
          </w:p>
        </w:tc>
        <w:tc>
          <w:tcPr>
            <w:tcW w:w="238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Kusz Krzysztof, Kuś Waldemar</w:t>
            </w:r>
          </w:p>
        </w:tc>
        <w:tc>
          <w:tcPr>
            <w:tcW w:w="1200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Polana Nowa</w:t>
              <w:br/>
              <w:t>Sarzyna</w:t>
            </w:r>
          </w:p>
        </w:tc>
        <w:tc>
          <w:tcPr>
            <w:tcW w:w="1444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Zwierzyna gruba</w:t>
              <w:br/>
              <w:t>Zwierzyna drobna</w:t>
              <w:br/>
              <w:t>Drapieżniki</w:t>
            </w:r>
          </w:p>
        </w:tc>
        <w:tc>
          <w:tcPr>
            <w:tcW w:w="656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/>
            </w:pPr>
            <w:r>
              <w:rPr/>
            </w:r>
          </w:p>
        </w:tc>
      </w:tr>
      <w:tr>
        <w:trPr>
          <w:trHeight w:val="890" w:hRule="atLeast"/>
          <w:cantSplit/>
        </w:trPr>
        <w:tc>
          <w:tcPr>
            <w:tcW w:w="338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8</w:t>
            </w:r>
          </w:p>
        </w:tc>
        <w:tc>
          <w:tcPr>
            <w:tcW w:w="268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Polowanie pędzone od Ujęcia do granicy obwodu</w:t>
            </w:r>
          </w:p>
        </w:tc>
        <w:tc>
          <w:tcPr>
            <w:tcW w:w="127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2026-12-13</w:t>
              <w:br/>
              <w:t>g. 08:00-15:00</w:t>
            </w:r>
          </w:p>
        </w:tc>
        <w:tc>
          <w:tcPr>
            <w:tcW w:w="172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Na drodze obok Ujęcia</w:t>
            </w:r>
          </w:p>
        </w:tc>
        <w:tc>
          <w:tcPr>
            <w:tcW w:w="2494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26pk (Pola, łozina i uprawy wikliny)</w:t>
            </w:r>
          </w:p>
        </w:tc>
        <w:tc>
          <w:tcPr>
            <w:tcW w:w="133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Osip Marek</w:t>
            </w:r>
          </w:p>
        </w:tc>
        <w:tc>
          <w:tcPr>
            <w:tcW w:w="238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Leja Damian</w:t>
            </w:r>
          </w:p>
        </w:tc>
        <w:tc>
          <w:tcPr>
            <w:tcW w:w="1200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Polana Nowa</w:t>
              <w:br/>
              <w:t>Sarzyna</w:t>
            </w:r>
          </w:p>
        </w:tc>
        <w:tc>
          <w:tcPr>
            <w:tcW w:w="1444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Zwierzyna gruba</w:t>
              <w:br/>
              <w:t>Zwierzyna drobna</w:t>
              <w:br/>
              <w:t>Drapieżniki</w:t>
            </w:r>
          </w:p>
        </w:tc>
        <w:tc>
          <w:tcPr>
            <w:tcW w:w="656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/>
            </w:pPr>
            <w:r>
              <w:rPr/>
            </w:r>
          </w:p>
        </w:tc>
      </w:tr>
      <w:tr>
        <w:trPr>
          <w:trHeight w:val="890" w:hRule="atLeast"/>
          <w:cantSplit/>
        </w:trPr>
        <w:tc>
          <w:tcPr>
            <w:tcW w:w="338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9</w:t>
            </w:r>
          </w:p>
        </w:tc>
        <w:tc>
          <w:tcPr>
            <w:tcW w:w="268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Polowanie Wigilijne - od Łazowa do Krzeszowa</w:t>
            </w:r>
          </w:p>
        </w:tc>
        <w:tc>
          <w:tcPr>
            <w:tcW w:w="127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2026-12-20</w:t>
              <w:br/>
              <w:t>g. 08:00-15:00</w:t>
            </w:r>
          </w:p>
        </w:tc>
        <w:tc>
          <w:tcPr>
            <w:tcW w:w="172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Na działce Koła w m. Bystre</w:t>
            </w:r>
          </w:p>
        </w:tc>
        <w:tc>
          <w:tcPr>
            <w:tcW w:w="2494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26pk (od Łazowa do Krzeszowa, prawa i lewa strona drogi)</w:t>
            </w:r>
          </w:p>
        </w:tc>
        <w:tc>
          <w:tcPr>
            <w:tcW w:w="133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Mroczkowski Edmund</w:t>
            </w:r>
          </w:p>
        </w:tc>
        <w:tc>
          <w:tcPr>
            <w:tcW w:w="238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Banaś Grzegorz, Kusz Zbigniew, Kuś Waldemar, Wojtyna Mirosław</w:t>
            </w:r>
          </w:p>
        </w:tc>
        <w:tc>
          <w:tcPr>
            <w:tcW w:w="1200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Polana Nowa</w:t>
              <w:br/>
              <w:t>Sarzyna</w:t>
            </w:r>
          </w:p>
        </w:tc>
        <w:tc>
          <w:tcPr>
            <w:tcW w:w="1444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Zwierzyna gruba</w:t>
              <w:br/>
              <w:t>Zwierzyna drobna</w:t>
              <w:br/>
              <w:t>Drapieżniki</w:t>
            </w:r>
          </w:p>
        </w:tc>
        <w:tc>
          <w:tcPr>
            <w:tcW w:w="656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tbl>
      <w:tblPr>
        <w:tblW w:w="15591" w:type="dxa"/>
        <w:jc w:val="center"/>
        <w:tblInd w:w="0" w:type="dxa"/>
        <w:tblLayout w:type="fixed"/>
        <w:tblCellMar>
          <w:top w:w="55" w:type="dxa"/>
          <w:start w:w="55" w:type="dxa"/>
          <w:bottom w:w="50" w:type="dxa"/>
          <w:end w:w="45" w:type="dxa"/>
        </w:tblCellMar>
        <w:tblLook w:val="04a0" w:firstRow="1" w:noVBand="1" w:lastRow="0" w:firstColumn="1" w:lastColumn="0" w:noHBand="0"/>
      </w:tblPr>
      <w:tblGrid>
        <w:gridCol w:w="386"/>
        <w:gridCol w:w="2693"/>
        <w:gridCol w:w="1275"/>
        <w:gridCol w:w="1729"/>
        <w:gridCol w:w="2495"/>
        <w:gridCol w:w="1331"/>
        <w:gridCol w:w="2381"/>
        <w:gridCol w:w="1191"/>
        <w:gridCol w:w="1447"/>
        <w:gridCol w:w="663"/>
      </w:tblGrid>
      <w:tr>
        <w:trPr>
          <w:tblHeader w:val="true"/>
          <w:cantSplit/>
        </w:trPr>
        <w:tc>
          <w:tcPr>
            <w:tcW w:w="386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292B38" w:val="clear"/>
          </w:tcPr>
          <w:p>
            <w:pPr>
              <w:pStyle w:val="Normal"/>
              <w:pageBreakBefore/>
              <w:spacing w:lineRule="auto" w:line="245" w:before="0" w:after="0"/>
              <w:rPr/>
            </w:pPr>
            <w:r>
              <w:rPr>
                <w:b w:val="false"/>
                <w:color w:val="FFFFFF"/>
                <w:sz w:val="14"/>
              </w:rPr>
              <w:t>Lp.</w:t>
            </w:r>
          </w:p>
        </w:tc>
        <w:tc>
          <w:tcPr>
            <w:tcW w:w="2693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292B38" w:val="clear"/>
          </w:tcPr>
          <w:p>
            <w:pPr>
              <w:pStyle w:val="Normal"/>
              <w:spacing w:lineRule="auto" w:line="245" w:before="0" w:after="0"/>
              <w:rPr/>
            </w:pPr>
            <w:r>
              <w:rPr>
                <w:b w:val="false"/>
                <w:color w:val="FFFFFF"/>
                <w:sz w:val="14"/>
              </w:rPr>
              <w:t>Nazwa polowania</w:t>
            </w:r>
          </w:p>
        </w:tc>
        <w:tc>
          <w:tcPr>
            <w:tcW w:w="127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292B38" w:val="clear"/>
          </w:tcPr>
          <w:p>
            <w:pPr>
              <w:pStyle w:val="Normal"/>
              <w:spacing w:lineRule="auto" w:line="245" w:before="0" w:after="0"/>
              <w:rPr/>
            </w:pPr>
            <w:r>
              <w:rPr>
                <w:b w:val="false"/>
                <w:color w:val="FFFFFF"/>
                <w:sz w:val="14"/>
              </w:rPr>
              <w:t>Planowana</w:t>
              <w:br/>
              <w:t>data polowania</w:t>
            </w:r>
          </w:p>
        </w:tc>
        <w:tc>
          <w:tcPr>
            <w:tcW w:w="1729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292B38" w:val="clear"/>
          </w:tcPr>
          <w:p>
            <w:pPr>
              <w:pStyle w:val="Normal"/>
              <w:spacing w:lineRule="auto" w:line="245" w:before="0" w:after="0"/>
              <w:rPr/>
            </w:pPr>
            <w:r>
              <w:rPr>
                <w:b w:val="false"/>
                <w:color w:val="FFFFFF"/>
                <w:sz w:val="14"/>
              </w:rPr>
              <w:t>Miejsce zbiórki</w:t>
            </w:r>
          </w:p>
        </w:tc>
        <w:tc>
          <w:tcPr>
            <w:tcW w:w="249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292B38" w:val="clear"/>
          </w:tcPr>
          <w:p>
            <w:pPr>
              <w:pStyle w:val="Normal"/>
              <w:spacing w:lineRule="auto" w:line="245" w:before="0" w:after="0"/>
              <w:rPr/>
            </w:pPr>
            <w:r>
              <w:rPr>
                <w:b w:val="false"/>
                <w:color w:val="FFFFFF"/>
                <w:sz w:val="14"/>
              </w:rPr>
              <w:t>Nr obwodu</w:t>
            </w:r>
          </w:p>
        </w:tc>
        <w:tc>
          <w:tcPr>
            <w:tcW w:w="133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292B38" w:val="clear"/>
          </w:tcPr>
          <w:p>
            <w:pPr>
              <w:pStyle w:val="Normal"/>
              <w:spacing w:lineRule="auto" w:line="245" w:before="0" w:after="0"/>
              <w:rPr/>
            </w:pPr>
            <w:r>
              <w:rPr>
                <w:b w:val="false"/>
                <w:color w:val="FFFFFF"/>
                <w:sz w:val="14"/>
              </w:rPr>
              <w:t>Prowadzący</w:t>
              <w:br/>
              <w:t>polowanie</w:t>
            </w:r>
          </w:p>
        </w:tc>
        <w:tc>
          <w:tcPr>
            <w:tcW w:w="238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292B38" w:val="clear"/>
          </w:tcPr>
          <w:p>
            <w:pPr>
              <w:pStyle w:val="Normal"/>
              <w:spacing w:lineRule="auto" w:line="245" w:before="0" w:after="0"/>
              <w:rPr/>
            </w:pPr>
            <w:r>
              <w:rPr>
                <w:b w:val="false"/>
                <w:color w:val="FFFFFF"/>
                <w:sz w:val="14"/>
              </w:rPr>
              <w:t>Pomocnicy</w:t>
            </w:r>
          </w:p>
        </w:tc>
        <w:tc>
          <w:tcPr>
            <w:tcW w:w="119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292B38" w:val="clear"/>
          </w:tcPr>
          <w:p>
            <w:pPr>
              <w:pStyle w:val="Normal"/>
              <w:spacing w:lineRule="auto" w:line="245" w:before="0" w:after="0"/>
              <w:rPr/>
            </w:pPr>
            <w:r>
              <w:rPr>
                <w:b w:val="false"/>
                <w:color w:val="FFFFFF"/>
                <w:sz w:val="14"/>
              </w:rPr>
              <w:t>Organizator</w:t>
            </w:r>
          </w:p>
        </w:tc>
        <w:tc>
          <w:tcPr>
            <w:tcW w:w="1447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292B38" w:val="clear"/>
          </w:tcPr>
          <w:p>
            <w:pPr>
              <w:pStyle w:val="Normal"/>
              <w:spacing w:lineRule="auto" w:line="245" w:before="0" w:after="0"/>
              <w:rPr/>
            </w:pPr>
            <w:r>
              <w:rPr>
                <w:b w:val="false"/>
                <w:color w:val="FFFFFF"/>
                <w:sz w:val="14"/>
              </w:rPr>
              <w:t>Zwierzyna do</w:t>
              <w:br/>
              <w:t>pozyskania</w:t>
            </w:r>
          </w:p>
        </w:tc>
        <w:tc>
          <w:tcPr>
            <w:tcW w:w="663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292B38" w:val="clear"/>
          </w:tcPr>
          <w:p>
            <w:pPr>
              <w:pStyle w:val="Normal"/>
              <w:spacing w:lineRule="auto" w:line="245" w:before="0" w:after="0"/>
              <w:rPr/>
            </w:pPr>
            <w:r>
              <w:rPr>
                <w:b w:val="false"/>
                <w:color w:val="FFFFFF"/>
                <w:sz w:val="14"/>
              </w:rPr>
              <w:t>Uwagi</w:t>
            </w:r>
          </w:p>
        </w:tc>
      </w:tr>
      <w:tr>
        <w:trPr>
          <w:trHeight w:val="890" w:hRule="atLeast"/>
          <w:cantSplit/>
        </w:trPr>
        <w:tc>
          <w:tcPr>
            <w:tcW w:w="386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10</w:t>
            </w:r>
          </w:p>
        </w:tc>
        <w:tc>
          <w:tcPr>
            <w:tcW w:w="2693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Polowanie pędzone Wysieki po Ruską Łozinę</w:t>
            </w:r>
          </w:p>
        </w:tc>
        <w:tc>
          <w:tcPr>
            <w:tcW w:w="127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2026-12-27</w:t>
              <w:br/>
              <w:t>g. 08:00-15:00</w:t>
            </w:r>
          </w:p>
        </w:tc>
        <w:tc>
          <w:tcPr>
            <w:tcW w:w="1729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Początek drogi leśnej w m. Kulno, obok lakierni</w:t>
            </w:r>
          </w:p>
        </w:tc>
        <w:tc>
          <w:tcPr>
            <w:tcW w:w="249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26pk (Łozina i zakrzaczenia od Kulna po Ruską Łozinę)</w:t>
            </w:r>
          </w:p>
        </w:tc>
        <w:tc>
          <w:tcPr>
            <w:tcW w:w="133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Skiba Robert</w:t>
            </w:r>
          </w:p>
        </w:tc>
        <w:tc>
          <w:tcPr>
            <w:tcW w:w="238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Murdzia Andrzej, Sopylak Zbigniew</w:t>
            </w:r>
          </w:p>
        </w:tc>
        <w:tc>
          <w:tcPr>
            <w:tcW w:w="119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Polana Nowa</w:t>
              <w:br/>
              <w:t>Sarzyna</w:t>
            </w:r>
          </w:p>
        </w:tc>
        <w:tc>
          <w:tcPr>
            <w:tcW w:w="1447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Zwierzyna gruba</w:t>
              <w:br/>
              <w:t>Zwierzyna drobna</w:t>
              <w:br/>
              <w:t>Drapieżniki</w:t>
            </w:r>
          </w:p>
        </w:tc>
        <w:tc>
          <w:tcPr>
            <w:tcW w:w="663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/>
            </w:pPr>
            <w:r>
              <w:rPr/>
            </w:r>
          </w:p>
        </w:tc>
      </w:tr>
      <w:tr>
        <w:trPr>
          <w:trHeight w:val="890" w:hRule="atLeast"/>
          <w:cantSplit/>
        </w:trPr>
        <w:tc>
          <w:tcPr>
            <w:tcW w:w="386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11</w:t>
            </w:r>
          </w:p>
        </w:tc>
        <w:tc>
          <w:tcPr>
            <w:tcW w:w="2693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Polowanie z ambon - Las Jastrzębiec</w:t>
            </w:r>
          </w:p>
        </w:tc>
        <w:tc>
          <w:tcPr>
            <w:tcW w:w="127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2027-01-03</w:t>
              <w:br/>
              <w:t>g. 08:00-15:00</w:t>
            </w:r>
          </w:p>
        </w:tc>
        <w:tc>
          <w:tcPr>
            <w:tcW w:w="1729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Na miejscu dawnej gajówki w Jastrzębcu</w:t>
            </w:r>
          </w:p>
        </w:tc>
        <w:tc>
          <w:tcPr>
            <w:tcW w:w="249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26pk (Las Jastrzębiec)</w:t>
            </w:r>
          </w:p>
        </w:tc>
        <w:tc>
          <w:tcPr>
            <w:tcW w:w="133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Waluda Mateusz</w:t>
            </w:r>
          </w:p>
        </w:tc>
        <w:tc>
          <w:tcPr>
            <w:tcW w:w="238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Regiel Krzysztof, Śmieciuch Jan</w:t>
            </w:r>
          </w:p>
        </w:tc>
        <w:tc>
          <w:tcPr>
            <w:tcW w:w="119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Polana Nowa</w:t>
              <w:br/>
              <w:t>Sarzyna</w:t>
            </w:r>
          </w:p>
        </w:tc>
        <w:tc>
          <w:tcPr>
            <w:tcW w:w="1447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Zwierzyna gruba</w:t>
              <w:br/>
              <w:t>Zwierzyna drobna</w:t>
              <w:br/>
              <w:t>Drapieżniki</w:t>
            </w:r>
          </w:p>
        </w:tc>
        <w:tc>
          <w:tcPr>
            <w:tcW w:w="663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/>
            </w:pPr>
            <w:r>
              <w:rPr/>
            </w:r>
          </w:p>
        </w:tc>
      </w:tr>
      <w:tr>
        <w:trPr>
          <w:trHeight w:val="890" w:hRule="atLeast"/>
          <w:cantSplit/>
        </w:trPr>
        <w:tc>
          <w:tcPr>
            <w:tcW w:w="386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12</w:t>
            </w:r>
          </w:p>
        </w:tc>
        <w:tc>
          <w:tcPr>
            <w:tcW w:w="2693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Polowanie pędzone - Las B. Wola</w:t>
            </w:r>
          </w:p>
        </w:tc>
        <w:tc>
          <w:tcPr>
            <w:tcW w:w="127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2027-01-09</w:t>
              <w:br/>
              <w:t>g. 08:00-15:00</w:t>
            </w:r>
          </w:p>
        </w:tc>
        <w:tc>
          <w:tcPr>
            <w:tcW w:w="1729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Parking leśny B. Wola</w:t>
            </w:r>
          </w:p>
        </w:tc>
        <w:tc>
          <w:tcPr>
            <w:tcW w:w="249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26pk (Las Brzyska Wola)</w:t>
            </w:r>
          </w:p>
        </w:tc>
        <w:tc>
          <w:tcPr>
            <w:tcW w:w="133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Węglarz Ryszard</w:t>
            </w:r>
          </w:p>
        </w:tc>
        <w:tc>
          <w:tcPr>
            <w:tcW w:w="238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Kaszycki Tomasz, Woźnica Zbigniew</w:t>
            </w:r>
          </w:p>
        </w:tc>
        <w:tc>
          <w:tcPr>
            <w:tcW w:w="119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Polana Nowa</w:t>
              <w:br/>
              <w:t>Sarzyna</w:t>
            </w:r>
          </w:p>
        </w:tc>
        <w:tc>
          <w:tcPr>
            <w:tcW w:w="1447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Zwierzyna gruba</w:t>
              <w:br/>
              <w:t>Zwierzyna drobna</w:t>
              <w:br/>
              <w:t>Drapieżniki</w:t>
            </w:r>
          </w:p>
        </w:tc>
        <w:tc>
          <w:tcPr>
            <w:tcW w:w="663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/>
            </w:pPr>
            <w:r>
              <w:rPr/>
            </w:r>
          </w:p>
        </w:tc>
      </w:tr>
      <w:tr>
        <w:trPr>
          <w:trHeight w:val="890" w:hRule="atLeast"/>
          <w:cantSplit/>
        </w:trPr>
        <w:tc>
          <w:tcPr>
            <w:tcW w:w="386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13</w:t>
            </w:r>
          </w:p>
        </w:tc>
        <w:tc>
          <w:tcPr>
            <w:tcW w:w="2693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Polowanie z ambon Las N. Sarzyna</w:t>
            </w:r>
          </w:p>
        </w:tc>
        <w:tc>
          <w:tcPr>
            <w:tcW w:w="127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2027-01-16</w:t>
              <w:br/>
              <w:t>g. 08:00-15:00</w:t>
            </w:r>
          </w:p>
        </w:tc>
        <w:tc>
          <w:tcPr>
            <w:tcW w:w="1729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Obok stawu za Zakł. Chem.</w:t>
            </w:r>
          </w:p>
        </w:tc>
        <w:tc>
          <w:tcPr>
            <w:tcW w:w="249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26pk (Las N. Sarzyna)</w:t>
            </w:r>
          </w:p>
        </w:tc>
        <w:tc>
          <w:tcPr>
            <w:tcW w:w="133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Banaś Grzegorz</w:t>
            </w:r>
          </w:p>
        </w:tc>
        <w:tc>
          <w:tcPr>
            <w:tcW w:w="238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Leja Damian, Osip Marek</w:t>
            </w:r>
          </w:p>
        </w:tc>
        <w:tc>
          <w:tcPr>
            <w:tcW w:w="119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Polana Nowa</w:t>
              <w:br/>
              <w:t>Sarzyna</w:t>
            </w:r>
          </w:p>
        </w:tc>
        <w:tc>
          <w:tcPr>
            <w:tcW w:w="1447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Zwierzyna gruba</w:t>
              <w:br/>
              <w:t>Zwierzyna drobna</w:t>
              <w:br/>
              <w:t>Drapieżniki</w:t>
            </w:r>
          </w:p>
        </w:tc>
        <w:tc>
          <w:tcPr>
            <w:tcW w:w="663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/>
            </w:pPr>
            <w:r>
              <w:rPr/>
            </w:r>
          </w:p>
        </w:tc>
      </w:tr>
      <w:tr>
        <w:trPr>
          <w:trHeight w:val="890" w:hRule="atLeast"/>
          <w:cantSplit/>
        </w:trPr>
        <w:tc>
          <w:tcPr>
            <w:tcW w:w="386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14</w:t>
            </w:r>
          </w:p>
        </w:tc>
        <w:tc>
          <w:tcPr>
            <w:tcW w:w="2693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Polowanie z ambon Las Jastrzębiec</w:t>
            </w:r>
          </w:p>
        </w:tc>
        <w:tc>
          <w:tcPr>
            <w:tcW w:w="127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2027-01-17</w:t>
              <w:br/>
              <w:t>g. 08:00-15:00</w:t>
            </w:r>
          </w:p>
        </w:tc>
        <w:tc>
          <w:tcPr>
            <w:tcW w:w="1729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Na miejscu dawnej gajówki w Jastrzębcu</w:t>
            </w:r>
          </w:p>
        </w:tc>
        <w:tc>
          <w:tcPr>
            <w:tcW w:w="249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26pk (Las Jastrzębiec)</w:t>
            </w:r>
          </w:p>
        </w:tc>
        <w:tc>
          <w:tcPr>
            <w:tcW w:w="133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Śmieciuch Jan</w:t>
            </w:r>
          </w:p>
        </w:tc>
        <w:tc>
          <w:tcPr>
            <w:tcW w:w="238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Regiel Krzysztof</w:t>
            </w:r>
          </w:p>
        </w:tc>
        <w:tc>
          <w:tcPr>
            <w:tcW w:w="119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Polana Nowa</w:t>
              <w:br/>
              <w:t>Sarzyna</w:t>
            </w:r>
          </w:p>
        </w:tc>
        <w:tc>
          <w:tcPr>
            <w:tcW w:w="1447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Zwierzyna gruba</w:t>
              <w:br/>
              <w:t>Zwierzyna drobna</w:t>
              <w:br/>
              <w:t>Drapieżniki</w:t>
            </w:r>
          </w:p>
        </w:tc>
        <w:tc>
          <w:tcPr>
            <w:tcW w:w="663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/>
            </w:pPr>
            <w:r>
              <w:rPr/>
            </w:r>
          </w:p>
        </w:tc>
      </w:tr>
      <w:tr>
        <w:trPr>
          <w:trHeight w:val="890" w:hRule="atLeast"/>
          <w:cantSplit/>
        </w:trPr>
        <w:tc>
          <w:tcPr>
            <w:tcW w:w="386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15</w:t>
            </w:r>
          </w:p>
        </w:tc>
        <w:tc>
          <w:tcPr>
            <w:tcW w:w="2693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Polowanie pędzone - Luchów-Dąbrowica-B. Wola</w:t>
            </w:r>
          </w:p>
        </w:tc>
        <w:tc>
          <w:tcPr>
            <w:tcW w:w="127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2027-01-23</w:t>
              <w:br/>
              <w:t>g. 08:00-15:00</w:t>
            </w:r>
          </w:p>
        </w:tc>
        <w:tc>
          <w:tcPr>
            <w:tcW w:w="1729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Na działce kol. J. Pelca</w:t>
            </w:r>
          </w:p>
        </w:tc>
        <w:tc>
          <w:tcPr>
            <w:tcW w:w="249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26pk (Las i zakrzaczenia - Luchów, Dąbrowica, B. Wola)</w:t>
            </w:r>
          </w:p>
        </w:tc>
        <w:tc>
          <w:tcPr>
            <w:tcW w:w="133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Wojtyna Mirosław</w:t>
            </w:r>
          </w:p>
        </w:tc>
        <w:tc>
          <w:tcPr>
            <w:tcW w:w="238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Pelc Jan</w:t>
            </w:r>
          </w:p>
        </w:tc>
        <w:tc>
          <w:tcPr>
            <w:tcW w:w="119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Polana Nowa</w:t>
              <w:br/>
              <w:t>Sarzyna</w:t>
            </w:r>
          </w:p>
        </w:tc>
        <w:tc>
          <w:tcPr>
            <w:tcW w:w="1447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Zwierzyna gruba</w:t>
              <w:br/>
              <w:t>Zwierzyna drobna</w:t>
              <w:br/>
              <w:t>Drapieżniki</w:t>
            </w:r>
          </w:p>
        </w:tc>
        <w:tc>
          <w:tcPr>
            <w:tcW w:w="663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/>
            </w:pPr>
            <w:r>
              <w:rPr/>
            </w:r>
          </w:p>
        </w:tc>
      </w:tr>
      <w:tr>
        <w:trPr>
          <w:trHeight w:val="890" w:hRule="atLeast"/>
          <w:cantSplit/>
        </w:trPr>
        <w:tc>
          <w:tcPr>
            <w:tcW w:w="386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16</w:t>
            </w:r>
          </w:p>
        </w:tc>
        <w:tc>
          <w:tcPr>
            <w:tcW w:w="2693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Polowanie pędzone od Tarnawca do Rzuchowa</w:t>
            </w:r>
          </w:p>
        </w:tc>
        <w:tc>
          <w:tcPr>
            <w:tcW w:w="127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2027-01-31</w:t>
              <w:br/>
              <w:t>g. 08:00-15:00</w:t>
            </w:r>
          </w:p>
        </w:tc>
        <w:tc>
          <w:tcPr>
            <w:tcW w:w="1729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Droga obok oczyszczalni gazu w Tarnawcu</w:t>
            </w:r>
          </w:p>
        </w:tc>
        <w:tc>
          <w:tcPr>
            <w:tcW w:w="249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26pk (Pola i łozina od Tarnawca po Ożannę i Rzuchów)</w:t>
            </w:r>
          </w:p>
        </w:tc>
        <w:tc>
          <w:tcPr>
            <w:tcW w:w="133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Lichtenberg Tomasz</w:t>
            </w:r>
          </w:p>
        </w:tc>
        <w:tc>
          <w:tcPr>
            <w:tcW w:w="238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Góral Łukasz</w:t>
            </w:r>
          </w:p>
        </w:tc>
        <w:tc>
          <w:tcPr>
            <w:tcW w:w="119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Polana Nowa</w:t>
              <w:br/>
              <w:t>Sarzyna</w:t>
            </w:r>
          </w:p>
        </w:tc>
        <w:tc>
          <w:tcPr>
            <w:tcW w:w="1447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Zwierzyna gruba</w:t>
              <w:br/>
              <w:t>Zwierzyna drobna</w:t>
              <w:br/>
              <w:t>Drapieżniki</w:t>
            </w:r>
          </w:p>
        </w:tc>
        <w:tc>
          <w:tcPr>
            <w:tcW w:w="663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/>
            </w:pPr>
            <w:r>
              <w:rPr/>
            </w:r>
          </w:p>
        </w:tc>
      </w:tr>
      <w:tr>
        <w:trPr>
          <w:trHeight w:val="890" w:hRule="atLeast"/>
          <w:cantSplit/>
        </w:trPr>
        <w:tc>
          <w:tcPr>
            <w:tcW w:w="386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17</w:t>
            </w:r>
          </w:p>
        </w:tc>
        <w:tc>
          <w:tcPr>
            <w:tcW w:w="2693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Polowanie pędzone, Baranówka-Ruda Łańcucka-Łukowa</w:t>
            </w:r>
          </w:p>
        </w:tc>
        <w:tc>
          <w:tcPr>
            <w:tcW w:w="127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2027-02-06</w:t>
              <w:br/>
              <w:t>g. 08:00-15:00</w:t>
            </w:r>
          </w:p>
        </w:tc>
        <w:tc>
          <w:tcPr>
            <w:tcW w:w="1729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Droga między Baranówką a Łukową</w:t>
            </w:r>
          </w:p>
        </w:tc>
        <w:tc>
          <w:tcPr>
            <w:tcW w:w="249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26pk (Pola, zakrzaczenia, uprawy wikliny)</w:t>
            </w:r>
          </w:p>
        </w:tc>
        <w:tc>
          <w:tcPr>
            <w:tcW w:w="133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Bąk Franciszek</w:t>
            </w:r>
          </w:p>
        </w:tc>
        <w:tc>
          <w:tcPr>
            <w:tcW w:w="238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Kąk Kamil Dawid</w:t>
            </w:r>
          </w:p>
        </w:tc>
        <w:tc>
          <w:tcPr>
            <w:tcW w:w="119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Polana Nowa</w:t>
              <w:br/>
              <w:t>Sarzyna</w:t>
            </w:r>
          </w:p>
        </w:tc>
        <w:tc>
          <w:tcPr>
            <w:tcW w:w="1447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Zwierzyna gruba</w:t>
              <w:br/>
              <w:t>Zwierzyna drobna</w:t>
              <w:br/>
              <w:t>Drapieżniki</w:t>
            </w:r>
          </w:p>
        </w:tc>
        <w:tc>
          <w:tcPr>
            <w:tcW w:w="663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/>
            </w:pPr>
            <w:r>
              <w:rPr/>
            </w:r>
          </w:p>
        </w:tc>
      </w:tr>
      <w:tr>
        <w:trPr>
          <w:trHeight w:val="890" w:hRule="atLeast"/>
          <w:cantSplit/>
        </w:trPr>
        <w:tc>
          <w:tcPr>
            <w:tcW w:w="386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18</w:t>
            </w:r>
          </w:p>
        </w:tc>
        <w:tc>
          <w:tcPr>
            <w:tcW w:w="2693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Polowanie pędzone od Łazowa do Bystrego</w:t>
            </w:r>
          </w:p>
        </w:tc>
        <w:tc>
          <w:tcPr>
            <w:tcW w:w="127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2027-02-14</w:t>
              <w:br/>
              <w:t>g. 08:00-15:00</w:t>
            </w:r>
          </w:p>
        </w:tc>
        <w:tc>
          <w:tcPr>
            <w:tcW w:w="1729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Na działce Koła w m. Bystre</w:t>
            </w:r>
          </w:p>
        </w:tc>
        <w:tc>
          <w:tcPr>
            <w:tcW w:w="249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26pk (zakrzaczenia i łozina Bystre, Łazów)</w:t>
            </w:r>
          </w:p>
        </w:tc>
        <w:tc>
          <w:tcPr>
            <w:tcW w:w="133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Murdzia Andrzej</w:t>
            </w:r>
          </w:p>
        </w:tc>
        <w:tc>
          <w:tcPr>
            <w:tcW w:w="238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Podgórny Leszek</w:t>
            </w:r>
          </w:p>
        </w:tc>
        <w:tc>
          <w:tcPr>
            <w:tcW w:w="119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Polana Nowa</w:t>
              <w:br/>
              <w:t>Sarzyna</w:t>
            </w:r>
          </w:p>
        </w:tc>
        <w:tc>
          <w:tcPr>
            <w:tcW w:w="1447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Zwierzyna gruba</w:t>
              <w:br/>
              <w:t>Zwierzyna drobna</w:t>
              <w:br/>
              <w:t>Drapieżniki</w:t>
            </w:r>
          </w:p>
        </w:tc>
        <w:tc>
          <w:tcPr>
            <w:tcW w:w="663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tbl>
      <w:tblPr>
        <w:tblW w:w="15591" w:type="dxa"/>
        <w:jc w:val="center"/>
        <w:tblInd w:w="0" w:type="dxa"/>
        <w:tblLayout w:type="fixed"/>
        <w:tblCellMar>
          <w:top w:w="55" w:type="dxa"/>
          <w:start w:w="55" w:type="dxa"/>
          <w:bottom w:w="50" w:type="dxa"/>
          <w:end w:w="45" w:type="dxa"/>
        </w:tblCellMar>
        <w:tblLook w:val="04a0" w:firstRow="1" w:noVBand="1" w:lastRow="0" w:firstColumn="1" w:lastColumn="0" w:noHBand="0"/>
      </w:tblPr>
      <w:tblGrid>
        <w:gridCol w:w="386"/>
        <w:gridCol w:w="2693"/>
        <w:gridCol w:w="1275"/>
        <w:gridCol w:w="1729"/>
        <w:gridCol w:w="2495"/>
        <w:gridCol w:w="1331"/>
        <w:gridCol w:w="2381"/>
        <w:gridCol w:w="1191"/>
        <w:gridCol w:w="1447"/>
        <w:gridCol w:w="663"/>
      </w:tblGrid>
      <w:tr>
        <w:trPr>
          <w:tblHeader w:val="true"/>
          <w:cantSplit/>
        </w:trPr>
        <w:tc>
          <w:tcPr>
            <w:tcW w:w="386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292B38" w:val="clear"/>
          </w:tcPr>
          <w:p>
            <w:pPr>
              <w:pStyle w:val="Normal"/>
              <w:pageBreakBefore/>
              <w:spacing w:lineRule="auto" w:line="245" w:before="0" w:after="0"/>
              <w:rPr/>
            </w:pPr>
            <w:r>
              <w:rPr>
                <w:b w:val="false"/>
                <w:color w:val="FFFFFF"/>
                <w:sz w:val="14"/>
              </w:rPr>
              <w:t>Lp.</w:t>
            </w:r>
          </w:p>
        </w:tc>
        <w:tc>
          <w:tcPr>
            <w:tcW w:w="2693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292B38" w:val="clear"/>
          </w:tcPr>
          <w:p>
            <w:pPr>
              <w:pStyle w:val="Normal"/>
              <w:spacing w:lineRule="auto" w:line="245" w:before="0" w:after="0"/>
              <w:rPr/>
            </w:pPr>
            <w:r>
              <w:rPr>
                <w:b w:val="false"/>
                <w:color w:val="FFFFFF"/>
                <w:sz w:val="14"/>
              </w:rPr>
              <w:t>Nazwa polowania</w:t>
            </w:r>
          </w:p>
        </w:tc>
        <w:tc>
          <w:tcPr>
            <w:tcW w:w="127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292B38" w:val="clear"/>
          </w:tcPr>
          <w:p>
            <w:pPr>
              <w:pStyle w:val="Normal"/>
              <w:spacing w:lineRule="auto" w:line="245" w:before="0" w:after="0"/>
              <w:rPr/>
            </w:pPr>
            <w:r>
              <w:rPr>
                <w:b w:val="false"/>
                <w:color w:val="FFFFFF"/>
                <w:sz w:val="14"/>
              </w:rPr>
              <w:t>Planowana</w:t>
              <w:br/>
              <w:t>data polowania</w:t>
            </w:r>
          </w:p>
        </w:tc>
        <w:tc>
          <w:tcPr>
            <w:tcW w:w="1729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292B38" w:val="clear"/>
          </w:tcPr>
          <w:p>
            <w:pPr>
              <w:pStyle w:val="Normal"/>
              <w:spacing w:lineRule="auto" w:line="245" w:before="0" w:after="0"/>
              <w:rPr/>
            </w:pPr>
            <w:r>
              <w:rPr>
                <w:b w:val="false"/>
                <w:color w:val="FFFFFF"/>
                <w:sz w:val="14"/>
              </w:rPr>
              <w:t>Miejsce zbiórki</w:t>
            </w:r>
          </w:p>
        </w:tc>
        <w:tc>
          <w:tcPr>
            <w:tcW w:w="249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292B38" w:val="clear"/>
          </w:tcPr>
          <w:p>
            <w:pPr>
              <w:pStyle w:val="Normal"/>
              <w:spacing w:lineRule="auto" w:line="245" w:before="0" w:after="0"/>
              <w:rPr/>
            </w:pPr>
            <w:r>
              <w:rPr>
                <w:b w:val="false"/>
                <w:color w:val="FFFFFF"/>
                <w:sz w:val="14"/>
              </w:rPr>
              <w:t>Nr obwodu</w:t>
            </w:r>
          </w:p>
        </w:tc>
        <w:tc>
          <w:tcPr>
            <w:tcW w:w="133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292B38" w:val="clear"/>
          </w:tcPr>
          <w:p>
            <w:pPr>
              <w:pStyle w:val="Normal"/>
              <w:spacing w:lineRule="auto" w:line="245" w:before="0" w:after="0"/>
              <w:rPr/>
            </w:pPr>
            <w:r>
              <w:rPr>
                <w:b w:val="false"/>
                <w:color w:val="FFFFFF"/>
                <w:sz w:val="14"/>
              </w:rPr>
              <w:t>Prowadzący</w:t>
              <w:br/>
              <w:t>polowanie</w:t>
            </w:r>
          </w:p>
        </w:tc>
        <w:tc>
          <w:tcPr>
            <w:tcW w:w="238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292B38" w:val="clear"/>
          </w:tcPr>
          <w:p>
            <w:pPr>
              <w:pStyle w:val="Normal"/>
              <w:spacing w:lineRule="auto" w:line="245" w:before="0" w:after="0"/>
              <w:rPr/>
            </w:pPr>
            <w:r>
              <w:rPr>
                <w:b w:val="false"/>
                <w:color w:val="FFFFFF"/>
                <w:sz w:val="14"/>
              </w:rPr>
              <w:t>Pomocnicy</w:t>
            </w:r>
          </w:p>
        </w:tc>
        <w:tc>
          <w:tcPr>
            <w:tcW w:w="119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292B38" w:val="clear"/>
          </w:tcPr>
          <w:p>
            <w:pPr>
              <w:pStyle w:val="Normal"/>
              <w:spacing w:lineRule="auto" w:line="245" w:before="0" w:after="0"/>
              <w:rPr/>
            </w:pPr>
            <w:r>
              <w:rPr>
                <w:b w:val="false"/>
                <w:color w:val="FFFFFF"/>
                <w:sz w:val="14"/>
              </w:rPr>
              <w:t>Organizator</w:t>
            </w:r>
          </w:p>
        </w:tc>
        <w:tc>
          <w:tcPr>
            <w:tcW w:w="1447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292B38" w:val="clear"/>
          </w:tcPr>
          <w:p>
            <w:pPr>
              <w:pStyle w:val="Normal"/>
              <w:spacing w:lineRule="auto" w:line="245" w:before="0" w:after="0"/>
              <w:rPr/>
            </w:pPr>
            <w:r>
              <w:rPr>
                <w:b w:val="false"/>
                <w:color w:val="FFFFFF"/>
                <w:sz w:val="14"/>
              </w:rPr>
              <w:t>Zwierzyna do</w:t>
              <w:br/>
              <w:t>pozyskania</w:t>
            </w:r>
          </w:p>
        </w:tc>
        <w:tc>
          <w:tcPr>
            <w:tcW w:w="663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292B38" w:val="clear"/>
          </w:tcPr>
          <w:p>
            <w:pPr>
              <w:pStyle w:val="Normal"/>
              <w:spacing w:lineRule="auto" w:line="245" w:before="0" w:after="0"/>
              <w:rPr/>
            </w:pPr>
            <w:r>
              <w:rPr>
                <w:b w:val="false"/>
                <w:color w:val="FFFFFF"/>
                <w:sz w:val="14"/>
              </w:rPr>
              <w:t>Uwagi</w:t>
            </w:r>
          </w:p>
        </w:tc>
      </w:tr>
      <w:tr>
        <w:trPr>
          <w:trHeight w:val="890" w:hRule="atLeast"/>
          <w:cantSplit/>
        </w:trPr>
        <w:tc>
          <w:tcPr>
            <w:tcW w:w="386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19</w:t>
            </w:r>
          </w:p>
        </w:tc>
        <w:tc>
          <w:tcPr>
            <w:tcW w:w="2693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Polowanie pędzone - Kulno po Ruską Łozinę</w:t>
            </w:r>
          </w:p>
        </w:tc>
        <w:tc>
          <w:tcPr>
            <w:tcW w:w="127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2027-02-20</w:t>
              <w:br/>
              <w:t>g. 08:00-15:00</w:t>
            </w:r>
          </w:p>
        </w:tc>
        <w:tc>
          <w:tcPr>
            <w:tcW w:w="1729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Droga leśna Kulno - obok lakierni</w:t>
            </w:r>
          </w:p>
        </w:tc>
        <w:tc>
          <w:tcPr>
            <w:tcW w:w="249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26pk (Łozina i zakrzaczenia od Kulna po Ruską Łozinę)</w:t>
            </w:r>
          </w:p>
        </w:tc>
        <w:tc>
          <w:tcPr>
            <w:tcW w:w="133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Sopylak Zbigniew</w:t>
            </w:r>
          </w:p>
        </w:tc>
        <w:tc>
          <w:tcPr>
            <w:tcW w:w="238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Pączka Andrzej</w:t>
            </w:r>
          </w:p>
        </w:tc>
        <w:tc>
          <w:tcPr>
            <w:tcW w:w="119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Polana Nowa</w:t>
              <w:br/>
              <w:t>Sarzyna</w:t>
            </w:r>
          </w:p>
        </w:tc>
        <w:tc>
          <w:tcPr>
            <w:tcW w:w="1447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Zwierzyna gruba</w:t>
              <w:br/>
              <w:t>Zwierzyna drobna</w:t>
              <w:br/>
              <w:t>Drapieżniki</w:t>
            </w:r>
          </w:p>
        </w:tc>
        <w:tc>
          <w:tcPr>
            <w:tcW w:w="663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/>
            </w:pPr>
            <w:r>
              <w:rPr/>
            </w:r>
          </w:p>
        </w:tc>
      </w:tr>
      <w:tr>
        <w:trPr>
          <w:trHeight w:val="890" w:hRule="atLeast"/>
          <w:cantSplit/>
        </w:trPr>
        <w:tc>
          <w:tcPr>
            <w:tcW w:w="386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20</w:t>
            </w:r>
          </w:p>
        </w:tc>
        <w:tc>
          <w:tcPr>
            <w:tcW w:w="2693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Polowanie kończące sezon polowań zbiorowych 2026/2027 - Bystre, Górki Krzeszowskie, Kustrawa</w:t>
            </w:r>
          </w:p>
        </w:tc>
        <w:tc>
          <w:tcPr>
            <w:tcW w:w="127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2027-02-27</w:t>
              <w:br/>
              <w:t>g. 08:00-15:00</w:t>
            </w:r>
          </w:p>
        </w:tc>
        <w:tc>
          <w:tcPr>
            <w:tcW w:w="1729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Na działce Koła w m. Bystre</w:t>
            </w:r>
          </w:p>
        </w:tc>
        <w:tc>
          <w:tcPr>
            <w:tcW w:w="2495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26pk (Prawa i lewa strona szosy od Łazowa po Krzeszów i Kustrawę)</w:t>
            </w:r>
          </w:p>
        </w:tc>
        <w:tc>
          <w:tcPr>
            <w:tcW w:w="133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Kusz Krzysztof</w:t>
            </w:r>
          </w:p>
        </w:tc>
        <w:tc>
          <w:tcPr>
            <w:tcW w:w="238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Białkowski Jerzy, Kusz Zbigniew, Kuś Waldemar, Murdzia Andrzej, Wojtyna Mirosław</w:t>
            </w:r>
          </w:p>
        </w:tc>
        <w:tc>
          <w:tcPr>
            <w:tcW w:w="1191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Polana Nowa</w:t>
              <w:br/>
              <w:t>Sarzyna</w:t>
            </w:r>
          </w:p>
        </w:tc>
        <w:tc>
          <w:tcPr>
            <w:tcW w:w="1447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</w:rPr>
              <w:t>Zwierzyna gruba</w:t>
              <w:br/>
              <w:t>Zwierzyna drobna</w:t>
              <w:br/>
              <w:t>Drapieżniki</w:t>
            </w:r>
          </w:p>
        </w:tc>
        <w:tc>
          <w:tcPr>
            <w:tcW w:w="663" w:type="dxa"/>
            <w:tcBorders>
              <w:top w:val="single" w:sz="6" w:space="0" w:color="202025"/>
              <w:start w:val="single" w:sz="6" w:space="0" w:color="202025"/>
              <w:bottom w:val="single" w:sz="6" w:space="0" w:color="202025"/>
              <w:end w:val="single" w:sz="6" w:space="0" w:color="202025"/>
            </w:tcBorders>
            <w:shd w:fill="DDE0EB" w:val="clear"/>
            <w:tcMar>
              <w:top w:w="65" w:type="dxa"/>
              <w:start w:w="45" w:type="dxa"/>
              <w:bottom w:w="55" w:type="dxa"/>
              <w:end w:w="40" w:type="dxa"/>
            </w:tcMar>
          </w:tcPr>
          <w:p>
            <w:pPr>
              <w:pStyle w:val="Normal"/>
              <w:spacing w:lineRule="auto" w:line="245" w:before="0" w:after="0"/>
              <w:rPr/>
            </w:pPr>
            <w:r>
              <w:rPr/>
            </w:r>
          </w:p>
        </w:tc>
      </w:tr>
    </w:tbl>
    <w:sectPr>
      <w:type w:val="nextPage"/>
      <w:pgSz w:orient="landscape" w:w="16838" w:h="11906"/>
      <w:pgMar w:left="624" w:right="624" w:gutter="0" w:header="0" w:top="737" w:footer="0" w:bottom="68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mbria">
    <w:charset w:val="ee" w:characterSet="windows-1250"/>
    <w:family w:val="roman"/>
    <w:pitch w:val="variable"/>
  </w:font>
  <w:font w:name="Arial"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ourier">
    <w:altName w:val="Courier New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9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0"/>
      <w:jc w:val="start"/>
    </w:pPr>
    <w:rPr>
      <w:rFonts w:ascii="Arial" w:hAnsi="Arial" w:eastAsia="ＭＳ 明朝" w:cs="" w:cstheme="minorBidi" w:eastAsiaTheme="minorEastAsia"/>
      <w:color w:val="auto"/>
      <w:kern w:val="0"/>
      <w:sz w:val="16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Nagwek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LibreOffice/26.2.3.2$Windows_X86_64 LibreOffice_project/70e089b17412e4cb7773e41413306b17a2328c34</Application>
  <AppVersion>15.0000</AppVersion>
  <Pages>3</Pages>
  <Words>798</Words>
  <Characters>4864</Characters>
  <CharactersWithSpaces>5451</CharactersWithSpaces>
  <Paragraphs>211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/>
  <dc:description>generated by python-docx</dc:description>
  <dc:language>pl-PL</dc:language>
  <cp:lastModifiedBy/>
  <dcterms:modified xsi:type="dcterms:W3CDTF">2026-10-09T08:15:26Z</dcterms:modified>
  <cp:revision>2</cp:revision>
  <dc:subject/>
  <dc:title>Plan polowań zbiorowych 2026/2027 - Polana Nowa Sarzyna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