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  <w:tblCaption w:val="Baner ogłoszenia"/>
        <w:tblDescription w:val="Hasło zachęcające do udziału w naborze na stanowisko zastępcy kierownika Zakładu Usług Komunalnych w Dłutowie."/>
      </w:tblPr>
      <w:tblGrid>
        <w:gridCol w:w="9638"/>
      </w:tblGrid>
      <w:tr w:rsidR="00173DA8" w14:paraId="025AF46B" w14:textId="77777777">
        <w:trPr>
          <w:jc w:val="center"/>
        </w:trPr>
        <w:tc>
          <w:tcPr>
            <w:tcW w:w="9638" w:type="dxa"/>
            <w:shd w:val="clear" w:color="auto" w:fill="12403F"/>
            <w:tcMar>
              <w:top w:w="260" w:type="dxa"/>
              <w:left w:w="300" w:type="dxa"/>
              <w:bottom w:w="260" w:type="dxa"/>
              <w:right w:w="300" w:type="dxa"/>
            </w:tcMar>
          </w:tcPr>
          <w:p w14:paraId="0A83D402" w14:textId="77777777" w:rsidR="00173DA8" w:rsidRDefault="00680FE1">
            <w:pPr>
              <w:spacing w:after="200"/>
            </w:pPr>
            <w:r>
              <w:rPr>
                <w:b/>
                <w:color w:val="F2A900"/>
                <w:spacing w:val="40"/>
              </w:rPr>
              <w:t>ZAKŁAD USŁUG KOMUNALNYCH W DŁUTOWIE</w:t>
            </w:r>
          </w:p>
          <w:p w14:paraId="7E6905B3" w14:textId="77777777" w:rsidR="00173DA8" w:rsidRDefault="00680FE1">
            <w:pPr>
              <w:pStyle w:val="Tytu"/>
              <w:spacing w:after="200" w:line="252" w:lineRule="auto"/>
            </w:pPr>
            <w:r>
              <w:rPr>
                <w:rFonts w:ascii="Segoe UI" w:eastAsia="Segoe UI" w:hAnsi="Segoe UI" w:cs="Segoe UI"/>
                <w:sz w:val="48"/>
              </w:rPr>
              <w:t>Chcesz realnie wpływać na jakość usług komunalnych?</w:t>
            </w:r>
          </w:p>
          <w:p w14:paraId="1E0C8DFA" w14:textId="77777777" w:rsidR="00173DA8" w:rsidRDefault="00680FE1">
            <w:pPr>
              <w:spacing w:after="200"/>
            </w:pPr>
            <w:r>
              <w:rPr>
                <w:b/>
                <w:color w:val="F2A900"/>
                <w:sz w:val="40"/>
              </w:rPr>
              <w:t>Zostań zastępcą kierownika ZUK</w:t>
            </w:r>
          </w:p>
          <w:p w14:paraId="62AF83AA" w14:textId="77777777" w:rsidR="00173DA8" w:rsidRDefault="00680FE1">
            <w:pPr>
              <w:spacing w:after="0"/>
            </w:pPr>
            <w:r>
              <w:rPr>
                <w:color w:val="FFFFFF"/>
                <w:sz w:val="26"/>
              </w:rPr>
              <w:t>Zgłoś się do 16 października 2026 r., do godz. 15:00.</w:t>
            </w:r>
          </w:p>
        </w:tc>
      </w:tr>
    </w:tbl>
    <w:p w14:paraId="765F504F" w14:textId="77777777" w:rsidR="00173DA8" w:rsidRDefault="00173DA8">
      <w:pPr>
        <w:spacing w:after="40"/>
      </w:pPr>
    </w:p>
    <w:tbl>
      <w:tblPr>
        <w:tblW w:w="0" w:type="auto"/>
        <w:jc w:val="center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4A0" w:firstRow="1" w:lastRow="0" w:firstColumn="1" w:lastColumn="0" w:noHBand="0" w:noVBand="1"/>
        <w:tblCaption w:val="Najważniejsze informacje o naborze"/>
        <w:tblDescription w:val="Termin składania dokumentów, miejsce pracy oraz rodzaj zatrudnienia."/>
      </w:tblPr>
      <w:tblGrid>
        <w:gridCol w:w="3544"/>
        <w:gridCol w:w="2884"/>
        <w:gridCol w:w="3209"/>
      </w:tblGrid>
      <w:tr w:rsidR="00173DA8" w14:paraId="55D923B7" w14:textId="77777777" w:rsidTr="00D217DF">
        <w:trPr>
          <w:tblHeader/>
          <w:jc w:val="center"/>
        </w:trPr>
        <w:tc>
          <w:tcPr>
            <w:tcW w:w="3544" w:type="dxa"/>
            <w:shd w:val="clear" w:color="auto" w:fill="12403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98E3AF" w14:textId="77777777" w:rsidR="00173DA8" w:rsidRDefault="00680FE1">
            <w:pPr>
              <w:spacing w:after="0"/>
            </w:pPr>
            <w:r>
              <w:rPr>
                <w:b/>
                <w:color w:val="F2A900"/>
                <w:spacing w:val="30"/>
                <w:sz w:val="21"/>
              </w:rPr>
              <w:t>TERMIN NABORU</w:t>
            </w:r>
          </w:p>
        </w:tc>
        <w:tc>
          <w:tcPr>
            <w:tcW w:w="2884" w:type="dxa"/>
            <w:shd w:val="clear" w:color="auto" w:fill="12403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1637A3B" w14:textId="77777777" w:rsidR="00173DA8" w:rsidRDefault="00680FE1">
            <w:pPr>
              <w:spacing w:after="0"/>
            </w:pPr>
            <w:r>
              <w:rPr>
                <w:b/>
                <w:color w:val="F2A900"/>
                <w:spacing w:val="30"/>
                <w:sz w:val="21"/>
              </w:rPr>
              <w:t>MIEJSCE PRACY</w:t>
            </w:r>
          </w:p>
        </w:tc>
        <w:tc>
          <w:tcPr>
            <w:tcW w:w="3209" w:type="dxa"/>
            <w:shd w:val="clear" w:color="auto" w:fill="12403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054F21E" w14:textId="77777777" w:rsidR="00173DA8" w:rsidRDefault="00680FE1">
            <w:pPr>
              <w:spacing w:after="0"/>
            </w:pPr>
            <w:r>
              <w:rPr>
                <w:b/>
                <w:color w:val="F2A900"/>
                <w:spacing w:val="30"/>
                <w:sz w:val="21"/>
              </w:rPr>
              <w:t>ZATRUDNIENIE</w:t>
            </w:r>
          </w:p>
        </w:tc>
      </w:tr>
      <w:tr w:rsidR="00173DA8" w14:paraId="7D3381C7" w14:textId="77777777" w:rsidTr="00D217DF">
        <w:trPr>
          <w:jc w:val="center"/>
        </w:trPr>
        <w:tc>
          <w:tcPr>
            <w:tcW w:w="3544" w:type="dxa"/>
            <w:shd w:val="clear" w:color="auto" w:fill="E6F0EE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63C13E1" w14:textId="77777777" w:rsidR="00173DA8" w:rsidRDefault="00680FE1">
            <w:pPr>
              <w:spacing w:after="40"/>
            </w:pPr>
            <w:r>
              <w:rPr>
                <w:b/>
                <w:color w:val="0F4C4A"/>
                <w:sz w:val="26"/>
              </w:rPr>
              <w:t>1–16 października 2026 r.</w:t>
            </w:r>
          </w:p>
          <w:p w14:paraId="49D34BEB" w14:textId="77777777" w:rsidR="00173DA8" w:rsidRDefault="00680FE1">
            <w:pPr>
              <w:spacing w:after="0"/>
            </w:pPr>
            <w:r>
              <w:t>dokumenty do godz. 15:00</w:t>
            </w:r>
          </w:p>
        </w:tc>
        <w:tc>
          <w:tcPr>
            <w:tcW w:w="2884" w:type="dxa"/>
            <w:shd w:val="clear" w:color="auto" w:fill="E6F0EE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A146484" w14:textId="77777777" w:rsidR="00173DA8" w:rsidRDefault="00680FE1">
            <w:pPr>
              <w:spacing w:after="40"/>
            </w:pPr>
            <w:r>
              <w:rPr>
                <w:b/>
                <w:color w:val="0F4C4A"/>
                <w:sz w:val="26"/>
              </w:rPr>
              <w:t>ZUK w Dłutowie</w:t>
            </w:r>
          </w:p>
          <w:p w14:paraId="0B60F63F" w14:textId="77777777" w:rsidR="00173DA8" w:rsidRDefault="00680FE1">
            <w:pPr>
              <w:spacing w:after="0"/>
            </w:pPr>
            <w:r>
              <w:t>ul. Polna 2, 95-081 Dłutów</w:t>
            </w:r>
          </w:p>
        </w:tc>
        <w:tc>
          <w:tcPr>
            <w:tcW w:w="3209" w:type="dxa"/>
            <w:shd w:val="clear" w:color="auto" w:fill="E6F0EE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1D37DA5" w14:textId="77777777" w:rsidR="00173DA8" w:rsidRDefault="00680FE1">
            <w:pPr>
              <w:spacing w:after="40"/>
            </w:pPr>
            <w:r>
              <w:rPr>
                <w:b/>
                <w:color w:val="0F4C4A"/>
                <w:sz w:val="26"/>
              </w:rPr>
              <w:t>Umowa o pracę</w:t>
            </w:r>
          </w:p>
          <w:p w14:paraId="4987E39B" w14:textId="77777777" w:rsidR="00173DA8" w:rsidRDefault="00680FE1">
            <w:pPr>
              <w:spacing w:after="0"/>
            </w:pPr>
            <w:r>
              <w:t>pełny wymiar czasu pracy</w:t>
            </w:r>
          </w:p>
        </w:tc>
      </w:tr>
    </w:tbl>
    <w:p w14:paraId="3C06B2A5" w14:textId="77777777" w:rsidR="00173DA8" w:rsidRDefault="00680FE1">
      <w:pPr>
        <w:pStyle w:val="Nagwek1"/>
        <w:spacing w:before="160"/>
      </w:pPr>
      <w:r>
        <w:rPr>
          <w:rFonts w:ascii="Segoe UI" w:eastAsia="Segoe UI" w:hAnsi="Segoe UI" w:cs="Segoe UI"/>
        </w:rPr>
        <w:t>Dlaczego warto do nas dołączyć?</w:t>
      </w:r>
    </w:p>
    <w:tbl>
      <w:tblPr>
        <w:tblW w:w="0" w:type="auto"/>
        <w:jc w:val="center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ayout w:type="fixed"/>
        <w:tblLook w:val="04A0" w:firstRow="1" w:lastRow="0" w:firstColumn="1" w:lastColumn="0" w:noHBand="0" w:noVBand="1"/>
        <w:tblCaption w:val="Powody, dla których warto zgłosić się do naboru"/>
        <w:tblDescription w:val="Cztery karty z hasłami zachęcającymi kandydatów."/>
      </w:tblPr>
      <w:tblGrid>
        <w:gridCol w:w="4819"/>
        <w:gridCol w:w="4819"/>
      </w:tblGrid>
      <w:tr w:rsidR="00173DA8" w14:paraId="47278305" w14:textId="77777777">
        <w:trPr>
          <w:cantSplit/>
          <w:jc w:val="center"/>
        </w:trPr>
        <w:tc>
          <w:tcPr>
            <w:tcW w:w="4819" w:type="dxa"/>
            <w:shd w:val="clear" w:color="auto" w:fill="E6F0EE"/>
            <w:tcMar>
              <w:top w:w="110" w:type="dxa"/>
              <w:left w:w="200" w:type="dxa"/>
              <w:bottom w:w="110" w:type="dxa"/>
              <w:right w:w="200" w:type="dxa"/>
            </w:tcMar>
          </w:tcPr>
          <w:p w14:paraId="68002773" w14:textId="77777777" w:rsidR="00173DA8" w:rsidRDefault="00680FE1">
            <w:r>
              <w:rPr>
                <w:b/>
                <w:color w:val="0F4C4A"/>
                <w:sz w:val="28"/>
              </w:rPr>
              <w:t>Odpowiedzialność i sprawczość</w:t>
            </w:r>
          </w:p>
          <w:p w14:paraId="68F659DD" w14:textId="77777777" w:rsidR="00173DA8" w:rsidRDefault="00680FE1">
            <w:pPr>
              <w:spacing w:after="0"/>
            </w:pPr>
            <w:r>
              <w:t>Nadzór nad wodą, ściekami, inwestycjami i majątkiem zakładu. To zadania, które mieszkańcy odczuwają każdego dnia.</w:t>
            </w:r>
          </w:p>
        </w:tc>
        <w:tc>
          <w:tcPr>
            <w:tcW w:w="4819" w:type="dxa"/>
            <w:shd w:val="clear" w:color="auto" w:fill="E6F0EE"/>
            <w:tcMar>
              <w:top w:w="110" w:type="dxa"/>
              <w:left w:w="200" w:type="dxa"/>
              <w:bottom w:w="110" w:type="dxa"/>
              <w:right w:w="200" w:type="dxa"/>
            </w:tcMar>
          </w:tcPr>
          <w:p w14:paraId="4DE2737D" w14:textId="77777777" w:rsidR="00173DA8" w:rsidRDefault="00680FE1">
            <w:r>
              <w:rPr>
                <w:b/>
                <w:color w:val="0F4C4A"/>
                <w:sz w:val="28"/>
              </w:rPr>
              <w:t>Stabilne zatrudnienie</w:t>
            </w:r>
          </w:p>
          <w:p w14:paraId="03755416" w14:textId="77777777" w:rsidR="00173DA8" w:rsidRDefault="00680FE1">
            <w:pPr>
              <w:spacing w:after="0"/>
            </w:pPr>
            <w:r>
              <w:t>Umowa o pracę w pełnym wymiarze czasu pracy w jednostce samorządowej.</w:t>
            </w:r>
          </w:p>
        </w:tc>
      </w:tr>
      <w:tr w:rsidR="00173DA8" w14:paraId="62A739A9" w14:textId="77777777">
        <w:trPr>
          <w:cantSplit/>
          <w:jc w:val="center"/>
        </w:trPr>
        <w:tc>
          <w:tcPr>
            <w:tcW w:w="4819" w:type="dxa"/>
            <w:shd w:val="clear" w:color="auto" w:fill="E6F0EE"/>
            <w:tcMar>
              <w:top w:w="110" w:type="dxa"/>
              <w:left w:w="200" w:type="dxa"/>
              <w:bottom w:w="110" w:type="dxa"/>
              <w:right w:w="200" w:type="dxa"/>
            </w:tcMar>
          </w:tcPr>
          <w:p w14:paraId="51DA250A" w14:textId="77777777" w:rsidR="00173DA8" w:rsidRDefault="00680FE1">
            <w:r>
              <w:rPr>
                <w:b/>
                <w:color w:val="0F4C4A"/>
                <w:sz w:val="28"/>
              </w:rPr>
              <w:t>Współpraca i rozwój</w:t>
            </w:r>
          </w:p>
          <w:p w14:paraId="38CBE2C0" w14:textId="77777777" w:rsidR="00173DA8" w:rsidRDefault="00680FE1">
            <w:pPr>
              <w:spacing w:after="0"/>
            </w:pPr>
            <w:r>
              <w:t>Ścisła współpraca z Urzędem Gminy i jednostkami gminnymi oraz szansa na rozwój kompetencji zarządczych.</w:t>
            </w:r>
          </w:p>
        </w:tc>
        <w:tc>
          <w:tcPr>
            <w:tcW w:w="4819" w:type="dxa"/>
            <w:shd w:val="clear" w:color="auto" w:fill="E6F0EE"/>
            <w:tcMar>
              <w:top w:w="110" w:type="dxa"/>
              <w:left w:w="200" w:type="dxa"/>
              <w:bottom w:w="110" w:type="dxa"/>
              <w:right w:w="200" w:type="dxa"/>
            </w:tcMar>
          </w:tcPr>
          <w:p w14:paraId="00C6ABBB" w14:textId="77777777" w:rsidR="00173DA8" w:rsidRDefault="00680FE1">
            <w:r>
              <w:rPr>
                <w:b/>
                <w:color w:val="0F4C4A"/>
                <w:sz w:val="28"/>
              </w:rPr>
              <w:t>Widoczne efekty pracy</w:t>
            </w:r>
          </w:p>
          <w:p w14:paraId="60B6DF73" w14:textId="77777777" w:rsidR="00173DA8" w:rsidRDefault="00680FE1">
            <w:pPr>
              <w:spacing w:after="0"/>
            </w:pPr>
            <w:r>
              <w:t>Sprawna woda, ścieki i infrastruktura to efekt, który widać na co dzień. Twoja praca będzie miała realne znaczenie.</w:t>
            </w:r>
          </w:p>
        </w:tc>
      </w:tr>
    </w:tbl>
    <w:p w14:paraId="445BE980" w14:textId="77777777" w:rsidR="00173DA8" w:rsidRDefault="00173DA8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  <w:tblCaption w:val="Zachęta do złożenia dokumentów"/>
        <w:tblDescription w:val="Wezwanie do złożenia dokumentów w naborze do 16 października 2026 r. do godziny 15:00."/>
      </w:tblPr>
      <w:tblGrid>
        <w:gridCol w:w="9638"/>
      </w:tblGrid>
      <w:tr w:rsidR="00173DA8" w14:paraId="7C15EA70" w14:textId="77777777">
        <w:trPr>
          <w:jc w:val="center"/>
        </w:trPr>
        <w:tc>
          <w:tcPr>
            <w:tcW w:w="9638" w:type="dxa"/>
            <w:shd w:val="clear" w:color="auto" w:fill="F2A900"/>
            <w:tcMar>
              <w:top w:w="140" w:type="dxa"/>
              <w:left w:w="260" w:type="dxa"/>
              <w:bottom w:w="140" w:type="dxa"/>
              <w:right w:w="260" w:type="dxa"/>
            </w:tcMar>
          </w:tcPr>
          <w:p w14:paraId="1519BCED" w14:textId="77777777" w:rsidR="00173DA8" w:rsidRDefault="00680FE1">
            <w:r>
              <w:rPr>
                <w:b/>
                <w:sz w:val="26"/>
              </w:rPr>
              <w:t>Masz doświadczenie w zarządzaniu, administracji, technice lub ochronie środowiska?</w:t>
            </w:r>
          </w:p>
          <w:p w14:paraId="17719961" w14:textId="77777777" w:rsidR="00173DA8" w:rsidRDefault="00680FE1">
            <w:pPr>
              <w:spacing w:after="0"/>
            </w:pPr>
            <w:r>
              <w:t>To ogłoszenie jest dla Ciebie. Złóż dokumenty w Sekretariacie Urzędu Gminy w Dłutowie, ul. Pabianicka 25, do 16 października 2026 r., do godz. 15:00. Szczegóły na kolejnych stronach.</w:t>
            </w:r>
          </w:p>
        </w:tc>
      </w:tr>
    </w:tbl>
    <w:p w14:paraId="6FCFC079" w14:textId="77777777" w:rsidR="00173DA8" w:rsidRDefault="00680FE1">
      <w:pPr>
        <w:pageBreakBefore/>
        <w:tabs>
          <w:tab w:val="right" w:pos="9638"/>
        </w:tabs>
      </w:pPr>
      <w:r>
        <w:lastRenderedPageBreak/>
        <w:t>WG.2111.2.2026.ŁS</w:t>
      </w:r>
      <w:r>
        <w:tab/>
        <w:t>Dłutów, dnia 1 października 2026 roku</w:t>
      </w:r>
    </w:p>
    <w:p w14:paraId="1017D07B" w14:textId="77777777" w:rsidR="00173DA8" w:rsidRDefault="00680FE1">
      <w:pPr>
        <w:pStyle w:val="Nagwek1"/>
        <w:spacing w:before="240"/>
        <w:jc w:val="center"/>
      </w:pPr>
      <w:r>
        <w:rPr>
          <w:rFonts w:ascii="Segoe UI" w:eastAsia="Segoe UI" w:hAnsi="Segoe UI" w:cs="Segoe UI"/>
        </w:rPr>
        <w:t>Wójt Gminy Dłutów</w:t>
      </w:r>
    </w:p>
    <w:p w14:paraId="7CA5AF29" w14:textId="77777777" w:rsidR="00173DA8" w:rsidRDefault="00680FE1">
      <w:pPr>
        <w:spacing w:after="40"/>
        <w:jc w:val="center"/>
      </w:pPr>
      <w:r>
        <w:rPr>
          <w:b/>
          <w:sz w:val="30"/>
        </w:rPr>
        <w:t>ogłasza nabór</w:t>
      </w:r>
    </w:p>
    <w:p w14:paraId="7B3DA5BC" w14:textId="77777777" w:rsidR="00173DA8" w:rsidRDefault="00680FE1">
      <w:pPr>
        <w:spacing w:after="40"/>
        <w:jc w:val="center"/>
      </w:pPr>
      <w:r>
        <w:rPr>
          <w:b/>
          <w:color w:val="0F4C4A"/>
          <w:sz w:val="30"/>
        </w:rPr>
        <w:t>na stanowisko zastępcy kierownika (K/M)</w:t>
      </w:r>
    </w:p>
    <w:p w14:paraId="070C2898" w14:textId="77777777" w:rsidR="00173DA8" w:rsidRDefault="00680FE1">
      <w:pPr>
        <w:spacing w:after="160"/>
        <w:jc w:val="center"/>
      </w:pPr>
      <w:r>
        <w:rPr>
          <w:b/>
          <w:color w:val="0F4C4A"/>
          <w:sz w:val="30"/>
        </w:rPr>
        <w:t>w Zakładzie Usług Komunalnych w Dłutowie</w:t>
      </w:r>
    </w:p>
    <w:p w14:paraId="787DF61A" w14:textId="77777777" w:rsidR="00173DA8" w:rsidRDefault="00680FE1">
      <w:pPr>
        <w:pStyle w:val="Nagwek2"/>
        <w:pBdr>
          <w:bottom w:val="single" w:sz="12" w:space="2" w:color="F2A900"/>
        </w:pBdr>
      </w:pPr>
      <w:r>
        <w:rPr>
          <w:rFonts w:ascii="Segoe UI" w:eastAsia="Segoe UI" w:hAnsi="Segoe UI" w:cs="Segoe UI"/>
        </w:rPr>
        <w:t>1. Nazwa i adres jednostki</w:t>
      </w:r>
    </w:p>
    <w:p w14:paraId="13574E11" w14:textId="77777777" w:rsidR="00173DA8" w:rsidRDefault="00680FE1">
      <w:pPr>
        <w:spacing w:after="40"/>
      </w:pPr>
      <w:r>
        <w:rPr>
          <w:b/>
        </w:rPr>
        <w:t xml:space="preserve">Jednostka prowadząca nabór: </w:t>
      </w:r>
      <w:r>
        <w:t>Urząd Gminy w Dłutowie, ul. Pabianicka 25, 95-081 Dłutów.</w:t>
      </w:r>
    </w:p>
    <w:p w14:paraId="175A9727" w14:textId="77777777" w:rsidR="00173DA8" w:rsidRDefault="00680FE1">
      <w:pPr>
        <w:spacing w:after="40"/>
      </w:pPr>
      <w:r>
        <w:rPr>
          <w:b/>
        </w:rPr>
        <w:t xml:space="preserve">Miejsce pracy: </w:t>
      </w:r>
      <w:r>
        <w:t>Zakład Usług Komunalnych w Dłutowie, ul. Polna 2, 95-081 Dłutów.</w:t>
      </w:r>
    </w:p>
    <w:p w14:paraId="096576C2" w14:textId="77777777" w:rsidR="00173DA8" w:rsidRDefault="00680FE1">
      <w:pPr>
        <w:pStyle w:val="Nagwek2"/>
        <w:pBdr>
          <w:bottom w:val="single" w:sz="12" w:space="2" w:color="F2A900"/>
        </w:pBdr>
      </w:pPr>
      <w:r>
        <w:rPr>
          <w:rFonts w:ascii="Segoe UI" w:eastAsia="Segoe UI" w:hAnsi="Segoe UI" w:cs="Segoe UI"/>
        </w:rPr>
        <w:t>2. Określenie stanowiska urzędniczego</w:t>
      </w:r>
    </w:p>
    <w:p w14:paraId="14899DD0" w14:textId="77777777" w:rsidR="00173DA8" w:rsidRDefault="00680FE1">
      <w:r>
        <w:t>Zastępca / zastępczyni kierownika Zakładu Usług Komunalnych w Dłutowie (zwanego dalej „ZUK”), pełny wymiar czasu pracy, umowa o pracę.</w:t>
      </w:r>
    </w:p>
    <w:p w14:paraId="7E77E3EA" w14:textId="77777777" w:rsidR="00173DA8" w:rsidRDefault="00680FE1">
      <w:pPr>
        <w:pStyle w:val="Nagwek2"/>
        <w:pBdr>
          <w:bottom w:val="single" w:sz="12" w:space="2" w:color="F2A900"/>
        </w:pBdr>
      </w:pPr>
      <w:r>
        <w:rPr>
          <w:rFonts w:ascii="Segoe UI" w:eastAsia="Segoe UI" w:hAnsi="Segoe UI" w:cs="Segoe UI"/>
        </w:rPr>
        <w:t>3. Zakres zadań wykonywanych na stanowisku</w:t>
      </w:r>
    </w:p>
    <w:p w14:paraId="586F806B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1)</w:t>
      </w:r>
      <w:r>
        <w:tab/>
        <w:t>wspieranie kierownika w realizacji zadań związanych z bieżącym kierowaniem ZUK;</w:t>
      </w:r>
    </w:p>
    <w:p w14:paraId="489E5ED0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2)</w:t>
      </w:r>
      <w:r>
        <w:tab/>
      </w:r>
      <w:r>
        <w:t>nadzór nad wyznaczonymi komórkami organizacyjnymi lub obszarami działalności ZUK;</w:t>
      </w:r>
    </w:p>
    <w:p w14:paraId="7EA83883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3)</w:t>
      </w:r>
      <w:r>
        <w:tab/>
        <w:t>wykonywanie innych zadań powierzonych przez kierownika;</w:t>
      </w:r>
    </w:p>
    <w:p w14:paraId="168CE976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4)</w:t>
      </w:r>
      <w:r>
        <w:tab/>
        <w:t>wykonywanie czynności w zastępstwie kierownika w przypadku jego nieobecności lub czasowej niezdolności do pracy;</w:t>
      </w:r>
    </w:p>
    <w:p w14:paraId="36E50EB0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5)</w:t>
      </w:r>
      <w:r>
        <w:tab/>
        <w:t>nadzór nad prawidłowym i terminowym wykonywaniem zadań z zakresu gospodarki komunalnej przez podległych pracowników;</w:t>
      </w:r>
    </w:p>
    <w:p w14:paraId="0C713FF8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6)</w:t>
      </w:r>
      <w:r>
        <w:tab/>
        <w:t>koordynacja i prowadzenie spraw związanych z bieżącymi zadaniami inwestycyjnymi jednostki;</w:t>
      </w:r>
    </w:p>
    <w:p w14:paraId="6FAFD240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7)</w:t>
      </w:r>
      <w:r>
        <w:tab/>
      </w:r>
      <w:r>
        <w:t>nadzór nad utrzymaniem sprawności technicznej maszyn i urządzeń stanowiących mienie zakładu;</w:t>
      </w:r>
    </w:p>
    <w:p w14:paraId="4721D431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8)</w:t>
      </w:r>
      <w:r>
        <w:tab/>
        <w:t>nadzór nad umowami z kontrahentami, dostawcami oraz umowami z mieszkańcami (w tym za dostarczanie wody i odbiór ścieków);</w:t>
      </w:r>
    </w:p>
    <w:p w14:paraId="77D627DA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9)</w:t>
      </w:r>
      <w:r>
        <w:tab/>
        <w:t>nadzór nad terminowym przygotowywaniem i składaniem sprawozdań z działalności merytorycznej zakładu;</w:t>
      </w:r>
    </w:p>
    <w:p w14:paraId="6DC3BE0B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10)</w:t>
      </w:r>
      <w:r>
        <w:tab/>
        <w:t>nadzór nad egzekwowaniem i ściąganiem należności za usługi komunalne świadczone przez ZUK;</w:t>
      </w:r>
    </w:p>
    <w:p w14:paraId="095EA2E9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11)</w:t>
      </w:r>
      <w:r>
        <w:tab/>
        <w:t>ścisła współpraca z Urzędem Gminy w Dłutowie i innymi jednostkami podległymi Gminie.</w:t>
      </w:r>
    </w:p>
    <w:p w14:paraId="0E9C8250" w14:textId="77777777" w:rsidR="00173DA8" w:rsidRDefault="00680FE1">
      <w:pPr>
        <w:pStyle w:val="Nagwek2"/>
        <w:pBdr>
          <w:bottom w:val="single" w:sz="12" w:space="2" w:color="F2A900"/>
        </w:pBdr>
      </w:pPr>
      <w:r>
        <w:rPr>
          <w:rFonts w:ascii="Segoe UI" w:eastAsia="Segoe UI" w:hAnsi="Segoe UI" w:cs="Segoe UI"/>
        </w:rPr>
        <w:t>4. Wymagania niezbędne związane ze stanowiskiem urzędniczym</w:t>
      </w:r>
    </w:p>
    <w:p w14:paraId="253FFD59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1)</w:t>
      </w:r>
      <w:r>
        <w:tab/>
        <w:t>obywatelstwo polskie, z zastrzeżeniem art. 11 ust. 2 i 3 ustawy o pracownikach samorządowych;</w:t>
      </w:r>
    </w:p>
    <w:p w14:paraId="22E70159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lastRenderedPageBreak/>
        <w:t>2)</w:t>
      </w:r>
      <w:r>
        <w:tab/>
        <w:t>ukończone 18 lat;</w:t>
      </w:r>
    </w:p>
    <w:p w14:paraId="132B67C9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3)</w:t>
      </w:r>
      <w:r>
        <w:tab/>
        <w:t>pełna zdolność do czynności prawnych i korzystanie z pełni praw publicznych oraz brak skazania prawomocnym wyrokiem sądu za umyślne przestępstwo ścigane z oskarżenia publicznego lub umyślne przestępstwo skarbowe;</w:t>
      </w:r>
    </w:p>
    <w:p w14:paraId="03394332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4)</w:t>
      </w:r>
      <w:r>
        <w:tab/>
        <w:t>nieposzlakowana opinia;</w:t>
      </w:r>
    </w:p>
    <w:p w14:paraId="46D378FB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5)</w:t>
      </w:r>
      <w:r>
        <w:tab/>
        <w:t>stan zdrowia pozwalający na zatrudnienie na określonym stanowisku;</w:t>
      </w:r>
    </w:p>
    <w:p w14:paraId="39D50848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6)</w:t>
      </w:r>
      <w:r>
        <w:tab/>
      </w:r>
      <w:r>
        <w:t>wykształcenie wyższe z co najmniej 3-letnim stażem pracy (lub wykonywanie przez co najmniej 3 lata działalności gospodarczej o charakterze zgodnym z wymaganiami na tym stanowisku).</w:t>
      </w:r>
    </w:p>
    <w:p w14:paraId="3CAB8D7F" w14:textId="77777777" w:rsidR="00173DA8" w:rsidRDefault="00680FE1">
      <w:pPr>
        <w:pStyle w:val="Nagwek2"/>
        <w:pBdr>
          <w:bottom w:val="single" w:sz="12" w:space="2" w:color="F2A900"/>
        </w:pBdr>
      </w:pPr>
      <w:r>
        <w:rPr>
          <w:rFonts w:ascii="Segoe UI" w:eastAsia="Segoe UI" w:hAnsi="Segoe UI" w:cs="Segoe UI"/>
        </w:rPr>
        <w:t>5. Wymagania dodatkowe związane ze stanowiskiem urzędniczym</w:t>
      </w:r>
    </w:p>
    <w:p w14:paraId="1C6004B9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1)</w:t>
      </w:r>
      <w:r>
        <w:tab/>
        <w:t>wykształcenie z zakresu administracji, zarządzania, prawa, ochrony środowiska lub techniczne (branża budowlana/inżynieryjna);</w:t>
      </w:r>
    </w:p>
    <w:p w14:paraId="2AA200E7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2)</w:t>
      </w:r>
      <w:r>
        <w:tab/>
        <w:t>co najmniej roczne doświadczenie na stanowisku pracy o podobnym zakresie czynności lub</w:t>
      </w:r>
    </w:p>
    <w:p w14:paraId="240973A3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3)</w:t>
      </w:r>
      <w:r>
        <w:tab/>
      </w:r>
      <w:r>
        <w:t>co najmniej roczne doświadczenie pracy w jednostce samorządu terytorialnego lub</w:t>
      </w:r>
    </w:p>
    <w:p w14:paraId="19A60644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4)</w:t>
      </w:r>
      <w:r>
        <w:tab/>
        <w:t>co najmniej roczne doświadczenie pracy na stanowisku kierowniczym;</w:t>
      </w:r>
    </w:p>
    <w:p w14:paraId="114B0E36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5)</w:t>
      </w:r>
      <w:r>
        <w:tab/>
        <w:t>umiejętność korzystania z przepisów prawa;</w:t>
      </w:r>
    </w:p>
    <w:p w14:paraId="076CE73E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6)</w:t>
      </w:r>
      <w:r>
        <w:tab/>
        <w:t>znajomość przepisów z zakresu ustawy o gospodarce komunalnej;</w:t>
      </w:r>
    </w:p>
    <w:p w14:paraId="77EFDCC8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7)</w:t>
      </w:r>
      <w:r>
        <w:tab/>
        <w:t>znajomość przepisów z zakresu kodeksu postępowania administracyjnego, prawa zamówień publicznych, ustawy o samorządzie gminnym oraz ustawy o pracownikach samorządowych;</w:t>
      </w:r>
    </w:p>
    <w:p w14:paraId="47F5EBC0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8)</w:t>
      </w:r>
      <w:r>
        <w:tab/>
        <w:t>umiejętność obsługi komputera;</w:t>
      </w:r>
    </w:p>
    <w:p w14:paraId="406211C5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9)</w:t>
      </w:r>
      <w:r>
        <w:tab/>
        <w:t>zdolność analitycznego myślenia;</w:t>
      </w:r>
    </w:p>
    <w:p w14:paraId="0D50976C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10)</w:t>
      </w:r>
      <w:r>
        <w:tab/>
      </w:r>
      <w:r>
        <w:t>komunikatywność, umiejętność pracy w zespole;</w:t>
      </w:r>
    </w:p>
    <w:p w14:paraId="67CDD071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11)</w:t>
      </w:r>
      <w:r>
        <w:tab/>
        <w:t>prawo jazdy kategorii B.</w:t>
      </w:r>
    </w:p>
    <w:p w14:paraId="5DC26075" w14:textId="77777777" w:rsidR="00173DA8" w:rsidRDefault="00680FE1">
      <w:pPr>
        <w:pStyle w:val="Nagwek2"/>
        <w:pBdr>
          <w:bottom w:val="single" w:sz="12" w:space="2" w:color="F2A900"/>
        </w:pBdr>
      </w:pPr>
      <w:r>
        <w:rPr>
          <w:rFonts w:ascii="Segoe UI" w:eastAsia="Segoe UI" w:hAnsi="Segoe UI" w:cs="Segoe UI"/>
        </w:rPr>
        <w:t>6. Preferowane cechy osobowe kandydata</w:t>
      </w:r>
    </w:p>
    <w:p w14:paraId="04FB4771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1)</w:t>
      </w:r>
      <w:r>
        <w:tab/>
        <w:t>umiejętność komunikacji z klientem;</w:t>
      </w:r>
    </w:p>
    <w:p w14:paraId="36F072D9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2)</w:t>
      </w:r>
      <w:r>
        <w:tab/>
        <w:t>samodzielność, umiejętność organizacji pracy własnej na danym stanowisku;</w:t>
      </w:r>
    </w:p>
    <w:p w14:paraId="4172BC88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3)</w:t>
      </w:r>
      <w:r>
        <w:tab/>
        <w:t>umiejętność pracy w zespole;</w:t>
      </w:r>
    </w:p>
    <w:p w14:paraId="69B7951B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4)</w:t>
      </w:r>
      <w:r>
        <w:tab/>
        <w:t>zdolność szybkiego uczenia się.</w:t>
      </w:r>
    </w:p>
    <w:p w14:paraId="42E015A2" w14:textId="77777777" w:rsidR="00173DA8" w:rsidRDefault="00680FE1">
      <w:pPr>
        <w:pStyle w:val="Nagwek2"/>
        <w:pBdr>
          <w:bottom w:val="single" w:sz="12" w:space="2" w:color="F2A900"/>
        </w:pBdr>
      </w:pPr>
      <w:r>
        <w:rPr>
          <w:rFonts w:ascii="Segoe UI" w:eastAsia="Segoe UI" w:hAnsi="Segoe UI" w:cs="Segoe UI"/>
        </w:rPr>
        <w:t>7. Warunki pracy na stanowisku</w:t>
      </w:r>
    </w:p>
    <w:p w14:paraId="29AAC61D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1)</w:t>
      </w:r>
      <w:r>
        <w:tab/>
        <w:t>praca w pełnym wymiarze czasu pracy, od poniedziałku do piątku w godzinach 8:00–16:00;</w:t>
      </w:r>
    </w:p>
    <w:p w14:paraId="177F0D58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2)</w:t>
      </w:r>
      <w:r>
        <w:tab/>
      </w:r>
      <w:r>
        <w:t>miejsce wykonywania pracy: siedziba ZUK w Dłutowie, ul. Polna 2, z koniecznością wyjazdów służbowych w teren (obiekty i urządzenia gospodarki komunalnej na terenie gminy);</w:t>
      </w:r>
    </w:p>
    <w:p w14:paraId="002FB566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3)</w:t>
      </w:r>
      <w:r>
        <w:tab/>
        <w:t>praca w pomieszczeniu biurowym z wykorzystaniem komputera oraz praca w terenie;</w:t>
      </w:r>
    </w:p>
    <w:p w14:paraId="414EC805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4)</w:t>
      </w:r>
      <w:r>
        <w:tab/>
        <w:t>stanowisko związane z bezpośrednim kontaktem z mieszkańcami, kontrahentami i pracownikami jednostek gminnych;</w:t>
      </w:r>
    </w:p>
    <w:p w14:paraId="065C49FA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lastRenderedPageBreak/>
        <w:t>5)</w:t>
      </w:r>
      <w:r>
        <w:tab/>
        <w:t>zatrudnienie na podstawie umowy o pracę, przewidywany termin rozpoczęcia pracy: 2 listopada 2026 r.</w:t>
      </w:r>
    </w:p>
    <w:p w14:paraId="1D8EBBBD" w14:textId="77777777" w:rsidR="00173DA8" w:rsidRDefault="00680FE1">
      <w:pPr>
        <w:pStyle w:val="Nagwek2"/>
        <w:pBdr>
          <w:bottom w:val="single" w:sz="12" w:space="2" w:color="F2A900"/>
        </w:pBdr>
      </w:pPr>
      <w:r>
        <w:rPr>
          <w:rFonts w:ascii="Segoe UI" w:eastAsia="Segoe UI" w:hAnsi="Segoe UI" w:cs="Segoe UI"/>
        </w:rPr>
        <w:t>8. Wymagane dokumenty</w:t>
      </w:r>
    </w:p>
    <w:p w14:paraId="07C4F2D1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1)</w:t>
      </w:r>
      <w:r>
        <w:tab/>
      </w:r>
      <w:r>
        <w:t>list motywacyjny;</w:t>
      </w:r>
    </w:p>
    <w:p w14:paraId="29A3F566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2)</w:t>
      </w:r>
      <w:r>
        <w:tab/>
        <w:t>życiorys (CV) z uwzględnieniem dokładnego przebiegu kariery zawodowej;</w:t>
      </w:r>
    </w:p>
    <w:p w14:paraId="120A09BF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3)</w:t>
      </w:r>
      <w:r>
        <w:tab/>
        <w:t>kopie dokumentów potwierdzających posiadane wykształcenie (poświadczone przez kandydata za zgodność z oryginałem);</w:t>
      </w:r>
    </w:p>
    <w:p w14:paraId="2624A700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4)</w:t>
      </w:r>
      <w:r>
        <w:tab/>
        <w:t>kopie dokumentów potwierdzających staż pracy (poświadczone przez kandydata za zgodność z oryginałem) z uwzględnieniem umów zlecenia, umów o dzieło oraz jednoosobowej działalności gospodarczej, w ramach których płacone były składki społeczne;</w:t>
      </w:r>
    </w:p>
    <w:p w14:paraId="672770D5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5)</w:t>
      </w:r>
      <w:r>
        <w:tab/>
      </w:r>
      <w:r>
        <w:t>oświadczenie o posiadaniu obywatelstwa polskiego lub obywatelstwa zgodnego z art. 11 ust. 2 i 3 ustawy o pracownikach samorządowych;</w:t>
      </w:r>
    </w:p>
    <w:p w14:paraId="6F20804E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6)</w:t>
      </w:r>
      <w:r>
        <w:tab/>
        <w:t>oświadczenie kandydata o posiadaniu pełnej zdolności do czynności prawnych oraz do korzystania z pełni praw publicznych;</w:t>
      </w:r>
    </w:p>
    <w:p w14:paraId="4CE723E0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7)</w:t>
      </w:r>
      <w:r>
        <w:tab/>
        <w:t>oświadczenie kandydata, że nie był skazany prawomocnym wyrokiem sądu za umyślne przestępstwo ścigane z oskarżenia publicznego lub umyślne przestępstwo skarbowe;</w:t>
      </w:r>
    </w:p>
    <w:p w14:paraId="5A5825CF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8)</w:t>
      </w:r>
      <w:r>
        <w:tab/>
        <w:t>oświadczenie o stanie zdrowia pozwalającym na zatrudnienie na określonym stanowisku;</w:t>
      </w:r>
    </w:p>
    <w:p w14:paraId="02AF6373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9)</w:t>
      </w:r>
      <w:r>
        <w:tab/>
      </w:r>
      <w:r>
        <w:t>podpisane oświadczenie dotyczące ochrony danych osobowych (załącznik nr 1);</w:t>
      </w:r>
    </w:p>
    <w:p w14:paraId="1D86DFD0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10)</w:t>
      </w:r>
      <w:r>
        <w:tab/>
        <w:t>kopia dokumentu potwierdzającego niepełnosprawność – wyłącznie w przypadku kandydata, który zamierza skorzystać z uprawnienia, o którym mowa w art. 13a ust. 2 ustawy o pracownikach samorządowych (patrz pkt 10 ppkt 8–9);</w:t>
      </w:r>
    </w:p>
    <w:p w14:paraId="5A44E869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11)</w:t>
      </w:r>
      <w:r>
        <w:tab/>
        <w:t>inne dokumenty o posiadanych kwalifikacjach i umiejętnościach według uznania kandydata.</w:t>
      </w:r>
    </w:p>
    <w:p w14:paraId="2094D751" w14:textId="77777777" w:rsidR="00173DA8" w:rsidRDefault="00680FE1">
      <w:pPr>
        <w:spacing w:before="80"/>
      </w:pPr>
      <w:r>
        <w:rPr>
          <w:i/>
        </w:rPr>
        <w:t>Wzór oświadczeń wymienionych w ppkt 5–8 stanowi załącznik nr 2. Kandydat może złożyć oświadczenia na własnym wzorze, o ile zawierają wymagane treści.</w:t>
      </w:r>
    </w:p>
    <w:p w14:paraId="091509BB" w14:textId="77777777" w:rsidR="00173DA8" w:rsidRDefault="00680FE1">
      <w:pPr>
        <w:pStyle w:val="Nagwek2"/>
        <w:pBdr>
          <w:bottom w:val="single" w:sz="12" w:space="2" w:color="F2A900"/>
        </w:pBdr>
      </w:pPr>
      <w:r>
        <w:rPr>
          <w:rFonts w:ascii="Segoe UI" w:eastAsia="Segoe UI" w:hAnsi="Segoe UI" w:cs="Segoe UI"/>
        </w:rPr>
        <w:t>9. Termin i miejsce składania dokumentów</w:t>
      </w:r>
    </w:p>
    <w:p w14:paraId="07231378" w14:textId="77777777" w:rsidR="00173DA8" w:rsidRDefault="00680FE1">
      <w:r>
        <w:rPr>
          <w:b/>
        </w:rPr>
        <w:t>Termin: od 1 października 2026 roku do 16 października 2026 roku do godz. 15:00.</w:t>
      </w:r>
    </w:p>
    <w:p w14:paraId="67AE8F79" w14:textId="77777777" w:rsidR="00173DA8" w:rsidRDefault="00680FE1">
      <w:r>
        <w:t>Dokumenty, które wpłyną do Urzędu po wyżej określonym terminie, nie będą rozpatrywane (liczy się data i godzina wpływu do Urzędu).</w:t>
      </w:r>
    </w:p>
    <w:p w14:paraId="2EC30D98" w14:textId="77777777" w:rsidR="00173DA8" w:rsidRDefault="00680FE1">
      <w:r>
        <w:rPr>
          <w:b/>
        </w:rPr>
        <w:t xml:space="preserve">Miejsce: </w:t>
      </w:r>
      <w:r>
        <w:t>Urząd Gminy w Dłutowie, ul. Pabianicka 25, 95-081 Dłutów – Sekretariat, w zamkniętej kopercie z dopiskiem: „Oferta pracy na stanowisko zastępcy / zastępczyni kierownika Zakładu Usług Komunalnych w Dłutowie”.</w:t>
      </w:r>
    </w:p>
    <w:p w14:paraId="0BED44A2" w14:textId="77777777" w:rsidR="00173DA8" w:rsidRDefault="00680FE1">
      <w:pPr>
        <w:pStyle w:val="Nagwek2"/>
        <w:pBdr>
          <w:bottom w:val="single" w:sz="12" w:space="2" w:color="F2A900"/>
        </w:pBdr>
      </w:pPr>
      <w:r>
        <w:rPr>
          <w:rFonts w:ascii="Segoe UI" w:eastAsia="Segoe UI" w:hAnsi="Segoe UI" w:cs="Segoe UI"/>
        </w:rPr>
        <w:t>10. Informacje dodatkowe o naborze</w:t>
      </w:r>
    </w:p>
    <w:p w14:paraId="286EA81C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1)</w:t>
      </w:r>
      <w:r>
        <w:tab/>
        <w:t>informacje o kandydatach, którzy zgłosili się do naboru, stanowią informację publiczną w zakresie objętym wymaganiami związanymi ze stanowiskiem urzędniczym określonym w ogłoszeniu o naborze;</w:t>
      </w:r>
    </w:p>
    <w:p w14:paraId="383408EC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lastRenderedPageBreak/>
        <w:t>2)</w:t>
      </w:r>
      <w:r>
        <w:tab/>
      </w:r>
      <w:r>
        <w:t>spośród kandydatów spełniających wymagania formalne komisja wybierze osoby zaproszone do kolejnego etapu naboru, jakim jest rozmowa kwalifikacyjna; wyboru dokonuje się na podstawie analizy złożonych dokumentów (w szczególności listu motywacyjnego i życiorysu) pod kątem dopasowania kandydata do stanowiska, dlatego spełnienie wymagań formalnych nie gwarantuje zaproszenia na rozmowę;</w:t>
      </w:r>
    </w:p>
    <w:p w14:paraId="3F471BE7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3)</w:t>
      </w:r>
      <w:r>
        <w:tab/>
      </w:r>
      <w:r>
        <w:t>kandydaci wybrani do kolejnego etapu naboru zostaną zaproszeni indywidualnie na rozmowę kwalifikacyjną ze wskazaniem miejsca, daty i godziny;</w:t>
      </w:r>
    </w:p>
    <w:p w14:paraId="2606426A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4)</w:t>
      </w:r>
      <w:r>
        <w:tab/>
        <w:t>informację o wyniku naboru upowszechnia się w terminie 14 dni od dnia zatrudnienia wybranego kandydata albo zakończenia procedury naboru, w przypadku gdy w jego wyniku nie doszło do zatrudnienia żadnego kandydata;</w:t>
      </w:r>
    </w:p>
    <w:p w14:paraId="592E99A6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5)</w:t>
      </w:r>
      <w:r>
        <w:tab/>
        <w:t>informację o wyniku naboru upowszechnia się w Biuletynie Informacji Publicznej;</w:t>
      </w:r>
    </w:p>
    <w:p w14:paraId="6BC95789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6)</w:t>
      </w:r>
      <w:r>
        <w:tab/>
      </w:r>
      <w:r>
        <w:t>jeżeli stosunek pracy osoby wyłonionej w drodze naboru ustał w ciągu 3 miesięcy od dnia nawiązania stosunku pracy, możliwe jest zatrudnienie na tym samym stanowisku kolejnej osoby spośród najlepszych kandydatów wymienionych w protokole przeprowadzonego naboru;</w:t>
      </w:r>
    </w:p>
    <w:p w14:paraId="263001A1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7)</w:t>
      </w:r>
      <w:r>
        <w:tab/>
      </w:r>
      <w:r>
        <w:t>dokumenty kandydatów niezakwalifikowanych do dalszego etapu procesu naboru można odebrać w Sekretariacie Urzędu Gminy w Dłutowie, ul. Pabianicka 25, w ciągu 30 dni od zakończenia procesu naboru; po tym czasie w terminie 7 dni nieodebrane dokumenty zostaną zniszczone, o czym sporządza się protokół zniszczenia;</w:t>
      </w:r>
    </w:p>
    <w:p w14:paraId="1ABB55D5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8)</w:t>
      </w:r>
      <w:r>
        <w:tab/>
      </w:r>
      <w:r>
        <w:t>wskaźnik zatrudnienia osób niepełnosprawnych w Urzędzie Gminy w Dłutowie, w rozumieniu przepisów o rehabilitacji zawodowej i społecznej oraz zatrudnianiu osób niepełnosprawnych, w miesiącu poprzedzającym datę upublicznienia ogłoszenia o naborze jest niższy niż 6%;</w:t>
      </w:r>
    </w:p>
    <w:p w14:paraId="1FD885C7" w14:textId="77777777" w:rsidR="00173DA8" w:rsidRDefault="00680FE1">
      <w:pPr>
        <w:tabs>
          <w:tab w:val="left" w:pos="510"/>
        </w:tabs>
        <w:spacing w:after="60"/>
        <w:ind w:left="510" w:hanging="510"/>
      </w:pPr>
      <w:r>
        <w:t>9)</w:t>
      </w:r>
      <w:r>
        <w:tab/>
      </w:r>
      <w:r>
        <w:t>z uwagi na fakt, że wskaźnik, o którym mowa w ppkt 7, jest niższy niż 6%, pierwszeństwo w zatrudnieniu na stanowiskach urzędniczych, z wyłączeniem kierowniczych stanowisk urzędniczych, przysługuje osobie niepełnosprawnej, o ile znajduje się w gronie nie więcej niż pięciu najlepszych kandydatów wyłonionych przez komisję w toku naboru (art. 13a ust. 1 ustawy o pracownikach samorządowych).</w:t>
      </w:r>
    </w:p>
    <w:p w14:paraId="5090DC03" w14:textId="77777777" w:rsidR="00173DA8" w:rsidRDefault="00680FE1">
      <w:pPr>
        <w:pStyle w:val="Nagwek2"/>
        <w:pBdr>
          <w:bottom w:val="single" w:sz="12" w:space="2" w:color="F2A900"/>
        </w:pBdr>
      </w:pPr>
      <w:r>
        <w:rPr>
          <w:rFonts w:ascii="Segoe UI" w:eastAsia="Segoe UI" w:hAnsi="Segoe UI" w:cs="Segoe UI"/>
        </w:rPr>
        <w:t>11. Oświadczenie dotyczące ochrony danych osobowych</w:t>
      </w:r>
    </w:p>
    <w:p w14:paraId="60554C2F" w14:textId="77777777" w:rsidR="00173DA8" w:rsidRDefault="00680FE1">
      <w:r>
        <w:t>Oświadczenie należy podpisać i dołączyć do dokumentów aplikacyjnych (załącznik nr 1).</w:t>
      </w:r>
    </w:p>
    <w:p w14:paraId="435892E5" w14:textId="77777777" w:rsidR="00173DA8" w:rsidRDefault="00173DA8">
      <w:pPr>
        <w:spacing w:before="1400" w:after="0"/>
      </w:pPr>
    </w:p>
    <w:p w14:paraId="380843A4" w14:textId="77777777" w:rsidR="00173DA8" w:rsidRDefault="00680FE1">
      <w:pPr>
        <w:pageBreakBefore/>
        <w:spacing w:after="40"/>
        <w:jc w:val="right"/>
      </w:pPr>
      <w:r>
        <w:rPr>
          <w:i/>
        </w:rPr>
        <w:lastRenderedPageBreak/>
        <w:t>Załącznik nr 1</w:t>
      </w:r>
    </w:p>
    <w:p w14:paraId="3017CC5C" w14:textId="77777777" w:rsidR="00173DA8" w:rsidRDefault="00680FE1">
      <w:pPr>
        <w:pStyle w:val="Nagwek1"/>
      </w:pPr>
      <w:r>
        <w:rPr>
          <w:rFonts w:ascii="Segoe UI" w:eastAsia="Segoe UI" w:hAnsi="Segoe UI" w:cs="Segoe UI"/>
          <w:sz w:val="34"/>
        </w:rPr>
        <w:t>Oświadczenie kandydata dotyczące ochrony danych osobowych</w:t>
      </w:r>
    </w:p>
    <w:p w14:paraId="1C07C0D6" w14:textId="77777777" w:rsidR="00173DA8" w:rsidRDefault="00680FE1">
      <w:pPr>
        <w:spacing w:after="120"/>
      </w:pPr>
      <w:r>
        <w:t>Oświadczam, że zostałem/am poinformowany/a o tym, że:</w:t>
      </w:r>
    </w:p>
    <w:p w14:paraId="707D9C4B" w14:textId="77777777" w:rsidR="00173DA8" w:rsidRDefault="00680FE1">
      <w:pPr>
        <w:tabs>
          <w:tab w:val="left" w:pos="510"/>
        </w:tabs>
        <w:spacing w:after="40" w:line="252" w:lineRule="auto"/>
        <w:ind w:left="510" w:hanging="510"/>
      </w:pPr>
      <w:r>
        <w:rPr>
          <w:sz w:val="20"/>
        </w:rPr>
        <w:t>1.</w:t>
      </w:r>
      <w:r>
        <w:rPr>
          <w:sz w:val="20"/>
        </w:rPr>
        <w:tab/>
        <w:t>administratorem danych osobowych przetwarzanych w ramach procesu rekrutacji jest Gmina Dłutów, ul. Pabianicka 25, 95-081 Dłutów, jako pracodawca, za którego czynności z zakresu prawa pracy dokonuje Wójt Gminy Dłutów (tel. 44 634 05 21, e-mail: dlutow@dlutow.pl);</w:t>
      </w:r>
    </w:p>
    <w:p w14:paraId="1DE1DF30" w14:textId="77777777" w:rsidR="00173DA8" w:rsidRDefault="00680FE1">
      <w:pPr>
        <w:tabs>
          <w:tab w:val="left" w:pos="510"/>
        </w:tabs>
        <w:spacing w:after="40" w:line="252" w:lineRule="auto"/>
        <w:ind w:left="510" w:hanging="510"/>
      </w:pPr>
      <w:r>
        <w:rPr>
          <w:sz w:val="20"/>
        </w:rPr>
        <w:t>2.</w:t>
      </w:r>
      <w:r>
        <w:rPr>
          <w:sz w:val="20"/>
        </w:rPr>
        <w:tab/>
      </w:r>
      <w:r>
        <w:rPr>
          <w:sz w:val="20"/>
        </w:rPr>
        <w:t>kontakt z inspektorem ochrony danych osobowych jest możliwy pod adresem e-mail: poczta@mkoralewski.pl;</w:t>
      </w:r>
    </w:p>
    <w:p w14:paraId="7D3BE450" w14:textId="77777777" w:rsidR="00173DA8" w:rsidRDefault="00680FE1">
      <w:pPr>
        <w:tabs>
          <w:tab w:val="left" w:pos="510"/>
        </w:tabs>
        <w:spacing w:after="40" w:line="252" w:lineRule="auto"/>
        <w:ind w:left="510" w:hanging="510"/>
      </w:pPr>
      <w:r>
        <w:rPr>
          <w:sz w:val="20"/>
        </w:rPr>
        <w:t>3.</w:t>
      </w:r>
      <w:r>
        <w:rPr>
          <w:sz w:val="20"/>
        </w:rPr>
        <w:tab/>
      </w:r>
      <w:r>
        <w:rPr>
          <w:sz w:val="20"/>
        </w:rPr>
        <w:t>dane osobowe w zakresie określonym w art. 22¹ § 1 Kodeksu pracy będą przetwarzane w celu przeprowadzenia obecnego postępowania rekrutacyjnego na podstawie art. 6 ust. 1 lit. c RODO w związku z przepisami Kodeksu pracy i ustawy o pracownikach samorządowych; pozostałe dane, w tym dane kontaktowe oraz dane szczególnych kategorii dobrowolnie przekazane w dokumentach aplikacyjnych (np. dokument potwierdzający niepełnosprawność), będą przetwarzane na podstawie zgody (art. 6 ust. 1 lit. a oraz art. 9 ust. 2 lit. a</w:t>
      </w:r>
      <w:r>
        <w:rPr>
          <w:sz w:val="20"/>
        </w:rPr>
        <w:t xml:space="preserve"> RODO);</w:t>
      </w:r>
    </w:p>
    <w:p w14:paraId="7DB2D3E2" w14:textId="77777777" w:rsidR="00173DA8" w:rsidRDefault="00680FE1">
      <w:pPr>
        <w:tabs>
          <w:tab w:val="left" w:pos="510"/>
        </w:tabs>
        <w:spacing w:after="40" w:line="252" w:lineRule="auto"/>
        <w:ind w:left="510" w:hanging="510"/>
      </w:pPr>
      <w:r>
        <w:rPr>
          <w:sz w:val="20"/>
        </w:rPr>
        <w:t>4.</w:t>
      </w:r>
      <w:r>
        <w:rPr>
          <w:sz w:val="20"/>
        </w:rPr>
        <w:tab/>
        <w:t>osobie, której dane dotyczą, przysługuje prawo do cofnięcia zgody w dowolnym momencie bez wpływu na zgodność z prawem przetwarzania, którego dokonano na podstawie zgody przed jej cofnięciem;</w:t>
      </w:r>
    </w:p>
    <w:p w14:paraId="50778AFF" w14:textId="77777777" w:rsidR="00173DA8" w:rsidRDefault="00680FE1">
      <w:pPr>
        <w:tabs>
          <w:tab w:val="left" w:pos="510"/>
        </w:tabs>
        <w:spacing w:after="40" w:line="252" w:lineRule="auto"/>
        <w:ind w:left="510" w:hanging="510"/>
      </w:pPr>
      <w:r>
        <w:rPr>
          <w:sz w:val="20"/>
        </w:rPr>
        <w:t>5.</w:t>
      </w:r>
      <w:r>
        <w:rPr>
          <w:sz w:val="20"/>
        </w:rPr>
        <w:tab/>
        <w:t>odbiorcą danych może być podmiot działający na zlecenie administratora danych, tj. podmiot świadczący usługi IT w zakresie serwisowania i usuwania awarii;</w:t>
      </w:r>
    </w:p>
    <w:p w14:paraId="151C4942" w14:textId="77777777" w:rsidR="00173DA8" w:rsidRDefault="00680FE1">
      <w:pPr>
        <w:tabs>
          <w:tab w:val="left" w:pos="510"/>
        </w:tabs>
        <w:spacing w:after="40" w:line="252" w:lineRule="auto"/>
        <w:ind w:left="510" w:hanging="510"/>
      </w:pPr>
      <w:r>
        <w:rPr>
          <w:sz w:val="20"/>
        </w:rPr>
        <w:t>6.</w:t>
      </w:r>
      <w:r>
        <w:rPr>
          <w:sz w:val="20"/>
        </w:rPr>
        <w:tab/>
      </w:r>
      <w:r>
        <w:rPr>
          <w:sz w:val="20"/>
        </w:rPr>
        <w:t>dane zgromadzone w procesie rekrutacji będą przechowywane przez okres nie dłuższy niż 37 dni od dnia zakończenia procesu naboru; dane osoby zatrudnionej będą przetwarzane w związku z zatrudnieniem; protokół z naboru jest przechowywany zgodnie z przepisami o archiwizacji;</w:t>
      </w:r>
    </w:p>
    <w:p w14:paraId="79331CAD" w14:textId="77777777" w:rsidR="00173DA8" w:rsidRDefault="00680FE1">
      <w:pPr>
        <w:tabs>
          <w:tab w:val="left" w:pos="510"/>
        </w:tabs>
        <w:spacing w:after="40" w:line="252" w:lineRule="auto"/>
        <w:ind w:left="510" w:hanging="510"/>
      </w:pPr>
      <w:r>
        <w:rPr>
          <w:sz w:val="20"/>
        </w:rPr>
        <w:t>7.</w:t>
      </w:r>
      <w:r>
        <w:rPr>
          <w:sz w:val="20"/>
        </w:rPr>
        <w:tab/>
      </w:r>
      <w:r>
        <w:rPr>
          <w:sz w:val="20"/>
        </w:rPr>
        <w:t>osobie, której dane dotyczą, przysługuje prawo dostępu do swoich danych osobowych, żądania ich sprostowania lub usunięcia. Wniesienie żądania usunięcia danych jest równoznaczne z rezygnacją z udziału w procesie rekrutacji prowadzonym przez Gminę Dłutów. Ponadto przysługuje jej prawo do żądania ograniczenia przetwarzania w przypadkach określonych w art. 18 RODO;</w:t>
      </w:r>
    </w:p>
    <w:p w14:paraId="38DFFF6D" w14:textId="77777777" w:rsidR="00173DA8" w:rsidRDefault="00680FE1">
      <w:pPr>
        <w:tabs>
          <w:tab w:val="left" w:pos="510"/>
        </w:tabs>
        <w:spacing w:after="40" w:line="252" w:lineRule="auto"/>
        <w:ind w:left="510" w:hanging="510"/>
      </w:pPr>
      <w:r>
        <w:rPr>
          <w:sz w:val="20"/>
        </w:rPr>
        <w:t>8.</w:t>
      </w:r>
      <w:r>
        <w:rPr>
          <w:sz w:val="20"/>
        </w:rPr>
        <w:tab/>
      </w:r>
      <w:r>
        <w:rPr>
          <w:sz w:val="20"/>
        </w:rPr>
        <w:t>osobie, której dane dotyczą, przysługuje prawo wniesienia skargi do Prezesa Urzędu Ochrony Danych Osobowych na niezgodne z prawem przetwarzanie jej danych osobowych. Prawo wniesienia skargi dotyczy wyłącznie zgodności z prawem przetwarzania danych osobowych, nie dotyczy zaś przebiegu procesu rekrutacji;</w:t>
      </w:r>
    </w:p>
    <w:p w14:paraId="0456C5B4" w14:textId="77777777" w:rsidR="00173DA8" w:rsidRDefault="00680FE1">
      <w:pPr>
        <w:tabs>
          <w:tab w:val="left" w:pos="510"/>
        </w:tabs>
        <w:spacing w:after="40" w:line="252" w:lineRule="auto"/>
        <w:ind w:left="510" w:hanging="510"/>
      </w:pPr>
      <w:r>
        <w:rPr>
          <w:sz w:val="20"/>
        </w:rPr>
        <w:t>9.</w:t>
      </w:r>
      <w:r>
        <w:rPr>
          <w:sz w:val="20"/>
        </w:rPr>
        <w:tab/>
        <w:t>podanie danych wymaganych przepisami prawa jest warunkiem umożliwiającym ubieganie się o zatrudnienie w Zakładzie Usług Komunalnych w Dłutowie; podanie pozostałych danych jest dobrowolne;</w:t>
      </w:r>
    </w:p>
    <w:p w14:paraId="0FEB3A59" w14:textId="77777777" w:rsidR="00173DA8" w:rsidRDefault="00680FE1">
      <w:pPr>
        <w:tabs>
          <w:tab w:val="left" w:pos="510"/>
        </w:tabs>
        <w:spacing w:after="40" w:line="252" w:lineRule="auto"/>
        <w:ind w:left="510" w:hanging="510"/>
      </w:pPr>
      <w:r>
        <w:rPr>
          <w:sz w:val="20"/>
        </w:rPr>
        <w:t>10.</w:t>
      </w:r>
      <w:r>
        <w:rPr>
          <w:sz w:val="20"/>
        </w:rPr>
        <w:tab/>
      </w:r>
      <w:r>
        <w:rPr>
          <w:sz w:val="20"/>
        </w:rPr>
        <w:t>dane nie będą przekazywane do państwa trzeciego ani nie będą podlegać zautomatyzowanemu podejmowaniu decyzji, w tym profilowaniu.</w:t>
      </w:r>
    </w:p>
    <w:p w14:paraId="4E2A2566" w14:textId="77777777" w:rsidR="00173DA8" w:rsidRDefault="00680FE1">
      <w:pPr>
        <w:spacing w:before="120"/>
      </w:pPr>
      <w:r>
        <w:t>Wyrażam zgodę na przetwarzanie moich danych osobowych zawartych w dokumentach aplikacyjnych, w zakresie wykraczającym poza art. 22¹ § 1 Kodeksu pracy, w celu przeprowadzenia naboru na stanowisko zastępcy kierownika Zakładu Usług Komunalnych w Dłutowie.</w:t>
      </w:r>
    </w:p>
    <w:p w14:paraId="41E99551" w14:textId="77777777" w:rsidR="00173DA8" w:rsidRDefault="00680FE1">
      <w:pPr>
        <w:spacing w:before="520" w:after="0"/>
        <w:jc w:val="right"/>
      </w:pPr>
      <w:r>
        <w:t>…………………………………………………</w:t>
      </w:r>
    </w:p>
    <w:p w14:paraId="39122768" w14:textId="77777777" w:rsidR="00173DA8" w:rsidRDefault="00680FE1">
      <w:pPr>
        <w:spacing w:after="0"/>
        <w:jc w:val="right"/>
      </w:pPr>
      <w:r>
        <w:rPr>
          <w:i/>
          <w:sz w:val="20"/>
        </w:rPr>
        <w:t>data i podpis kandydata do pracy</w:t>
      </w:r>
    </w:p>
    <w:p w14:paraId="087E989A" w14:textId="77777777" w:rsidR="00173DA8" w:rsidRDefault="00680FE1">
      <w:pPr>
        <w:pageBreakBefore/>
        <w:spacing w:after="40"/>
        <w:jc w:val="right"/>
      </w:pPr>
      <w:r>
        <w:rPr>
          <w:i/>
        </w:rPr>
        <w:lastRenderedPageBreak/>
        <w:t>Załącznik nr 2</w:t>
      </w:r>
    </w:p>
    <w:p w14:paraId="7BB0FAEC" w14:textId="77777777" w:rsidR="00173DA8" w:rsidRDefault="00680FE1">
      <w:pPr>
        <w:pStyle w:val="Nagwek1"/>
      </w:pPr>
      <w:r>
        <w:rPr>
          <w:rFonts w:ascii="Segoe UI" w:eastAsia="Segoe UI" w:hAnsi="Segoe UI" w:cs="Segoe UI"/>
          <w:sz w:val="34"/>
        </w:rPr>
        <w:t>Wzór oświadczeń kandydata</w:t>
      </w:r>
    </w:p>
    <w:p w14:paraId="4F972BAA" w14:textId="77777777" w:rsidR="00173DA8" w:rsidRDefault="00680FE1">
      <w:pPr>
        <w:spacing w:after="160"/>
      </w:pPr>
      <w:r>
        <w:rPr>
          <w:i/>
        </w:rPr>
        <w:t>Dotyczy naboru na stanowisko zastępcy kierownika Zakładu Usług Komunalnych w Dłutowie</w:t>
      </w:r>
    </w:p>
    <w:p w14:paraId="75730361" w14:textId="77777777" w:rsidR="00173DA8" w:rsidRDefault="00680FE1">
      <w:pPr>
        <w:spacing w:after="160"/>
      </w:pPr>
      <w:r>
        <w:t>Imię i nazwisko: ……………………………………………………………………</w:t>
      </w:r>
    </w:p>
    <w:p w14:paraId="58558C49" w14:textId="77777777" w:rsidR="00173DA8" w:rsidRDefault="00680FE1">
      <w:pPr>
        <w:spacing w:after="200"/>
      </w:pPr>
      <w:r>
        <w:t>Adres do korespondencji: ……………………………………………………………</w:t>
      </w:r>
    </w:p>
    <w:p w14:paraId="64F3A3A9" w14:textId="77777777" w:rsidR="00173DA8" w:rsidRDefault="00680FE1">
      <w:pPr>
        <w:spacing w:after="120"/>
      </w:pPr>
      <w:r>
        <w:t>Świadomy/a odpowiedzialności za składanie nieprawdziwych oświadczeń oświadczam, że:</w:t>
      </w:r>
    </w:p>
    <w:p w14:paraId="71DA6DBF" w14:textId="77777777" w:rsidR="00173DA8" w:rsidRDefault="00680FE1">
      <w:pPr>
        <w:tabs>
          <w:tab w:val="left" w:pos="510"/>
        </w:tabs>
        <w:spacing w:after="120"/>
        <w:ind w:left="510" w:hanging="510"/>
      </w:pPr>
      <w:r>
        <w:t>1)</w:t>
      </w:r>
      <w:r>
        <w:tab/>
        <w:t>posiadam obywatelstwo polskie / posiadam obywatelstwo …………………………… zgodnie z art. 11 ust. 2 i 3 ustawy o pracownikach samorządowych *;</w:t>
      </w:r>
    </w:p>
    <w:p w14:paraId="63B1330B" w14:textId="77777777" w:rsidR="00173DA8" w:rsidRDefault="00680FE1">
      <w:pPr>
        <w:tabs>
          <w:tab w:val="left" w:pos="510"/>
        </w:tabs>
        <w:spacing w:after="120"/>
        <w:ind w:left="510" w:hanging="510"/>
      </w:pPr>
      <w:r>
        <w:t>2)</w:t>
      </w:r>
      <w:r>
        <w:tab/>
        <w:t>posiadam pełną zdolność do czynności prawnych oraz korzystam z pełni praw publicznych;</w:t>
      </w:r>
    </w:p>
    <w:p w14:paraId="2000142D" w14:textId="77777777" w:rsidR="00173DA8" w:rsidRDefault="00680FE1">
      <w:pPr>
        <w:tabs>
          <w:tab w:val="left" w:pos="510"/>
        </w:tabs>
        <w:spacing w:after="120"/>
        <w:ind w:left="510" w:hanging="510"/>
      </w:pPr>
      <w:r>
        <w:t>3)</w:t>
      </w:r>
      <w:r>
        <w:tab/>
      </w:r>
      <w:r>
        <w:t>nie byłem/am skazany/a prawomocnym wyrokiem sądu za umyślne przestępstwo ścigane z oskarżenia publicznego lub umyślne przestępstwo skarbowe;</w:t>
      </w:r>
    </w:p>
    <w:p w14:paraId="3E12BA65" w14:textId="77777777" w:rsidR="00173DA8" w:rsidRDefault="00680FE1">
      <w:pPr>
        <w:tabs>
          <w:tab w:val="left" w:pos="510"/>
        </w:tabs>
        <w:spacing w:after="120"/>
        <w:ind w:left="510" w:hanging="510"/>
      </w:pPr>
      <w:r>
        <w:t>4)</w:t>
      </w:r>
      <w:r>
        <w:tab/>
        <w:t>mój stan zdrowia pozwala na zatrudnienie na stanowisku zastępcy kierownika Zakładu Usług Komunalnych w Dłutowie.</w:t>
      </w:r>
    </w:p>
    <w:p w14:paraId="6F85896F" w14:textId="77777777" w:rsidR="00173DA8" w:rsidRDefault="00680FE1">
      <w:pPr>
        <w:spacing w:before="120"/>
      </w:pPr>
      <w:r>
        <w:rPr>
          <w:i/>
          <w:sz w:val="21"/>
        </w:rPr>
        <w:t>* niepotrzebne skreślić</w:t>
      </w:r>
    </w:p>
    <w:p w14:paraId="70F651DF" w14:textId="77777777" w:rsidR="00173DA8" w:rsidRDefault="00680FE1">
      <w:pPr>
        <w:spacing w:before="600" w:after="0"/>
        <w:jc w:val="right"/>
      </w:pPr>
      <w:r>
        <w:t>…………………………………………………</w:t>
      </w:r>
    </w:p>
    <w:p w14:paraId="34AFBD3E" w14:textId="77777777" w:rsidR="00173DA8" w:rsidRDefault="00680FE1">
      <w:pPr>
        <w:spacing w:after="0"/>
        <w:jc w:val="right"/>
      </w:pPr>
      <w:r>
        <w:rPr>
          <w:i/>
          <w:sz w:val="21"/>
        </w:rPr>
        <w:t>miejscowość, data i podpis kandydata</w:t>
      </w:r>
    </w:p>
    <w:sectPr w:rsidR="00173DA8" w:rsidSect="00034616"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0876277">
    <w:abstractNumId w:val="8"/>
  </w:num>
  <w:num w:numId="2" w16cid:durableId="529295697">
    <w:abstractNumId w:val="6"/>
  </w:num>
  <w:num w:numId="3" w16cid:durableId="1130588280">
    <w:abstractNumId w:val="5"/>
  </w:num>
  <w:num w:numId="4" w16cid:durableId="601373808">
    <w:abstractNumId w:val="4"/>
  </w:num>
  <w:num w:numId="5" w16cid:durableId="1180898967">
    <w:abstractNumId w:val="7"/>
  </w:num>
  <w:num w:numId="6" w16cid:durableId="649093924">
    <w:abstractNumId w:val="3"/>
  </w:num>
  <w:num w:numId="7" w16cid:durableId="1277256112">
    <w:abstractNumId w:val="2"/>
  </w:num>
  <w:num w:numId="8" w16cid:durableId="1792938081">
    <w:abstractNumId w:val="1"/>
  </w:num>
  <w:num w:numId="9" w16cid:durableId="566307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3DA8"/>
    <w:rsid w:val="0029639D"/>
    <w:rsid w:val="00326F90"/>
    <w:rsid w:val="00341D92"/>
    <w:rsid w:val="00680FE1"/>
    <w:rsid w:val="00AA1D8D"/>
    <w:rsid w:val="00B47730"/>
    <w:rsid w:val="00CB0664"/>
    <w:rsid w:val="00D217DF"/>
    <w:rsid w:val="00DE5356"/>
    <w:rsid w:val="00EF4D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76E0EC"/>
  <w14:defaultImageDpi w14:val="300"/>
  <w15:docId w15:val="{38D912A2-1D7C-4226-B429-1D84292DD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Segoe UI" w:eastAsia="Segoe UI" w:hAnsi="Segoe UI" w:cs="Segoe UI"/>
      <w:color w:val="1A1A1A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0F4C4A"/>
      <w:sz w:val="4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b/>
      <w:bCs/>
      <w:color w:val="0F4C4A"/>
      <w:sz w:val="3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FFFFF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1917</Words>
  <Characters>11507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na stanowisko zastępcy kierownika ZUK w Dłutowie</dc:title>
  <dc:subject>Nabór na wolne stanowisko urzędnicze</dc:subject>
  <dc:creator>Gmina Dłutów</dc:creator>
  <cp:keywords>nabór, ZUK, Dłutów, zastępca kierownika</cp:keywords>
  <dc:description>generated by python-docx</dc:description>
  <cp:lastModifiedBy>Michał Kosmowski</cp:lastModifiedBy>
  <cp:revision>2</cp:revision>
  <cp:lastPrinted>2026-09-30T11:11:00Z</cp:lastPrinted>
  <dcterms:created xsi:type="dcterms:W3CDTF">2026-10-01T05:39:00Z</dcterms:created>
  <dcterms:modified xsi:type="dcterms:W3CDTF">2026-10-01T05:39:00Z</dcterms:modified>
  <cp:category/>
  <dc:language>pl-PL</dc:language>
</cp:coreProperties>
</file>