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17B4F" w14:textId="471B67B4" w:rsidR="000F4C17" w:rsidRDefault="000F4C17" w:rsidP="000F4C17">
      <w:pPr>
        <w:jc w:val="right"/>
        <w:rPr>
          <w:rFonts w:asciiTheme="majorHAnsi" w:hAnsiTheme="majorHAnsi" w:cstheme="majorHAnsi"/>
          <w:sz w:val="16"/>
        </w:rPr>
      </w:pPr>
      <w:r w:rsidRPr="000F4C17">
        <w:rPr>
          <w:rFonts w:asciiTheme="majorHAnsi" w:hAnsiTheme="majorHAnsi" w:cstheme="majorHAnsi"/>
          <w:sz w:val="16"/>
        </w:rPr>
        <w:t xml:space="preserve">Załącznik nr </w:t>
      </w:r>
      <w:r w:rsidR="00F06DE8">
        <w:rPr>
          <w:rFonts w:asciiTheme="majorHAnsi" w:hAnsiTheme="majorHAnsi" w:cstheme="majorHAnsi"/>
          <w:sz w:val="16"/>
        </w:rPr>
        <w:t>5</w:t>
      </w:r>
      <w:r w:rsidRPr="000F4C17">
        <w:rPr>
          <w:rFonts w:asciiTheme="majorHAnsi" w:hAnsiTheme="majorHAnsi" w:cstheme="majorHAnsi"/>
          <w:sz w:val="16"/>
        </w:rPr>
        <w:t xml:space="preserve"> do Regulaminu Projektu</w:t>
      </w:r>
    </w:p>
    <w:p w14:paraId="6DA57EAC" w14:textId="77777777" w:rsidR="00CE5A87" w:rsidRPr="00CE5A87" w:rsidRDefault="00CE5A87" w:rsidP="00CE5A87">
      <w:pPr>
        <w:jc w:val="center"/>
        <w:rPr>
          <w:rFonts w:asciiTheme="majorHAnsi" w:hAnsiTheme="majorHAnsi" w:cstheme="majorHAnsi"/>
          <w:b/>
        </w:rPr>
      </w:pPr>
      <w:r w:rsidRPr="00CE5A87">
        <w:rPr>
          <w:rFonts w:asciiTheme="majorHAnsi" w:hAnsiTheme="majorHAnsi" w:cstheme="majorHAnsi"/>
          <w:b/>
        </w:rPr>
        <w:t xml:space="preserve">Deklaracja uczestnictwa w projekcie  </w:t>
      </w:r>
    </w:p>
    <w:p w14:paraId="00F9831A" w14:textId="77777777" w:rsidR="00CE5A87" w:rsidRPr="00CE5A87" w:rsidRDefault="00CE5A87" w:rsidP="00CE5A87">
      <w:pPr>
        <w:jc w:val="center"/>
        <w:rPr>
          <w:rFonts w:asciiTheme="majorHAnsi" w:hAnsiTheme="majorHAnsi" w:cstheme="majorHAnsi"/>
          <w:b/>
        </w:rPr>
      </w:pPr>
      <w:r w:rsidRPr="00CE5A87">
        <w:rPr>
          <w:rFonts w:asciiTheme="majorHAnsi" w:hAnsiTheme="majorHAnsi" w:cstheme="majorHAnsi"/>
          <w:b/>
        </w:rPr>
        <w:t xml:space="preserve"> </w:t>
      </w:r>
    </w:p>
    <w:p w14:paraId="7F271E3C" w14:textId="3CFCD4A3" w:rsidR="00CE5A87" w:rsidRDefault="00CE5A87" w:rsidP="00D821C0">
      <w:pPr>
        <w:jc w:val="center"/>
        <w:rPr>
          <w:rFonts w:asciiTheme="majorHAnsi" w:hAnsiTheme="majorHAnsi" w:cstheme="majorHAnsi"/>
          <w:b/>
        </w:rPr>
      </w:pPr>
      <w:r w:rsidRPr="00CE5A87">
        <w:rPr>
          <w:rFonts w:asciiTheme="majorHAnsi" w:hAnsiTheme="majorHAnsi" w:cstheme="majorHAnsi"/>
          <w:b/>
        </w:rPr>
        <w:t>Ja niżej podpisany</w:t>
      </w:r>
      <w:r>
        <w:rPr>
          <w:rFonts w:asciiTheme="majorHAnsi" w:hAnsiTheme="majorHAnsi" w:cstheme="majorHAnsi"/>
          <w:b/>
        </w:rPr>
        <w:t>/</w:t>
      </w:r>
      <w:r w:rsidRPr="00CE5A87">
        <w:rPr>
          <w:rFonts w:asciiTheme="majorHAnsi" w:hAnsiTheme="majorHAnsi" w:cstheme="majorHAnsi"/>
          <w:b/>
        </w:rPr>
        <w:t>a ………………………………………………</w:t>
      </w:r>
      <w:r>
        <w:rPr>
          <w:rFonts w:asciiTheme="majorHAnsi" w:hAnsiTheme="majorHAnsi" w:cstheme="majorHAnsi"/>
          <w:b/>
        </w:rPr>
        <w:t>……</w:t>
      </w:r>
    </w:p>
    <w:p w14:paraId="0768E999" w14:textId="77777777" w:rsidR="00D821C0" w:rsidRPr="00CE5A87" w:rsidRDefault="00D821C0" w:rsidP="00D821C0">
      <w:pPr>
        <w:jc w:val="center"/>
        <w:rPr>
          <w:rFonts w:asciiTheme="majorHAnsi" w:hAnsiTheme="majorHAnsi" w:cstheme="majorHAnsi"/>
          <w:b/>
        </w:rPr>
      </w:pPr>
    </w:p>
    <w:p w14:paraId="1ABFE0EE" w14:textId="4A76394C" w:rsidR="00CE5A87" w:rsidRDefault="00CE5A87" w:rsidP="00D821C0">
      <w:pPr>
        <w:jc w:val="center"/>
        <w:rPr>
          <w:rFonts w:asciiTheme="majorHAnsi" w:hAnsiTheme="majorHAnsi" w:cstheme="majorHAnsi"/>
          <w:b/>
        </w:rPr>
      </w:pPr>
      <w:r w:rsidRPr="00CE5A87">
        <w:rPr>
          <w:rFonts w:asciiTheme="majorHAnsi" w:hAnsiTheme="majorHAnsi" w:cstheme="majorHAnsi"/>
          <w:b/>
        </w:rPr>
        <w:t>PESEL:………………………………………………….</w:t>
      </w:r>
    </w:p>
    <w:p w14:paraId="5C89E7C9" w14:textId="77777777" w:rsidR="00D821C0" w:rsidRPr="00CE5A87" w:rsidRDefault="00D821C0" w:rsidP="00D821C0">
      <w:pPr>
        <w:jc w:val="center"/>
        <w:rPr>
          <w:rFonts w:asciiTheme="majorHAnsi" w:hAnsiTheme="majorHAnsi" w:cstheme="majorHAnsi"/>
          <w:b/>
        </w:rPr>
      </w:pPr>
    </w:p>
    <w:p w14:paraId="4E24D683" w14:textId="77777777" w:rsidR="00CE5A87" w:rsidRPr="00540E83" w:rsidRDefault="00CE5A87" w:rsidP="00540E83">
      <w:pPr>
        <w:jc w:val="both"/>
        <w:rPr>
          <w:rFonts w:asciiTheme="majorHAnsi" w:hAnsiTheme="majorHAnsi" w:cstheme="majorHAnsi"/>
          <w:bCs/>
        </w:rPr>
      </w:pPr>
      <w:r w:rsidRPr="00540E83">
        <w:rPr>
          <w:rFonts w:asciiTheme="majorHAnsi" w:hAnsiTheme="majorHAnsi" w:cstheme="majorHAnsi"/>
          <w:bCs/>
        </w:rPr>
        <w:t xml:space="preserve">Deklaruje chęć udział w projekcie pn. „Pomocna Dłoń – usługi społeczne dla osób z gminy Zambrów, miasta Zambrów oraz gminy Rutki w województwie podlaskim” realizowanym przez Powiat Zambrowski w partnerstwie z Powiatowym Centrum Pomocy Rodzinie w Zambrowie oraz Fundacją 4Future w ramach Programu Regionalnego Fundusze Europejskie dla Podlaskiego 2021-2027. </w:t>
      </w:r>
    </w:p>
    <w:p w14:paraId="012F8A74" w14:textId="2328A2A2" w:rsidR="00CE5A87" w:rsidRPr="00540E83" w:rsidRDefault="00CE5A87" w:rsidP="00540E83">
      <w:pPr>
        <w:jc w:val="both"/>
        <w:rPr>
          <w:rFonts w:asciiTheme="majorHAnsi" w:hAnsiTheme="majorHAnsi" w:cstheme="majorHAnsi"/>
          <w:bCs/>
        </w:rPr>
      </w:pPr>
      <w:r w:rsidRPr="00540E83">
        <w:rPr>
          <w:rFonts w:asciiTheme="majorHAnsi" w:hAnsiTheme="majorHAnsi" w:cstheme="majorHAnsi"/>
          <w:bCs/>
        </w:rPr>
        <w:t xml:space="preserve">1. Oświadczam, że spełniam kryteria kwalifikowalności zgodnie z Regulaminem rekrutacji i udziału w projekcie pn. „Pomocna Dłoń – usługi społeczne dla osób z gminy Zambrów, miasta Zambrów oraz gminy Rutki w województwie podlaskim” uprawniające mnie do udziału w Projekcie. </w:t>
      </w:r>
    </w:p>
    <w:p w14:paraId="68D5C089" w14:textId="34906969" w:rsidR="00CE5A87" w:rsidRPr="00540E83" w:rsidRDefault="00CE5A87" w:rsidP="00540E83">
      <w:pPr>
        <w:jc w:val="both"/>
        <w:rPr>
          <w:rFonts w:asciiTheme="majorHAnsi" w:hAnsiTheme="majorHAnsi" w:cstheme="majorHAnsi"/>
          <w:bCs/>
        </w:rPr>
      </w:pPr>
      <w:r w:rsidRPr="00540E83">
        <w:rPr>
          <w:rFonts w:asciiTheme="majorHAnsi" w:hAnsiTheme="majorHAnsi" w:cstheme="majorHAnsi"/>
          <w:bCs/>
        </w:rPr>
        <w:t>2. Zostałem/</w:t>
      </w:r>
      <w:proofErr w:type="spellStart"/>
      <w:r w:rsidR="00677109">
        <w:rPr>
          <w:rFonts w:asciiTheme="majorHAnsi" w:hAnsiTheme="majorHAnsi" w:cstheme="majorHAnsi"/>
          <w:bCs/>
        </w:rPr>
        <w:t>am</w:t>
      </w:r>
      <w:proofErr w:type="spellEnd"/>
      <w:r w:rsidRPr="00540E83">
        <w:rPr>
          <w:rFonts w:asciiTheme="majorHAnsi" w:hAnsiTheme="majorHAnsi" w:cstheme="majorHAnsi"/>
          <w:bCs/>
        </w:rPr>
        <w:t xml:space="preserve"> poinformowany/a, iż projekt „Pomocna Dłoń – usługi społeczne dla osób z gminy Zambrów, miasta Zambrów oraz gminy Rutki w województwie podlaskim” jest współfinansowany ze środków Europejskiego Funduszu Społecznego Plus w ramach Programu </w:t>
      </w:r>
      <w:r w:rsidR="00540E83">
        <w:rPr>
          <w:rFonts w:asciiTheme="majorHAnsi" w:hAnsiTheme="majorHAnsi" w:cstheme="majorHAnsi"/>
          <w:bCs/>
        </w:rPr>
        <w:t xml:space="preserve"> </w:t>
      </w:r>
      <w:r w:rsidRPr="00540E83">
        <w:rPr>
          <w:rFonts w:asciiTheme="majorHAnsi" w:hAnsiTheme="majorHAnsi" w:cstheme="majorHAnsi"/>
          <w:bCs/>
        </w:rPr>
        <w:t xml:space="preserve">Regionalnego Fundusze Europejskie dla Podlaskiego 2021-2027.  </w:t>
      </w:r>
    </w:p>
    <w:p w14:paraId="6B483AE5" w14:textId="57C82716" w:rsidR="00CE5A87" w:rsidRPr="00540E83" w:rsidRDefault="00CE5A87" w:rsidP="00540E83">
      <w:pPr>
        <w:jc w:val="both"/>
        <w:rPr>
          <w:rFonts w:asciiTheme="majorHAnsi" w:hAnsiTheme="majorHAnsi" w:cstheme="majorHAnsi"/>
          <w:bCs/>
        </w:rPr>
      </w:pPr>
      <w:r w:rsidRPr="00540E83">
        <w:rPr>
          <w:rFonts w:asciiTheme="majorHAnsi" w:hAnsiTheme="majorHAnsi" w:cstheme="majorHAnsi"/>
          <w:bCs/>
        </w:rPr>
        <w:t>3.</w:t>
      </w:r>
      <w:r w:rsidR="00D821C0">
        <w:rPr>
          <w:rFonts w:asciiTheme="majorHAnsi" w:hAnsiTheme="majorHAnsi" w:cstheme="majorHAnsi"/>
          <w:bCs/>
        </w:rPr>
        <w:t xml:space="preserve"> </w:t>
      </w:r>
      <w:r w:rsidRPr="00540E83">
        <w:rPr>
          <w:rFonts w:asciiTheme="majorHAnsi" w:hAnsiTheme="majorHAnsi" w:cstheme="majorHAnsi"/>
          <w:bCs/>
        </w:rPr>
        <w:t xml:space="preserve">Przedstawione przeze mnie w Formularzu zgłoszeniowym dane są prawdziwe i odpowiadają stanowi faktycznemu na dzień podpisania niniejszej deklaracji. Jestem świadomy/a odpowiedzialności jaką ponoszę w przypadku podania nieprawdziwych danych.  </w:t>
      </w:r>
    </w:p>
    <w:p w14:paraId="53812664" w14:textId="360CA632" w:rsidR="00CE5A87" w:rsidRPr="00540E83" w:rsidRDefault="00CE5A87" w:rsidP="00540E83">
      <w:pPr>
        <w:jc w:val="both"/>
        <w:rPr>
          <w:rFonts w:asciiTheme="majorHAnsi" w:hAnsiTheme="majorHAnsi" w:cstheme="majorHAnsi"/>
          <w:bCs/>
        </w:rPr>
      </w:pPr>
      <w:r w:rsidRPr="00540E83">
        <w:rPr>
          <w:rFonts w:asciiTheme="majorHAnsi" w:hAnsiTheme="majorHAnsi" w:cstheme="majorHAnsi"/>
          <w:bCs/>
        </w:rPr>
        <w:t xml:space="preserve">4. </w:t>
      </w:r>
      <w:r w:rsidR="00D821C0">
        <w:rPr>
          <w:rFonts w:asciiTheme="majorHAnsi" w:hAnsiTheme="majorHAnsi" w:cstheme="majorHAnsi"/>
          <w:bCs/>
        </w:rPr>
        <w:t xml:space="preserve"> </w:t>
      </w:r>
      <w:r w:rsidRPr="00540E83">
        <w:rPr>
          <w:rFonts w:asciiTheme="majorHAnsi" w:hAnsiTheme="majorHAnsi" w:cstheme="majorHAnsi"/>
          <w:bCs/>
        </w:rPr>
        <w:t>Zapoznałem/</w:t>
      </w:r>
      <w:proofErr w:type="spellStart"/>
      <w:r w:rsidRPr="00540E83">
        <w:rPr>
          <w:rFonts w:asciiTheme="majorHAnsi" w:hAnsiTheme="majorHAnsi" w:cstheme="majorHAnsi"/>
          <w:bCs/>
        </w:rPr>
        <w:t>am</w:t>
      </w:r>
      <w:proofErr w:type="spellEnd"/>
      <w:r w:rsidRPr="00540E83">
        <w:rPr>
          <w:rFonts w:asciiTheme="majorHAnsi" w:hAnsiTheme="majorHAnsi" w:cstheme="majorHAnsi"/>
          <w:bCs/>
        </w:rPr>
        <w:t xml:space="preserve"> się z Klauzulą Informacyjną o przetwarzaniu danych </w:t>
      </w:r>
      <w:r w:rsidR="00677109">
        <w:rPr>
          <w:rFonts w:asciiTheme="majorHAnsi" w:hAnsiTheme="majorHAnsi" w:cstheme="majorHAnsi"/>
          <w:bCs/>
        </w:rPr>
        <w:t>osobowych</w:t>
      </w:r>
      <w:r w:rsidRPr="00540E83">
        <w:rPr>
          <w:rFonts w:asciiTheme="majorHAnsi" w:hAnsiTheme="majorHAnsi" w:cstheme="majorHAnsi"/>
          <w:bCs/>
        </w:rPr>
        <w:t xml:space="preserve"> w projekcie „Pomocna Dłoń – usługi społeczne dla osób z gminy Zambrów, miasta Zambrów oraz gminy Rutki w województwie podlaskim” na potrzeby realizacji projektu i wzięcia w nim udziału, jak również w związku z koniecznością realizacji umowy.</w:t>
      </w:r>
    </w:p>
    <w:p w14:paraId="1CAAB507" w14:textId="5068D4A3" w:rsidR="00CE5A87" w:rsidRPr="00540E83" w:rsidRDefault="00CE5A87" w:rsidP="00540E83">
      <w:pPr>
        <w:jc w:val="both"/>
        <w:rPr>
          <w:rFonts w:asciiTheme="majorHAnsi" w:hAnsiTheme="majorHAnsi" w:cstheme="majorHAnsi"/>
          <w:bCs/>
        </w:rPr>
      </w:pPr>
      <w:r w:rsidRPr="00540E83">
        <w:rPr>
          <w:rFonts w:asciiTheme="majorHAnsi" w:hAnsiTheme="majorHAnsi" w:cstheme="majorHAnsi"/>
          <w:bCs/>
        </w:rPr>
        <w:t>5.</w:t>
      </w:r>
      <w:r w:rsidR="00D821C0">
        <w:rPr>
          <w:rFonts w:asciiTheme="majorHAnsi" w:hAnsiTheme="majorHAnsi" w:cstheme="majorHAnsi"/>
          <w:bCs/>
        </w:rPr>
        <w:t xml:space="preserve"> </w:t>
      </w:r>
      <w:r w:rsidRPr="00540E83">
        <w:rPr>
          <w:rFonts w:asciiTheme="majorHAnsi" w:hAnsiTheme="majorHAnsi" w:cstheme="majorHAnsi"/>
          <w:bCs/>
        </w:rPr>
        <w:t xml:space="preserve">Wyrażam zgodę na poddanie się badaniom ewaluacyjnym w trakcie realizacji projektu oraz po jego zakończeniu.  </w:t>
      </w:r>
    </w:p>
    <w:p w14:paraId="5BEF9A31" w14:textId="2B078DE2" w:rsidR="00CE5A87" w:rsidRPr="00540E83" w:rsidRDefault="00CE5A87" w:rsidP="00540E83">
      <w:pPr>
        <w:jc w:val="both"/>
        <w:rPr>
          <w:rFonts w:asciiTheme="majorHAnsi" w:hAnsiTheme="majorHAnsi" w:cstheme="majorHAnsi"/>
          <w:bCs/>
        </w:rPr>
      </w:pPr>
      <w:r w:rsidRPr="00540E83">
        <w:rPr>
          <w:rFonts w:asciiTheme="majorHAnsi" w:hAnsiTheme="majorHAnsi" w:cstheme="majorHAnsi"/>
          <w:bCs/>
        </w:rPr>
        <w:t>6.</w:t>
      </w:r>
      <w:r w:rsidR="00D821C0">
        <w:rPr>
          <w:rFonts w:asciiTheme="majorHAnsi" w:hAnsiTheme="majorHAnsi" w:cstheme="majorHAnsi"/>
          <w:bCs/>
        </w:rPr>
        <w:t xml:space="preserve"> </w:t>
      </w:r>
      <w:r w:rsidRPr="00540E83">
        <w:rPr>
          <w:rFonts w:asciiTheme="majorHAnsi" w:hAnsiTheme="majorHAnsi" w:cstheme="majorHAnsi"/>
          <w:bCs/>
        </w:rPr>
        <w:t xml:space="preserve">Nie korzystam z takiej samej formy wsparcia finansowanej ze środków Unii Europejskiej w ramach Europejskiego Funduszu Społecznego Plus. </w:t>
      </w:r>
    </w:p>
    <w:p w14:paraId="5FDEE3F2" w14:textId="4879BF12" w:rsidR="000F4C17" w:rsidRPr="00E84B5A" w:rsidRDefault="00CE5A87" w:rsidP="00E84B5A">
      <w:pPr>
        <w:jc w:val="both"/>
        <w:rPr>
          <w:rFonts w:asciiTheme="majorHAnsi" w:hAnsiTheme="majorHAnsi" w:cstheme="majorHAnsi"/>
          <w:bCs/>
        </w:rPr>
      </w:pPr>
      <w:r w:rsidRPr="00540E83">
        <w:rPr>
          <w:rFonts w:asciiTheme="majorHAnsi" w:hAnsiTheme="majorHAnsi" w:cstheme="majorHAnsi"/>
          <w:bCs/>
        </w:rPr>
        <w:t>7.</w:t>
      </w:r>
      <w:r w:rsidR="00D821C0">
        <w:rPr>
          <w:rFonts w:asciiTheme="majorHAnsi" w:hAnsiTheme="majorHAnsi" w:cstheme="majorHAnsi"/>
          <w:bCs/>
        </w:rPr>
        <w:t xml:space="preserve"> </w:t>
      </w:r>
      <w:r w:rsidRPr="00540E83">
        <w:rPr>
          <w:rFonts w:asciiTheme="majorHAnsi" w:hAnsiTheme="majorHAnsi" w:cstheme="majorHAnsi"/>
          <w:bCs/>
        </w:rPr>
        <w:t xml:space="preserve">Deklaruję chęć przekazania informacji dotyczących mojej sytuacji po zakończeniu udziału w projekcie (do 4 tygodni od zakończenia udziału), zgodnie z zakresem danych określonych w Wytycznych dotyczących monitorowania postępu rzeczowego realizacji programów na lata 2021-2027. </w:t>
      </w:r>
      <w:r w:rsidRPr="00CE5A87">
        <w:rPr>
          <w:rFonts w:asciiTheme="majorHAnsi" w:hAnsiTheme="majorHAnsi" w:cstheme="majorHAnsi"/>
          <w:b/>
        </w:rPr>
        <w:t xml:space="preserve"> </w:t>
      </w:r>
    </w:p>
    <w:p w14:paraId="69FB5A53" w14:textId="77777777" w:rsidR="000F4C17" w:rsidRPr="000F4C17" w:rsidRDefault="000F4C17" w:rsidP="000F4C17">
      <w:pPr>
        <w:rPr>
          <w:rFonts w:asciiTheme="majorHAnsi" w:hAnsiTheme="majorHAnsi" w:cstheme="majorHAnsi"/>
        </w:rPr>
      </w:pPr>
    </w:p>
    <w:tbl>
      <w:tblPr>
        <w:tblStyle w:val="Tabela-Siatka"/>
        <w:tblpPr w:leftFromText="141" w:rightFromText="141" w:vertAnchor="page" w:horzAnchor="margin" w:tblpXSpec="center" w:tblpY="122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84B5A" w:rsidRPr="000F4C17" w14:paraId="0D944E51" w14:textId="77777777" w:rsidTr="00E84B5A">
        <w:trPr>
          <w:trHeight w:val="602"/>
        </w:trPr>
        <w:tc>
          <w:tcPr>
            <w:tcW w:w="4531" w:type="dxa"/>
          </w:tcPr>
          <w:p w14:paraId="2D6E41C7" w14:textId="77777777" w:rsidR="00E84B5A" w:rsidRPr="000F4C17" w:rsidRDefault="00E84B5A" w:rsidP="00E84B5A">
            <w:pPr>
              <w:rPr>
                <w:rFonts w:asciiTheme="majorHAnsi" w:hAnsiTheme="majorHAnsi" w:cstheme="majorHAnsi"/>
              </w:rPr>
            </w:pPr>
            <w:bookmarkStart w:id="0" w:name="_GoBack"/>
            <w:r w:rsidRPr="000F4C17">
              <w:rPr>
                <w:rFonts w:asciiTheme="majorHAnsi" w:hAnsiTheme="majorHAnsi" w:cstheme="majorHAnsi"/>
              </w:rPr>
              <w:t>_______________________________</w:t>
            </w:r>
          </w:p>
          <w:p w14:paraId="79DE4515" w14:textId="77777777" w:rsidR="00E84B5A" w:rsidRPr="000F4C17" w:rsidRDefault="00E84B5A" w:rsidP="00E84B5A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 xml:space="preserve"> Miejscowość, data</w:t>
            </w:r>
          </w:p>
        </w:tc>
        <w:tc>
          <w:tcPr>
            <w:tcW w:w="4531" w:type="dxa"/>
          </w:tcPr>
          <w:p w14:paraId="5F0D3601" w14:textId="77777777" w:rsidR="00E84B5A" w:rsidRPr="000F4C17" w:rsidRDefault="00E84B5A" w:rsidP="00E84B5A">
            <w:pPr>
              <w:jc w:val="right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__________________________________</w:t>
            </w:r>
          </w:p>
          <w:p w14:paraId="18DDBC7A" w14:textId="77777777" w:rsidR="00E84B5A" w:rsidRPr="000F4C17" w:rsidRDefault="00E84B5A" w:rsidP="00E84B5A">
            <w:pPr>
              <w:jc w:val="right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 xml:space="preserve"> Czytelny podpis kandydata/ki projektu</w:t>
            </w:r>
            <w:r>
              <w:rPr>
                <w:rFonts w:asciiTheme="majorHAnsi" w:hAnsiTheme="majorHAnsi" w:cstheme="majorHAnsi"/>
              </w:rPr>
              <w:t xml:space="preserve"> lub osoby reprezentującej</w:t>
            </w:r>
          </w:p>
        </w:tc>
      </w:tr>
      <w:bookmarkEnd w:id="0"/>
    </w:tbl>
    <w:p w14:paraId="0C5B0D0D" w14:textId="7FD6C89A" w:rsidR="00521303" w:rsidRPr="000F4C17" w:rsidRDefault="00521303" w:rsidP="000F4C17">
      <w:pPr>
        <w:rPr>
          <w:rFonts w:asciiTheme="majorHAnsi" w:hAnsiTheme="majorHAnsi" w:cstheme="majorHAnsi"/>
        </w:rPr>
      </w:pPr>
    </w:p>
    <w:sectPr w:rsidR="00521303" w:rsidRPr="000F4C17" w:rsidSect="00D61F4E">
      <w:headerReference w:type="default" r:id="rId8"/>
      <w:footerReference w:type="default" r:id="rId9"/>
      <w:pgSz w:w="12240" w:h="15840"/>
      <w:pgMar w:top="1134" w:right="1247" w:bottom="1134" w:left="1361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EB8E0" w14:textId="77777777" w:rsidR="00D847FB" w:rsidRDefault="00D847FB">
      <w:pPr>
        <w:spacing w:after="0" w:line="240" w:lineRule="auto"/>
      </w:pPr>
      <w:r>
        <w:separator/>
      </w:r>
    </w:p>
  </w:endnote>
  <w:endnote w:type="continuationSeparator" w:id="0">
    <w:p w14:paraId="61FB0E8A" w14:textId="77777777" w:rsidR="00D847FB" w:rsidRDefault="00D84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AC475" w14:textId="77777777" w:rsidR="00521303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Pomocna Dłoń - usługi społeczne dla osób z gm. Zambrów, m. Zambrów oraz gm. Rutki w woj. Podlaskim</w:t>
    </w:r>
  </w:p>
  <w:p w14:paraId="533F69C2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 w:hint="eastAsia"/>
        <w:sz w:val="20"/>
      </w:rPr>
      <w:t>FEPD.08.04-IZ.00-0012/24</w:t>
    </w:r>
  </w:p>
  <w:p w14:paraId="42C92C97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Powiat Zambrowski | Powiatowe Centrum Pomocy Rodzinie w Zambrowie | Fundacja 4Future</w:t>
    </w:r>
  </w:p>
  <w:p w14:paraId="3AC07306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Biuro projektu: ul. Fabryczna 3, 18-300 Zambrów</w:t>
    </w:r>
  </w:p>
  <w:p w14:paraId="040982AD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#funduszeUE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C5D47" w14:textId="77777777" w:rsidR="00D847FB" w:rsidRDefault="00D847FB">
      <w:pPr>
        <w:spacing w:after="0" w:line="240" w:lineRule="auto"/>
      </w:pPr>
      <w:r>
        <w:separator/>
      </w:r>
    </w:p>
  </w:footnote>
  <w:footnote w:type="continuationSeparator" w:id="0">
    <w:p w14:paraId="3A0CBD6A" w14:textId="77777777" w:rsidR="00D847FB" w:rsidRDefault="00D84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47E35" w14:textId="77777777" w:rsidR="002424A6" w:rsidRDefault="002424A6" w:rsidP="002424A6">
    <w:pPr>
      <w:pStyle w:val="Nagwek"/>
      <w:jc w:val="center"/>
    </w:pPr>
    <w:r>
      <w:rPr>
        <w:noProof/>
      </w:rPr>
      <w:drawing>
        <wp:inline distT="0" distB="0" distL="0" distR="0" wp14:anchorId="2CE4C89A" wp14:editId="5FF07770">
          <wp:extent cx="5278773" cy="648941"/>
          <wp:effectExtent l="0" t="0" r="0" b="0"/>
          <wp:docPr id="1395312837" name="Obraz 13953128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757" cy="66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C7A0BC7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214842A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F3E7D2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825F5C"/>
    <w:multiLevelType w:val="hybridMultilevel"/>
    <w:tmpl w:val="DAFEE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C9088D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802B6B"/>
    <w:multiLevelType w:val="hybridMultilevel"/>
    <w:tmpl w:val="C504B57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54AC0"/>
    <w:multiLevelType w:val="hybridMultilevel"/>
    <w:tmpl w:val="0D2A687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66AD3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C26DA4"/>
    <w:multiLevelType w:val="hybridMultilevel"/>
    <w:tmpl w:val="CE9CAD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C67649"/>
    <w:multiLevelType w:val="hybridMultilevel"/>
    <w:tmpl w:val="43462318"/>
    <w:lvl w:ilvl="0" w:tplc="D45205B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27BF9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0906AC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28040D"/>
    <w:multiLevelType w:val="hybridMultilevel"/>
    <w:tmpl w:val="151AFD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297CBE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7B7F61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A87458"/>
    <w:multiLevelType w:val="hybridMultilevel"/>
    <w:tmpl w:val="DAFEE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522C70"/>
    <w:multiLevelType w:val="hybridMultilevel"/>
    <w:tmpl w:val="F14A3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824EBF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EA688F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9CD0344"/>
    <w:multiLevelType w:val="hybridMultilevel"/>
    <w:tmpl w:val="D952AD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8B6932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96270C"/>
    <w:multiLevelType w:val="hybridMultilevel"/>
    <w:tmpl w:val="CA4C42A8"/>
    <w:lvl w:ilvl="0" w:tplc="87183274">
      <w:start w:val="1"/>
      <w:numFmt w:val="bullet"/>
      <w:lvlText w:val=""/>
      <w:lvlJc w:val="left"/>
      <w:pPr>
        <w:ind w:left="-1422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28" w15:restartNumberingAfterBreak="0">
    <w:nsid w:val="7FA2388C"/>
    <w:multiLevelType w:val="hybridMultilevel"/>
    <w:tmpl w:val="B2AE6F76"/>
    <w:lvl w:ilvl="0" w:tplc="B2EEC7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878D3"/>
    <w:multiLevelType w:val="hybridMultilevel"/>
    <w:tmpl w:val="10E6B9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2"/>
  </w:num>
  <w:num w:numId="13">
    <w:abstractNumId w:val="7"/>
    <w:lvlOverride w:ilvl="0">
      <w:startOverride w:val="1"/>
    </w:lvlOverride>
  </w:num>
  <w:num w:numId="14">
    <w:abstractNumId w:val="13"/>
  </w:num>
  <w:num w:numId="15">
    <w:abstractNumId w:val="7"/>
    <w:lvlOverride w:ilvl="0">
      <w:startOverride w:val="1"/>
    </w:lvlOverride>
  </w:num>
  <w:num w:numId="16">
    <w:abstractNumId w:val="19"/>
  </w:num>
  <w:num w:numId="17">
    <w:abstractNumId w:val="20"/>
  </w:num>
  <w:num w:numId="18">
    <w:abstractNumId w:val="23"/>
  </w:num>
  <w:num w:numId="19">
    <w:abstractNumId w:val="16"/>
  </w:num>
  <w:num w:numId="20">
    <w:abstractNumId w:val="26"/>
  </w:num>
  <w:num w:numId="21">
    <w:abstractNumId w:val="24"/>
  </w:num>
  <w:num w:numId="22">
    <w:abstractNumId w:val="10"/>
  </w:num>
  <w:num w:numId="23">
    <w:abstractNumId w:val="17"/>
  </w:num>
  <w:num w:numId="24">
    <w:abstractNumId w:val="22"/>
  </w:num>
  <w:num w:numId="25">
    <w:abstractNumId w:val="14"/>
  </w:num>
  <w:num w:numId="26">
    <w:abstractNumId w:val="7"/>
    <w:lvlOverride w:ilvl="0">
      <w:startOverride w:val="1"/>
    </w:lvlOverride>
  </w:num>
  <w:num w:numId="27">
    <w:abstractNumId w:val="25"/>
  </w:num>
  <w:num w:numId="28">
    <w:abstractNumId w:val="29"/>
  </w:num>
  <w:num w:numId="29">
    <w:abstractNumId w:val="18"/>
  </w:num>
  <w:num w:numId="30">
    <w:abstractNumId w:val="11"/>
  </w:num>
  <w:num w:numId="31">
    <w:abstractNumId w:val="9"/>
  </w:num>
  <w:num w:numId="32">
    <w:abstractNumId w:val="28"/>
  </w:num>
  <w:num w:numId="33">
    <w:abstractNumId w:val="27"/>
  </w:num>
  <w:num w:numId="34">
    <w:abstractNumId w:val="21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D56"/>
    <w:rsid w:val="00034616"/>
    <w:rsid w:val="0003627A"/>
    <w:rsid w:val="0006063C"/>
    <w:rsid w:val="000C3D80"/>
    <w:rsid w:val="000F4C17"/>
    <w:rsid w:val="0015074B"/>
    <w:rsid w:val="001C1F60"/>
    <w:rsid w:val="00236D51"/>
    <w:rsid w:val="002424A6"/>
    <w:rsid w:val="0029639D"/>
    <w:rsid w:val="00326F90"/>
    <w:rsid w:val="00364BF0"/>
    <w:rsid w:val="0037657C"/>
    <w:rsid w:val="00464E3A"/>
    <w:rsid w:val="0048059E"/>
    <w:rsid w:val="004C414F"/>
    <w:rsid w:val="00521303"/>
    <w:rsid w:val="00540E83"/>
    <w:rsid w:val="00575A8E"/>
    <w:rsid w:val="00607F1E"/>
    <w:rsid w:val="00677109"/>
    <w:rsid w:val="0081749D"/>
    <w:rsid w:val="00851D81"/>
    <w:rsid w:val="0085779D"/>
    <w:rsid w:val="00882F34"/>
    <w:rsid w:val="00916210"/>
    <w:rsid w:val="00944C6B"/>
    <w:rsid w:val="00A5769C"/>
    <w:rsid w:val="00A822E1"/>
    <w:rsid w:val="00AA1D8D"/>
    <w:rsid w:val="00B47730"/>
    <w:rsid w:val="00B61048"/>
    <w:rsid w:val="00C26108"/>
    <w:rsid w:val="00CB0664"/>
    <w:rsid w:val="00CE5A87"/>
    <w:rsid w:val="00D037FF"/>
    <w:rsid w:val="00D367A6"/>
    <w:rsid w:val="00D610A6"/>
    <w:rsid w:val="00D61F4E"/>
    <w:rsid w:val="00D821C0"/>
    <w:rsid w:val="00D847FB"/>
    <w:rsid w:val="00E76059"/>
    <w:rsid w:val="00E84B5A"/>
    <w:rsid w:val="00F06DE8"/>
    <w:rsid w:val="00F712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2E612"/>
  <w14:defaultImageDpi w14:val="300"/>
  <w15:docId w15:val="{02A3F621-8210-467B-95CD-60661F29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ptos" w:hAnsi="Aptos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5D33DD-50BF-4966-8279-950B7530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335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17</cp:revision>
  <dcterms:created xsi:type="dcterms:W3CDTF">2013-12-23T23:15:00Z</dcterms:created>
  <dcterms:modified xsi:type="dcterms:W3CDTF">2026-09-24T13:16:00Z</dcterms:modified>
  <cp:category/>
</cp:coreProperties>
</file>