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5FB69" w14:textId="2E07121C" w:rsidR="001A26B2" w:rsidRDefault="00041CE4">
      <w:pPr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04E91F7" wp14:editId="61619224">
            <wp:simplePos x="0" y="0"/>
            <wp:positionH relativeFrom="column">
              <wp:posOffset>-431423</wp:posOffset>
            </wp:positionH>
            <wp:positionV relativeFrom="paragraph">
              <wp:posOffset>-338422</wp:posOffset>
            </wp:positionV>
            <wp:extent cx="876190" cy="876190"/>
            <wp:effectExtent l="0" t="0" r="635" b="635"/>
            <wp:wrapNone/>
            <wp:docPr id="131399458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99458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6190" cy="876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EB37E4">
        <w:t>Załącznik</w:t>
      </w:r>
      <w:proofErr w:type="spellEnd"/>
      <w:r w:rsidR="00EB37E4">
        <w:t xml:space="preserve"> nr 1 do </w:t>
      </w:r>
      <w:proofErr w:type="spellStart"/>
      <w:r w:rsidR="00EB37E4">
        <w:t>Regulaminu</w:t>
      </w:r>
      <w:proofErr w:type="spellEnd"/>
      <w:r w:rsidR="00EB37E4">
        <w:t xml:space="preserve"> </w:t>
      </w:r>
      <w:proofErr w:type="spellStart"/>
      <w:r w:rsidR="00EB37E4">
        <w:t>rekrutacji</w:t>
      </w:r>
      <w:proofErr w:type="spellEnd"/>
    </w:p>
    <w:p w14:paraId="08DAA73E" w14:textId="77777777" w:rsidR="001A26B2" w:rsidRDefault="00EB37E4">
      <w:pPr>
        <w:pStyle w:val="Tytu"/>
        <w:spacing w:after="100"/>
        <w:jc w:val="center"/>
      </w:pPr>
      <w:r>
        <w:t>FORMULARZ ZGŁOSZENIOWY</w:t>
      </w:r>
    </w:p>
    <w:p w14:paraId="474E9C90" w14:textId="085DA13E" w:rsidR="001A26B2" w:rsidRPr="00286FFE" w:rsidRDefault="00EB37E4">
      <w:pPr>
        <w:jc w:val="center"/>
        <w:rPr>
          <w:sz w:val="24"/>
          <w:szCs w:val="24"/>
        </w:rPr>
      </w:pPr>
      <w:r w:rsidRPr="00286FFE">
        <w:rPr>
          <w:b/>
          <w:sz w:val="24"/>
          <w:szCs w:val="24"/>
        </w:rPr>
        <w:t>Projekt „</w:t>
      </w:r>
      <w:proofErr w:type="spellStart"/>
      <w:r w:rsidR="00286FFE" w:rsidRPr="00286FFE">
        <w:rPr>
          <w:b/>
          <w:sz w:val="24"/>
          <w:szCs w:val="24"/>
        </w:rPr>
        <w:t>Gotowi</w:t>
      </w:r>
      <w:proofErr w:type="spellEnd"/>
      <w:r w:rsidR="00286FFE" w:rsidRPr="00286FFE">
        <w:rPr>
          <w:b/>
          <w:sz w:val="24"/>
          <w:szCs w:val="24"/>
        </w:rPr>
        <w:t xml:space="preserve"> </w:t>
      </w:r>
      <w:proofErr w:type="spellStart"/>
      <w:r w:rsidR="00286FFE" w:rsidRPr="00286FFE">
        <w:rPr>
          <w:b/>
          <w:sz w:val="24"/>
          <w:szCs w:val="24"/>
        </w:rPr>
        <w:t>na</w:t>
      </w:r>
      <w:proofErr w:type="spellEnd"/>
      <w:r w:rsidR="00286FFE" w:rsidRPr="00286FFE">
        <w:rPr>
          <w:b/>
          <w:sz w:val="24"/>
          <w:szCs w:val="24"/>
        </w:rPr>
        <w:t xml:space="preserve"> </w:t>
      </w:r>
      <w:proofErr w:type="spellStart"/>
      <w:r w:rsidR="00286FFE" w:rsidRPr="00286FFE">
        <w:rPr>
          <w:b/>
          <w:sz w:val="24"/>
          <w:szCs w:val="24"/>
        </w:rPr>
        <w:t>wyzwania</w:t>
      </w:r>
      <w:proofErr w:type="spellEnd"/>
      <w:r w:rsidR="00286FFE" w:rsidRPr="00286FFE">
        <w:rPr>
          <w:b/>
          <w:sz w:val="24"/>
          <w:szCs w:val="24"/>
        </w:rPr>
        <w:t>!</w:t>
      </w:r>
      <w:r w:rsidRPr="00286FFE">
        <w:rPr>
          <w:b/>
          <w:sz w:val="24"/>
          <w:szCs w:val="24"/>
        </w:rPr>
        <w:t>”</w:t>
      </w:r>
      <w:r>
        <w:br/>
        <w:t>Organizator: Ochotnicza Straż Pożarna w Wietrzychowicach</w:t>
      </w:r>
      <w:r>
        <w:br/>
        <w:t xml:space="preserve">Wyjazd na strzelnicę: 8 listopada 2026 r. </w:t>
      </w:r>
    </w:p>
    <w:p w14:paraId="2DD90C24" w14:textId="1832676E" w:rsidR="001A26B2" w:rsidRPr="00286FFE" w:rsidRDefault="001A26B2">
      <w:pPr>
        <w:spacing w:after="0"/>
        <w:jc w:val="center"/>
        <w:rPr>
          <w:sz w:val="24"/>
          <w:szCs w:val="24"/>
        </w:rPr>
      </w:pPr>
    </w:p>
    <w:p w14:paraId="29C0F856" w14:textId="77777777" w:rsidR="00E96C74" w:rsidRDefault="00E96C74">
      <w:pPr>
        <w:spacing w:after="0"/>
        <w:jc w:val="center"/>
      </w:pPr>
    </w:p>
    <w:p w14:paraId="7AB39405" w14:textId="77777777" w:rsidR="001A26B2" w:rsidRPr="00286FFE" w:rsidRDefault="00EB37E4">
      <w:pPr>
        <w:rPr>
          <w:sz w:val="24"/>
          <w:szCs w:val="24"/>
        </w:rPr>
      </w:pPr>
      <w:proofErr w:type="spellStart"/>
      <w:r w:rsidRPr="00286FFE">
        <w:rPr>
          <w:sz w:val="24"/>
          <w:szCs w:val="24"/>
        </w:rPr>
        <w:t>Formularz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należy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wypełnić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czytelnie</w:t>
      </w:r>
      <w:proofErr w:type="spellEnd"/>
      <w:r w:rsidRPr="00286FFE">
        <w:rPr>
          <w:sz w:val="24"/>
          <w:szCs w:val="24"/>
        </w:rPr>
        <w:t xml:space="preserve">, </w:t>
      </w:r>
      <w:proofErr w:type="spellStart"/>
      <w:r w:rsidRPr="00286FFE">
        <w:rPr>
          <w:sz w:val="24"/>
          <w:szCs w:val="24"/>
        </w:rPr>
        <w:t>drukowanymi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literami</w:t>
      </w:r>
      <w:proofErr w:type="spellEnd"/>
      <w:r w:rsidRPr="00286FFE">
        <w:rPr>
          <w:sz w:val="24"/>
          <w:szCs w:val="24"/>
        </w:rP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953"/>
      </w:tblGrid>
      <w:tr w:rsidR="001A26B2" w:rsidRPr="00286FFE" w14:paraId="1100C748" w14:textId="77777777">
        <w:trPr>
          <w:jc w:val="center"/>
        </w:trPr>
        <w:tc>
          <w:tcPr>
            <w:tcW w:w="3402" w:type="dxa"/>
            <w:shd w:val="clear" w:color="auto" w:fill="EDF2F7"/>
            <w:vAlign w:val="center"/>
          </w:tcPr>
          <w:p w14:paraId="564286F1" w14:textId="77777777" w:rsidR="001A26B2" w:rsidRPr="00286FFE" w:rsidRDefault="00EB37E4">
            <w:pPr>
              <w:spacing w:after="20"/>
              <w:rPr>
                <w:sz w:val="24"/>
                <w:szCs w:val="24"/>
              </w:rPr>
            </w:pPr>
            <w:proofErr w:type="spellStart"/>
            <w:r w:rsidRPr="00286FFE">
              <w:rPr>
                <w:sz w:val="24"/>
                <w:szCs w:val="24"/>
              </w:rPr>
              <w:t>Imię</w:t>
            </w:r>
            <w:proofErr w:type="spellEnd"/>
          </w:p>
        </w:tc>
        <w:tc>
          <w:tcPr>
            <w:tcW w:w="5953" w:type="dxa"/>
          </w:tcPr>
          <w:p w14:paraId="513FA098" w14:textId="77777777" w:rsidR="001A26B2" w:rsidRPr="00286FFE" w:rsidRDefault="001A26B2">
            <w:pPr>
              <w:spacing w:after="20"/>
              <w:rPr>
                <w:sz w:val="24"/>
                <w:szCs w:val="24"/>
              </w:rPr>
            </w:pPr>
          </w:p>
        </w:tc>
      </w:tr>
      <w:tr w:rsidR="001A26B2" w:rsidRPr="00286FFE" w14:paraId="271FB9B9" w14:textId="77777777">
        <w:trPr>
          <w:jc w:val="center"/>
        </w:trPr>
        <w:tc>
          <w:tcPr>
            <w:tcW w:w="3402" w:type="dxa"/>
            <w:vAlign w:val="center"/>
          </w:tcPr>
          <w:p w14:paraId="65E9C363" w14:textId="77777777" w:rsidR="001A26B2" w:rsidRPr="00286FFE" w:rsidRDefault="00EB37E4">
            <w:pPr>
              <w:spacing w:after="20"/>
              <w:rPr>
                <w:sz w:val="24"/>
                <w:szCs w:val="24"/>
              </w:rPr>
            </w:pPr>
            <w:proofErr w:type="spellStart"/>
            <w:r w:rsidRPr="00286FFE">
              <w:rPr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5953" w:type="dxa"/>
          </w:tcPr>
          <w:p w14:paraId="53F98993" w14:textId="77777777" w:rsidR="001A26B2" w:rsidRPr="00286FFE" w:rsidRDefault="001A26B2">
            <w:pPr>
              <w:spacing w:after="20"/>
              <w:rPr>
                <w:sz w:val="24"/>
                <w:szCs w:val="24"/>
              </w:rPr>
            </w:pPr>
          </w:p>
        </w:tc>
      </w:tr>
      <w:tr w:rsidR="001A26B2" w:rsidRPr="00286FFE" w14:paraId="1A475F88" w14:textId="77777777">
        <w:trPr>
          <w:jc w:val="center"/>
        </w:trPr>
        <w:tc>
          <w:tcPr>
            <w:tcW w:w="3402" w:type="dxa"/>
            <w:shd w:val="clear" w:color="auto" w:fill="EDF2F7"/>
            <w:vAlign w:val="center"/>
          </w:tcPr>
          <w:p w14:paraId="0724C893" w14:textId="77777777" w:rsidR="001A26B2" w:rsidRPr="00286FFE" w:rsidRDefault="00EB37E4">
            <w:pPr>
              <w:spacing w:after="20"/>
              <w:rPr>
                <w:sz w:val="24"/>
                <w:szCs w:val="24"/>
              </w:rPr>
            </w:pPr>
            <w:proofErr w:type="spellStart"/>
            <w:r w:rsidRPr="00286FFE">
              <w:rPr>
                <w:sz w:val="24"/>
                <w:szCs w:val="24"/>
              </w:rPr>
              <w:t>Miejscowość</w:t>
            </w:r>
            <w:proofErr w:type="spellEnd"/>
            <w:r w:rsidRPr="00286FFE">
              <w:rPr>
                <w:sz w:val="24"/>
                <w:szCs w:val="24"/>
              </w:rPr>
              <w:t xml:space="preserve"> </w:t>
            </w:r>
            <w:proofErr w:type="spellStart"/>
            <w:r w:rsidRPr="00286FFE">
              <w:rPr>
                <w:sz w:val="24"/>
                <w:szCs w:val="24"/>
              </w:rPr>
              <w:t>zamieszkania</w:t>
            </w:r>
            <w:proofErr w:type="spellEnd"/>
          </w:p>
        </w:tc>
        <w:tc>
          <w:tcPr>
            <w:tcW w:w="5953" w:type="dxa"/>
          </w:tcPr>
          <w:p w14:paraId="292F6521" w14:textId="77777777" w:rsidR="001A26B2" w:rsidRPr="00286FFE" w:rsidRDefault="001A26B2">
            <w:pPr>
              <w:spacing w:after="20"/>
              <w:rPr>
                <w:sz w:val="24"/>
                <w:szCs w:val="24"/>
              </w:rPr>
            </w:pPr>
          </w:p>
        </w:tc>
      </w:tr>
      <w:tr w:rsidR="001A26B2" w:rsidRPr="00286FFE" w14:paraId="7C45CC75" w14:textId="77777777">
        <w:trPr>
          <w:jc w:val="center"/>
        </w:trPr>
        <w:tc>
          <w:tcPr>
            <w:tcW w:w="3402" w:type="dxa"/>
            <w:vAlign w:val="center"/>
          </w:tcPr>
          <w:p w14:paraId="3F28B541" w14:textId="77777777" w:rsidR="001A26B2" w:rsidRPr="00286FFE" w:rsidRDefault="00EB37E4">
            <w:pPr>
              <w:spacing w:after="20"/>
              <w:rPr>
                <w:sz w:val="24"/>
                <w:szCs w:val="24"/>
              </w:rPr>
            </w:pPr>
            <w:proofErr w:type="spellStart"/>
            <w:r w:rsidRPr="00286FFE">
              <w:rPr>
                <w:sz w:val="24"/>
                <w:szCs w:val="24"/>
              </w:rPr>
              <w:t>Gmina</w:t>
            </w:r>
            <w:proofErr w:type="spellEnd"/>
          </w:p>
        </w:tc>
        <w:tc>
          <w:tcPr>
            <w:tcW w:w="5953" w:type="dxa"/>
          </w:tcPr>
          <w:p w14:paraId="17BE5815" w14:textId="77777777" w:rsidR="001A26B2" w:rsidRPr="00286FFE" w:rsidRDefault="001A26B2">
            <w:pPr>
              <w:spacing w:after="20"/>
              <w:rPr>
                <w:sz w:val="24"/>
                <w:szCs w:val="24"/>
              </w:rPr>
            </w:pPr>
          </w:p>
        </w:tc>
      </w:tr>
      <w:tr w:rsidR="001A26B2" w:rsidRPr="00286FFE" w14:paraId="1FACFC8F" w14:textId="77777777">
        <w:trPr>
          <w:jc w:val="center"/>
        </w:trPr>
        <w:tc>
          <w:tcPr>
            <w:tcW w:w="3402" w:type="dxa"/>
            <w:shd w:val="clear" w:color="auto" w:fill="EDF2F7"/>
            <w:vAlign w:val="center"/>
          </w:tcPr>
          <w:p w14:paraId="1CC19280" w14:textId="77777777" w:rsidR="001A26B2" w:rsidRPr="00286FFE" w:rsidRDefault="00EB37E4">
            <w:pPr>
              <w:spacing w:after="20"/>
              <w:rPr>
                <w:sz w:val="24"/>
                <w:szCs w:val="24"/>
              </w:rPr>
            </w:pPr>
            <w:proofErr w:type="spellStart"/>
            <w:r w:rsidRPr="00286FFE">
              <w:rPr>
                <w:sz w:val="24"/>
                <w:szCs w:val="24"/>
              </w:rPr>
              <w:t>Numer</w:t>
            </w:r>
            <w:proofErr w:type="spellEnd"/>
            <w:r w:rsidRPr="00286FFE">
              <w:rPr>
                <w:sz w:val="24"/>
                <w:szCs w:val="24"/>
              </w:rPr>
              <w:t xml:space="preserve"> </w:t>
            </w:r>
            <w:proofErr w:type="spellStart"/>
            <w:r w:rsidRPr="00286FFE">
              <w:rPr>
                <w:sz w:val="24"/>
                <w:szCs w:val="24"/>
              </w:rPr>
              <w:t>telefonu</w:t>
            </w:r>
            <w:proofErr w:type="spellEnd"/>
          </w:p>
        </w:tc>
        <w:tc>
          <w:tcPr>
            <w:tcW w:w="5953" w:type="dxa"/>
          </w:tcPr>
          <w:p w14:paraId="491E04DA" w14:textId="77777777" w:rsidR="001A26B2" w:rsidRPr="00286FFE" w:rsidRDefault="001A26B2">
            <w:pPr>
              <w:spacing w:after="20"/>
              <w:rPr>
                <w:sz w:val="24"/>
                <w:szCs w:val="24"/>
              </w:rPr>
            </w:pPr>
          </w:p>
        </w:tc>
      </w:tr>
      <w:tr w:rsidR="001A26B2" w:rsidRPr="00286FFE" w14:paraId="608ADA4E" w14:textId="77777777">
        <w:trPr>
          <w:jc w:val="center"/>
        </w:trPr>
        <w:tc>
          <w:tcPr>
            <w:tcW w:w="3402" w:type="dxa"/>
            <w:vAlign w:val="center"/>
          </w:tcPr>
          <w:p w14:paraId="4A61B9DD" w14:textId="77777777" w:rsidR="001A26B2" w:rsidRPr="00286FFE" w:rsidRDefault="00EB37E4">
            <w:pPr>
              <w:spacing w:after="20"/>
              <w:rPr>
                <w:sz w:val="24"/>
                <w:szCs w:val="24"/>
              </w:rPr>
            </w:pPr>
            <w:r w:rsidRPr="00286FFE">
              <w:rPr>
                <w:sz w:val="24"/>
                <w:szCs w:val="24"/>
              </w:rPr>
              <w:t>Adres e-mail</w:t>
            </w:r>
          </w:p>
        </w:tc>
        <w:tc>
          <w:tcPr>
            <w:tcW w:w="5953" w:type="dxa"/>
          </w:tcPr>
          <w:p w14:paraId="22242ACE" w14:textId="77777777" w:rsidR="001A26B2" w:rsidRPr="00286FFE" w:rsidRDefault="001A26B2">
            <w:pPr>
              <w:spacing w:after="20"/>
              <w:rPr>
                <w:sz w:val="24"/>
                <w:szCs w:val="24"/>
              </w:rPr>
            </w:pPr>
          </w:p>
        </w:tc>
      </w:tr>
    </w:tbl>
    <w:p w14:paraId="49E5C863" w14:textId="77777777" w:rsidR="001A26B2" w:rsidRPr="00286FFE" w:rsidRDefault="00EB37E4">
      <w:pPr>
        <w:pStyle w:val="Nagwek1"/>
        <w:spacing w:after="100"/>
        <w:rPr>
          <w:sz w:val="24"/>
          <w:szCs w:val="24"/>
        </w:rPr>
      </w:pPr>
      <w:r w:rsidRPr="00286FFE">
        <w:rPr>
          <w:sz w:val="24"/>
          <w:szCs w:val="24"/>
        </w:rPr>
        <w:t>OŚWIADCZENIA I KRYTERIA FORMALNE</w:t>
      </w:r>
    </w:p>
    <w:p w14:paraId="0F4566F1" w14:textId="77777777" w:rsidR="001A26B2" w:rsidRPr="00286FFE" w:rsidRDefault="00EB37E4">
      <w:pPr>
        <w:rPr>
          <w:sz w:val="24"/>
          <w:szCs w:val="24"/>
        </w:rPr>
      </w:pPr>
      <w:r w:rsidRPr="00286FFE">
        <w:rPr>
          <w:sz w:val="24"/>
          <w:szCs w:val="24"/>
        </w:rPr>
        <w:t xml:space="preserve">☐ TAK      ☐ NIE     </w:t>
      </w:r>
      <w:proofErr w:type="spellStart"/>
      <w:r w:rsidRPr="00286FFE">
        <w:rPr>
          <w:sz w:val="24"/>
          <w:szCs w:val="24"/>
        </w:rPr>
        <w:t>Jestem</w:t>
      </w:r>
      <w:proofErr w:type="spellEnd"/>
      <w:r w:rsidRPr="00286FFE">
        <w:rPr>
          <w:sz w:val="24"/>
          <w:szCs w:val="24"/>
        </w:rPr>
        <w:t xml:space="preserve"> osobą </w:t>
      </w:r>
      <w:proofErr w:type="spellStart"/>
      <w:r w:rsidRPr="00286FFE">
        <w:rPr>
          <w:sz w:val="24"/>
          <w:szCs w:val="24"/>
        </w:rPr>
        <w:t>pełnoletnią</w:t>
      </w:r>
      <w:proofErr w:type="spellEnd"/>
      <w:r w:rsidRPr="00286FFE">
        <w:rPr>
          <w:sz w:val="24"/>
          <w:szCs w:val="24"/>
        </w:rPr>
        <w:t>.</w:t>
      </w:r>
    </w:p>
    <w:p w14:paraId="748AF162" w14:textId="6BFCE506" w:rsidR="001A26B2" w:rsidRPr="00286FFE" w:rsidRDefault="00EB37E4">
      <w:pPr>
        <w:rPr>
          <w:sz w:val="24"/>
          <w:szCs w:val="24"/>
        </w:rPr>
      </w:pPr>
      <w:r w:rsidRPr="00286FFE">
        <w:rPr>
          <w:sz w:val="24"/>
          <w:szCs w:val="24"/>
        </w:rPr>
        <w:t xml:space="preserve">☐ TAK      ☐ NIE     </w:t>
      </w:r>
      <w:proofErr w:type="spellStart"/>
      <w:r w:rsidRPr="00286FFE">
        <w:rPr>
          <w:sz w:val="24"/>
          <w:szCs w:val="24"/>
        </w:rPr>
        <w:t>Jestem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mieszkańcem</w:t>
      </w:r>
      <w:proofErr w:type="spellEnd"/>
      <w:r w:rsidRPr="00286FFE">
        <w:rPr>
          <w:sz w:val="24"/>
          <w:szCs w:val="24"/>
        </w:rPr>
        <w:t>/</w:t>
      </w:r>
      <w:proofErr w:type="spellStart"/>
      <w:r w:rsidRPr="00286FFE">
        <w:rPr>
          <w:sz w:val="24"/>
          <w:szCs w:val="24"/>
        </w:rPr>
        <w:t>mieszkanką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gminy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="00286FFE" w:rsidRPr="00286FFE">
        <w:rPr>
          <w:sz w:val="24"/>
          <w:szCs w:val="24"/>
        </w:rPr>
        <w:t>Wietrzychowice</w:t>
      </w:r>
      <w:proofErr w:type="spellEnd"/>
    </w:p>
    <w:p w14:paraId="115B2188" w14:textId="77777777" w:rsidR="001A26B2" w:rsidRPr="00286FFE" w:rsidRDefault="00EB37E4">
      <w:pPr>
        <w:rPr>
          <w:sz w:val="24"/>
          <w:szCs w:val="24"/>
        </w:rPr>
      </w:pPr>
      <w:r w:rsidRPr="00286FFE">
        <w:rPr>
          <w:sz w:val="24"/>
          <w:szCs w:val="24"/>
        </w:rPr>
        <w:t xml:space="preserve">☐ TAK      ☐ NIE     </w:t>
      </w:r>
      <w:proofErr w:type="spellStart"/>
      <w:r w:rsidRPr="00286FFE">
        <w:rPr>
          <w:sz w:val="24"/>
          <w:szCs w:val="24"/>
        </w:rPr>
        <w:t>Zgłaszam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dobrowolną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chęć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udziału</w:t>
      </w:r>
      <w:proofErr w:type="spellEnd"/>
      <w:r w:rsidRPr="00286FFE">
        <w:rPr>
          <w:sz w:val="24"/>
          <w:szCs w:val="24"/>
        </w:rPr>
        <w:t xml:space="preserve"> w </w:t>
      </w:r>
      <w:proofErr w:type="spellStart"/>
      <w:r w:rsidRPr="00286FFE">
        <w:rPr>
          <w:sz w:val="24"/>
          <w:szCs w:val="24"/>
        </w:rPr>
        <w:t>wyjeździe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szkoleniowym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na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strzelnicę</w:t>
      </w:r>
      <w:proofErr w:type="spellEnd"/>
      <w:r w:rsidRPr="00286FFE">
        <w:rPr>
          <w:sz w:val="24"/>
          <w:szCs w:val="24"/>
        </w:rPr>
        <w:t>.</w:t>
      </w:r>
    </w:p>
    <w:p w14:paraId="70222BA8" w14:textId="77777777" w:rsidR="001A26B2" w:rsidRPr="00286FFE" w:rsidRDefault="00EB37E4">
      <w:pPr>
        <w:rPr>
          <w:sz w:val="24"/>
          <w:szCs w:val="24"/>
        </w:rPr>
      </w:pPr>
      <w:r w:rsidRPr="00286FFE">
        <w:rPr>
          <w:sz w:val="24"/>
          <w:szCs w:val="24"/>
        </w:rPr>
        <w:t xml:space="preserve">☐ TAK      ☐ NIE     </w:t>
      </w:r>
      <w:proofErr w:type="spellStart"/>
      <w:r w:rsidRPr="00286FFE">
        <w:rPr>
          <w:sz w:val="24"/>
          <w:szCs w:val="24"/>
        </w:rPr>
        <w:t>Zapoznałem</w:t>
      </w:r>
      <w:proofErr w:type="spellEnd"/>
      <w:r w:rsidRPr="00286FFE">
        <w:rPr>
          <w:sz w:val="24"/>
          <w:szCs w:val="24"/>
        </w:rPr>
        <w:t xml:space="preserve">(-am) </w:t>
      </w:r>
      <w:proofErr w:type="spellStart"/>
      <w:r w:rsidRPr="00286FFE">
        <w:rPr>
          <w:sz w:val="24"/>
          <w:szCs w:val="24"/>
        </w:rPr>
        <w:t>się</w:t>
      </w:r>
      <w:proofErr w:type="spellEnd"/>
      <w:r w:rsidRPr="00286FFE">
        <w:rPr>
          <w:sz w:val="24"/>
          <w:szCs w:val="24"/>
        </w:rPr>
        <w:t xml:space="preserve"> z </w:t>
      </w:r>
      <w:proofErr w:type="spellStart"/>
      <w:r w:rsidRPr="00286FFE">
        <w:rPr>
          <w:sz w:val="24"/>
          <w:szCs w:val="24"/>
        </w:rPr>
        <w:t>Regulaminem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rekrutacji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i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akceptuję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zasady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udziału</w:t>
      </w:r>
      <w:proofErr w:type="spellEnd"/>
      <w:r w:rsidRPr="00286FFE">
        <w:rPr>
          <w:sz w:val="24"/>
          <w:szCs w:val="24"/>
        </w:rPr>
        <w:t xml:space="preserve"> w </w:t>
      </w:r>
      <w:proofErr w:type="spellStart"/>
      <w:r w:rsidRPr="00286FFE">
        <w:rPr>
          <w:sz w:val="24"/>
          <w:szCs w:val="24"/>
        </w:rPr>
        <w:t>szkoleniu</w:t>
      </w:r>
      <w:proofErr w:type="spellEnd"/>
      <w:r w:rsidRPr="00286FFE">
        <w:rPr>
          <w:sz w:val="24"/>
          <w:szCs w:val="24"/>
        </w:rPr>
        <w:t xml:space="preserve">, w </w:t>
      </w:r>
      <w:proofErr w:type="spellStart"/>
      <w:r w:rsidRPr="00286FFE">
        <w:rPr>
          <w:sz w:val="24"/>
          <w:szCs w:val="24"/>
        </w:rPr>
        <w:t>tym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obowiązek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przestrzegania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regulaminu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strzelnicy</w:t>
      </w:r>
      <w:proofErr w:type="spellEnd"/>
      <w:r w:rsidRPr="00286FFE">
        <w:rPr>
          <w:sz w:val="24"/>
          <w:szCs w:val="24"/>
        </w:rPr>
        <w:t xml:space="preserve"> i </w:t>
      </w:r>
      <w:proofErr w:type="spellStart"/>
      <w:r w:rsidRPr="00286FFE">
        <w:rPr>
          <w:sz w:val="24"/>
          <w:szCs w:val="24"/>
        </w:rPr>
        <w:t>poleceń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instruktorów</w:t>
      </w:r>
      <w:proofErr w:type="spellEnd"/>
      <w:r w:rsidRPr="00286FFE">
        <w:rPr>
          <w:sz w:val="24"/>
          <w:szCs w:val="24"/>
        </w:rPr>
        <w:t>.</w:t>
      </w:r>
    </w:p>
    <w:p w14:paraId="69F1B048" w14:textId="77777777" w:rsidR="001A26B2" w:rsidRDefault="00EB37E4">
      <w:pPr>
        <w:rPr>
          <w:sz w:val="24"/>
          <w:szCs w:val="24"/>
        </w:rPr>
      </w:pPr>
      <w:proofErr w:type="spellStart"/>
      <w:r w:rsidRPr="00286FFE">
        <w:rPr>
          <w:sz w:val="24"/>
          <w:szCs w:val="24"/>
        </w:rPr>
        <w:t>Oświadczam</w:t>
      </w:r>
      <w:proofErr w:type="spellEnd"/>
      <w:r w:rsidRPr="00286FFE">
        <w:rPr>
          <w:sz w:val="24"/>
          <w:szCs w:val="24"/>
        </w:rPr>
        <w:t xml:space="preserve">, </w:t>
      </w:r>
      <w:proofErr w:type="spellStart"/>
      <w:r w:rsidRPr="00286FFE">
        <w:rPr>
          <w:sz w:val="24"/>
          <w:szCs w:val="24"/>
        </w:rPr>
        <w:t>że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podane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dane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są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zgodne</w:t>
      </w:r>
      <w:proofErr w:type="spellEnd"/>
      <w:r w:rsidRPr="00286FFE">
        <w:rPr>
          <w:sz w:val="24"/>
          <w:szCs w:val="24"/>
        </w:rPr>
        <w:t xml:space="preserve"> z </w:t>
      </w:r>
      <w:proofErr w:type="spellStart"/>
      <w:r w:rsidRPr="00286FFE">
        <w:rPr>
          <w:sz w:val="24"/>
          <w:szCs w:val="24"/>
        </w:rPr>
        <w:t>prawdą</w:t>
      </w:r>
      <w:proofErr w:type="spellEnd"/>
      <w:r w:rsidRPr="00286FFE">
        <w:rPr>
          <w:sz w:val="24"/>
          <w:szCs w:val="24"/>
        </w:rPr>
        <w:t xml:space="preserve">. </w:t>
      </w:r>
      <w:proofErr w:type="spellStart"/>
      <w:r w:rsidRPr="00286FFE">
        <w:rPr>
          <w:sz w:val="24"/>
          <w:szCs w:val="24"/>
        </w:rPr>
        <w:t>Przyjmuję</w:t>
      </w:r>
      <w:proofErr w:type="spellEnd"/>
      <w:r w:rsidRPr="00286FFE">
        <w:rPr>
          <w:sz w:val="24"/>
          <w:szCs w:val="24"/>
        </w:rPr>
        <w:t xml:space="preserve"> do </w:t>
      </w:r>
      <w:proofErr w:type="spellStart"/>
      <w:r w:rsidRPr="00286FFE">
        <w:rPr>
          <w:sz w:val="24"/>
          <w:szCs w:val="24"/>
        </w:rPr>
        <w:t>wiadomości</w:t>
      </w:r>
      <w:proofErr w:type="spellEnd"/>
      <w:r w:rsidRPr="00286FFE">
        <w:rPr>
          <w:sz w:val="24"/>
          <w:szCs w:val="24"/>
        </w:rPr>
        <w:t xml:space="preserve">, </w:t>
      </w:r>
      <w:proofErr w:type="spellStart"/>
      <w:r w:rsidRPr="00286FFE">
        <w:rPr>
          <w:sz w:val="24"/>
          <w:szCs w:val="24"/>
        </w:rPr>
        <w:t>że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zakwalifikowanie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zostanie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potwierdzone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przez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Organizatora</w:t>
      </w:r>
      <w:proofErr w:type="spellEnd"/>
      <w:r w:rsidRPr="00286FFE">
        <w:rPr>
          <w:sz w:val="24"/>
          <w:szCs w:val="24"/>
        </w:rPr>
        <w:t>.</w:t>
      </w:r>
    </w:p>
    <w:p w14:paraId="5B158C6A" w14:textId="77777777" w:rsidR="00286FFE" w:rsidRPr="00286FFE" w:rsidRDefault="00286FFE">
      <w:pPr>
        <w:spacing w:after="0"/>
        <w:rPr>
          <w:sz w:val="24"/>
          <w:szCs w:val="24"/>
        </w:rPr>
      </w:pPr>
    </w:p>
    <w:p w14:paraId="7804BBDB" w14:textId="77777777" w:rsidR="001A26B2" w:rsidRPr="00286FFE" w:rsidRDefault="00EB37E4">
      <w:pPr>
        <w:spacing w:before="180"/>
        <w:rPr>
          <w:sz w:val="24"/>
          <w:szCs w:val="24"/>
        </w:rPr>
      </w:pPr>
      <w:r w:rsidRPr="00286FFE">
        <w:rPr>
          <w:i/>
          <w:sz w:val="24"/>
          <w:szCs w:val="24"/>
        </w:rPr>
        <w:t>...........................................................</w:t>
      </w:r>
    </w:p>
    <w:p w14:paraId="0BACC332" w14:textId="219F04EE" w:rsidR="001A26B2" w:rsidRPr="00286FFE" w:rsidRDefault="00EB37E4" w:rsidP="00286FFE">
      <w:pPr>
        <w:rPr>
          <w:sz w:val="24"/>
          <w:szCs w:val="24"/>
        </w:rPr>
      </w:pPr>
      <w:r w:rsidRPr="00286FFE">
        <w:rPr>
          <w:sz w:val="24"/>
          <w:szCs w:val="24"/>
        </w:rPr>
        <w:t xml:space="preserve">Data </w:t>
      </w:r>
      <w:proofErr w:type="spellStart"/>
      <w:r w:rsidRPr="00286FFE">
        <w:rPr>
          <w:sz w:val="24"/>
          <w:szCs w:val="24"/>
        </w:rPr>
        <w:t>i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czytelny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podpis</w:t>
      </w:r>
      <w:proofErr w:type="spellEnd"/>
      <w:r w:rsidRPr="00286FFE">
        <w:rPr>
          <w:sz w:val="24"/>
          <w:szCs w:val="24"/>
        </w:rPr>
        <w:t xml:space="preserve"> </w:t>
      </w:r>
      <w:proofErr w:type="spellStart"/>
      <w:r w:rsidRPr="00286FFE">
        <w:rPr>
          <w:sz w:val="24"/>
          <w:szCs w:val="24"/>
        </w:rPr>
        <w:t>kandydat</w:t>
      </w:r>
      <w:r w:rsidR="00286FFE" w:rsidRPr="00286FFE">
        <w:rPr>
          <w:sz w:val="24"/>
          <w:szCs w:val="24"/>
        </w:rPr>
        <w:t>a</w:t>
      </w:r>
      <w:proofErr w:type="spellEnd"/>
      <w:r w:rsidR="00286FFE">
        <w:rPr>
          <w:sz w:val="24"/>
          <w:szCs w:val="24"/>
        </w:rPr>
        <w:t>/</w:t>
      </w:r>
      <w:proofErr w:type="spellStart"/>
      <w:r w:rsidR="00286FFE">
        <w:rPr>
          <w:sz w:val="24"/>
          <w:szCs w:val="24"/>
        </w:rPr>
        <w:t>kandydatki</w:t>
      </w:r>
      <w:proofErr w:type="spellEnd"/>
    </w:p>
    <w:p w14:paraId="7DC91EF8" w14:textId="77777777" w:rsidR="001A26B2" w:rsidRPr="00286FFE" w:rsidRDefault="00EB37E4">
      <w:pPr>
        <w:spacing w:after="0"/>
        <w:rPr>
          <w:sz w:val="24"/>
          <w:szCs w:val="24"/>
        </w:rPr>
      </w:pPr>
      <w:r w:rsidRPr="00286FFE">
        <w:rPr>
          <w:sz w:val="24"/>
          <w:szCs w:val="24"/>
        </w:rPr>
        <w:br w:type="page"/>
      </w:r>
    </w:p>
    <w:p w14:paraId="27B5FDB5" w14:textId="77777777" w:rsidR="001A26B2" w:rsidRPr="00286FFE" w:rsidRDefault="00EB37E4">
      <w:pPr>
        <w:pStyle w:val="Nagwek1"/>
        <w:spacing w:after="100"/>
        <w:rPr>
          <w:sz w:val="24"/>
          <w:szCs w:val="24"/>
        </w:rPr>
      </w:pPr>
      <w:r w:rsidRPr="00286FFE">
        <w:rPr>
          <w:sz w:val="24"/>
          <w:szCs w:val="24"/>
        </w:rPr>
        <w:lastRenderedPageBreak/>
        <w:t>INFORMACJA O PRZETWARZANIU DANYCH OSOBOWYCH</w:t>
      </w:r>
    </w:p>
    <w:p w14:paraId="0BD2C96C" w14:textId="6FD8E457" w:rsidR="001A26B2" w:rsidRPr="00041CE4" w:rsidRDefault="00EB37E4">
      <w:pPr>
        <w:rPr>
          <w:sz w:val="22"/>
        </w:rPr>
      </w:pPr>
      <w:r w:rsidRPr="00041CE4">
        <w:rPr>
          <w:sz w:val="22"/>
        </w:rPr>
        <w:t xml:space="preserve">Administratorem danych osobowych jest Ochotnicza Straż Pożarna w Wietrzychowicach (OSP Wietrzychowice). Dane </w:t>
      </w:r>
      <w:proofErr w:type="spellStart"/>
      <w:r w:rsidRPr="00041CE4">
        <w:rPr>
          <w:sz w:val="22"/>
        </w:rPr>
        <w:t>kontaktowe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adminis</w:t>
      </w:r>
      <w:r w:rsidR="00041CE4" w:rsidRPr="00041CE4">
        <w:rPr>
          <w:sz w:val="22"/>
        </w:rPr>
        <w:t>tratora</w:t>
      </w:r>
      <w:proofErr w:type="spellEnd"/>
      <w:r w:rsidR="00041CE4">
        <w:rPr>
          <w:sz w:val="22"/>
        </w:rPr>
        <w:t>:</w:t>
      </w:r>
      <w:r w:rsidR="00041CE4" w:rsidRPr="00041CE4">
        <w:rPr>
          <w:sz w:val="22"/>
        </w:rPr>
        <w:t xml:space="preserve"> OSP </w:t>
      </w:r>
      <w:proofErr w:type="spellStart"/>
      <w:r w:rsidR="00041CE4" w:rsidRPr="00041CE4">
        <w:rPr>
          <w:sz w:val="22"/>
        </w:rPr>
        <w:t>Wietrzychowice</w:t>
      </w:r>
      <w:proofErr w:type="spellEnd"/>
      <w:r w:rsidR="00041CE4" w:rsidRPr="00041CE4">
        <w:rPr>
          <w:sz w:val="22"/>
        </w:rPr>
        <w:t xml:space="preserve"> e-mail strazwietrzychowice@gmail.com</w:t>
      </w:r>
    </w:p>
    <w:p w14:paraId="3085DE58" w14:textId="77777777" w:rsidR="001A26B2" w:rsidRPr="00041CE4" w:rsidRDefault="00EB37E4">
      <w:pPr>
        <w:rPr>
          <w:sz w:val="22"/>
        </w:rPr>
      </w:pPr>
      <w:r w:rsidRPr="00041CE4">
        <w:rPr>
          <w:sz w:val="22"/>
        </w:rPr>
        <w:t>Dane podane w formularzu będą przetwarzane w celu przeprowadzenia rekrutacji, organizacji wyjazdu, dokumentowania udziału oraz realizacji obowiązków sprawozdawczych i kontrolnych związanych z projektem „Gotowi na wyzwania!”. Podstawy prawne przetwarzania mogą obejmować art. 6 ust. 1 lit. b, c i f RODO, zależnie od konkretnego celu.</w:t>
      </w:r>
    </w:p>
    <w:p w14:paraId="1AAFB2F5" w14:textId="77777777" w:rsidR="001A26B2" w:rsidRPr="00041CE4" w:rsidRDefault="00EB37E4">
      <w:pPr>
        <w:rPr>
          <w:sz w:val="22"/>
        </w:rPr>
      </w:pPr>
      <w:proofErr w:type="spellStart"/>
      <w:r w:rsidRPr="00041CE4">
        <w:rPr>
          <w:sz w:val="22"/>
        </w:rPr>
        <w:t>Dostęp</w:t>
      </w:r>
      <w:proofErr w:type="spellEnd"/>
      <w:r w:rsidRPr="00041CE4">
        <w:rPr>
          <w:sz w:val="22"/>
        </w:rPr>
        <w:t xml:space="preserve"> do </w:t>
      </w:r>
      <w:proofErr w:type="spellStart"/>
      <w:r w:rsidRPr="00041CE4">
        <w:rPr>
          <w:sz w:val="22"/>
        </w:rPr>
        <w:t>danych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mogą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uzyskać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upoważnione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osoby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Organizatora</w:t>
      </w:r>
      <w:proofErr w:type="spellEnd"/>
      <w:r w:rsidRPr="00041CE4">
        <w:rPr>
          <w:sz w:val="22"/>
        </w:rPr>
        <w:t xml:space="preserve">, </w:t>
      </w:r>
      <w:proofErr w:type="spellStart"/>
      <w:r w:rsidRPr="00041CE4">
        <w:rPr>
          <w:sz w:val="22"/>
        </w:rPr>
        <w:t>podmioty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obsługujące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szkolenie</w:t>
      </w:r>
      <w:proofErr w:type="spellEnd"/>
      <w:r w:rsidRPr="00041CE4">
        <w:rPr>
          <w:sz w:val="22"/>
        </w:rPr>
        <w:t xml:space="preserve"> w </w:t>
      </w:r>
      <w:proofErr w:type="spellStart"/>
      <w:r w:rsidRPr="00041CE4">
        <w:rPr>
          <w:sz w:val="22"/>
        </w:rPr>
        <w:t>zakresie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niezbędnym</w:t>
      </w:r>
      <w:proofErr w:type="spellEnd"/>
      <w:r w:rsidRPr="00041CE4">
        <w:rPr>
          <w:sz w:val="22"/>
        </w:rPr>
        <w:t xml:space="preserve"> do </w:t>
      </w:r>
      <w:proofErr w:type="spellStart"/>
      <w:r w:rsidRPr="00041CE4">
        <w:rPr>
          <w:sz w:val="22"/>
        </w:rPr>
        <w:t>jego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przeprowadzenia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oraz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podmioty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uprawnione</w:t>
      </w:r>
      <w:proofErr w:type="spellEnd"/>
      <w:r w:rsidRPr="00041CE4">
        <w:rPr>
          <w:sz w:val="22"/>
        </w:rPr>
        <w:t xml:space="preserve"> do </w:t>
      </w:r>
      <w:proofErr w:type="spellStart"/>
      <w:r w:rsidRPr="00041CE4">
        <w:rPr>
          <w:sz w:val="22"/>
        </w:rPr>
        <w:t>kontroli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i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rozliczenia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zadania</w:t>
      </w:r>
      <w:proofErr w:type="spellEnd"/>
      <w:r w:rsidRPr="00041CE4">
        <w:rPr>
          <w:sz w:val="22"/>
        </w:rPr>
        <w:t xml:space="preserve">. Dane </w:t>
      </w:r>
      <w:proofErr w:type="spellStart"/>
      <w:r w:rsidRPr="00041CE4">
        <w:rPr>
          <w:sz w:val="22"/>
        </w:rPr>
        <w:t>będą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przechowywane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przez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okres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wymagany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przepisami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i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dokumentacją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programu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finansującego</w:t>
      </w:r>
      <w:proofErr w:type="spellEnd"/>
      <w:r w:rsidRPr="00041CE4">
        <w:rPr>
          <w:sz w:val="22"/>
        </w:rPr>
        <w:t xml:space="preserve">. </w:t>
      </w:r>
      <w:proofErr w:type="spellStart"/>
      <w:r w:rsidRPr="00041CE4">
        <w:rPr>
          <w:sz w:val="22"/>
        </w:rPr>
        <w:t>Przysługuje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prawo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dostępu</w:t>
      </w:r>
      <w:proofErr w:type="spellEnd"/>
      <w:r w:rsidRPr="00041CE4">
        <w:rPr>
          <w:sz w:val="22"/>
        </w:rPr>
        <w:t xml:space="preserve">, </w:t>
      </w:r>
      <w:proofErr w:type="spellStart"/>
      <w:r w:rsidRPr="00041CE4">
        <w:rPr>
          <w:sz w:val="22"/>
        </w:rPr>
        <w:t>sprostowania</w:t>
      </w:r>
      <w:proofErr w:type="spellEnd"/>
      <w:r w:rsidRPr="00041CE4">
        <w:rPr>
          <w:sz w:val="22"/>
        </w:rPr>
        <w:t xml:space="preserve">, </w:t>
      </w:r>
      <w:proofErr w:type="spellStart"/>
      <w:r w:rsidRPr="00041CE4">
        <w:rPr>
          <w:sz w:val="22"/>
        </w:rPr>
        <w:t>ograniczenia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przetwarzania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oraz</w:t>
      </w:r>
      <w:proofErr w:type="spellEnd"/>
      <w:r w:rsidRPr="00041CE4">
        <w:rPr>
          <w:sz w:val="22"/>
        </w:rPr>
        <w:t xml:space="preserve"> – w </w:t>
      </w:r>
      <w:proofErr w:type="spellStart"/>
      <w:r w:rsidRPr="00041CE4">
        <w:rPr>
          <w:sz w:val="22"/>
        </w:rPr>
        <w:t>przewidzianych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prawem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przypadkach</w:t>
      </w:r>
      <w:proofErr w:type="spellEnd"/>
      <w:r w:rsidRPr="00041CE4">
        <w:rPr>
          <w:sz w:val="22"/>
        </w:rPr>
        <w:t xml:space="preserve"> – </w:t>
      </w:r>
      <w:proofErr w:type="spellStart"/>
      <w:r w:rsidRPr="00041CE4">
        <w:rPr>
          <w:sz w:val="22"/>
        </w:rPr>
        <w:t>usunięcia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danych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i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sprzeciwu</w:t>
      </w:r>
      <w:proofErr w:type="spellEnd"/>
      <w:r w:rsidRPr="00041CE4">
        <w:rPr>
          <w:sz w:val="22"/>
        </w:rPr>
        <w:t xml:space="preserve">. </w:t>
      </w:r>
      <w:proofErr w:type="spellStart"/>
      <w:r w:rsidRPr="00041CE4">
        <w:rPr>
          <w:sz w:val="22"/>
        </w:rPr>
        <w:t>Skargę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można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wnieść</w:t>
      </w:r>
      <w:proofErr w:type="spellEnd"/>
      <w:r w:rsidRPr="00041CE4">
        <w:rPr>
          <w:sz w:val="22"/>
        </w:rPr>
        <w:t xml:space="preserve"> do </w:t>
      </w:r>
      <w:proofErr w:type="spellStart"/>
      <w:r w:rsidRPr="00041CE4">
        <w:rPr>
          <w:sz w:val="22"/>
        </w:rPr>
        <w:t>Prezesa</w:t>
      </w:r>
      <w:proofErr w:type="spellEnd"/>
      <w:r w:rsidRPr="00041CE4">
        <w:rPr>
          <w:sz w:val="22"/>
        </w:rPr>
        <w:t xml:space="preserve"> UODO. </w:t>
      </w:r>
      <w:proofErr w:type="spellStart"/>
      <w:r w:rsidRPr="00041CE4">
        <w:rPr>
          <w:sz w:val="22"/>
        </w:rPr>
        <w:t>Podanie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danych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wymaganych</w:t>
      </w:r>
      <w:proofErr w:type="spellEnd"/>
      <w:r w:rsidRPr="00041CE4">
        <w:rPr>
          <w:sz w:val="22"/>
        </w:rPr>
        <w:t xml:space="preserve"> do </w:t>
      </w:r>
      <w:proofErr w:type="spellStart"/>
      <w:r w:rsidRPr="00041CE4">
        <w:rPr>
          <w:sz w:val="22"/>
        </w:rPr>
        <w:t>kwalifikacji</w:t>
      </w:r>
      <w:proofErr w:type="spellEnd"/>
      <w:r w:rsidRPr="00041CE4">
        <w:rPr>
          <w:sz w:val="22"/>
        </w:rPr>
        <w:t xml:space="preserve"> jest </w:t>
      </w:r>
      <w:proofErr w:type="spellStart"/>
      <w:r w:rsidRPr="00041CE4">
        <w:rPr>
          <w:sz w:val="22"/>
        </w:rPr>
        <w:t>dobrowolne</w:t>
      </w:r>
      <w:proofErr w:type="spellEnd"/>
      <w:r w:rsidRPr="00041CE4">
        <w:rPr>
          <w:sz w:val="22"/>
        </w:rPr>
        <w:t xml:space="preserve">, ale </w:t>
      </w:r>
      <w:proofErr w:type="spellStart"/>
      <w:r w:rsidRPr="00041CE4">
        <w:rPr>
          <w:sz w:val="22"/>
        </w:rPr>
        <w:t>niezbędne</w:t>
      </w:r>
      <w:proofErr w:type="spellEnd"/>
      <w:r w:rsidRPr="00041CE4">
        <w:rPr>
          <w:sz w:val="22"/>
        </w:rPr>
        <w:t xml:space="preserve"> do </w:t>
      </w:r>
      <w:proofErr w:type="spellStart"/>
      <w:r w:rsidRPr="00041CE4">
        <w:rPr>
          <w:sz w:val="22"/>
        </w:rPr>
        <w:t>udziału</w:t>
      </w:r>
      <w:proofErr w:type="spellEnd"/>
      <w:r w:rsidRPr="00041CE4">
        <w:rPr>
          <w:sz w:val="22"/>
        </w:rPr>
        <w:t xml:space="preserve">. Dane </w:t>
      </w:r>
      <w:proofErr w:type="spellStart"/>
      <w:r w:rsidRPr="00041CE4">
        <w:rPr>
          <w:sz w:val="22"/>
        </w:rPr>
        <w:t>nie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będą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wykorzystane</w:t>
      </w:r>
      <w:proofErr w:type="spellEnd"/>
      <w:r w:rsidRPr="00041CE4">
        <w:rPr>
          <w:sz w:val="22"/>
        </w:rPr>
        <w:t xml:space="preserve"> do </w:t>
      </w:r>
      <w:proofErr w:type="spellStart"/>
      <w:r w:rsidRPr="00041CE4">
        <w:rPr>
          <w:sz w:val="22"/>
        </w:rPr>
        <w:t>zautomatyzowanego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podejmowania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decyzji</w:t>
      </w:r>
      <w:proofErr w:type="spellEnd"/>
      <w:r w:rsidRPr="00041CE4">
        <w:rPr>
          <w:sz w:val="22"/>
        </w:rPr>
        <w:t xml:space="preserve"> ani </w:t>
      </w:r>
      <w:proofErr w:type="spellStart"/>
      <w:r w:rsidRPr="00041CE4">
        <w:rPr>
          <w:sz w:val="22"/>
        </w:rPr>
        <w:t>profilowania</w:t>
      </w:r>
      <w:proofErr w:type="spellEnd"/>
      <w:r w:rsidRPr="00041CE4">
        <w:rPr>
          <w:sz w:val="22"/>
        </w:rPr>
        <w:t>.</w:t>
      </w:r>
    </w:p>
    <w:p w14:paraId="61712470" w14:textId="77777777" w:rsidR="001A26B2" w:rsidRPr="00041CE4" w:rsidRDefault="00EB37E4">
      <w:pPr>
        <w:rPr>
          <w:sz w:val="22"/>
        </w:rPr>
      </w:pPr>
      <w:r w:rsidRPr="00041CE4">
        <w:rPr>
          <w:sz w:val="22"/>
        </w:rPr>
        <w:t xml:space="preserve">☐ TAK      ☐ NIE     </w:t>
      </w:r>
      <w:proofErr w:type="spellStart"/>
      <w:r w:rsidRPr="00041CE4">
        <w:rPr>
          <w:sz w:val="22"/>
        </w:rPr>
        <w:t>Potwierdzam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zapoznanie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się</w:t>
      </w:r>
      <w:proofErr w:type="spellEnd"/>
      <w:r w:rsidRPr="00041CE4">
        <w:rPr>
          <w:sz w:val="22"/>
        </w:rPr>
        <w:t xml:space="preserve"> z </w:t>
      </w:r>
      <w:proofErr w:type="spellStart"/>
      <w:r w:rsidRPr="00041CE4">
        <w:rPr>
          <w:sz w:val="22"/>
        </w:rPr>
        <w:t>powyższą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informacją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dotyczącą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przetwarzania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danych</w:t>
      </w:r>
      <w:proofErr w:type="spellEnd"/>
      <w:r w:rsidRPr="00041CE4">
        <w:rPr>
          <w:sz w:val="22"/>
        </w:rPr>
        <w:t xml:space="preserve"> osobowych.</w:t>
      </w:r>
    </w:p>
    <w:p w14:paraId="4C8FC8CF" w14:textId="77777777" w:rsidR="001A26B2" w:rsidRPr="00041CE4" w:rsidRDefault="00EB37E4">
      <w:pPr>
        <w:spacing w:before="180"/>
        <w:rPr>
          <w:sz w:val="22"/>
        </w:rPr>
      </w:pPr>
      <w:r w:rsidRPr="00041CE4">
        <w:rPr>
          <w:i/>
          <w:sz w:val="22"/>
        </w:rPr>
        <w:t>...........................................................</w:t>
      </w:r>
    </w:p>
    <w:p w14:paraId="43178B29" w14:textId="77777777" w:rsidR="001A26B2" w:rsidRPr="00041CE4" w:rsidRDefault="00EB37E4">
      <w:pPr>
        <w:rPr>
          <w:sz w:val="22"/>
        </w:rPr>
      </w:pPr>
      <w:r w:rsidRPr="00041CE4">
        <w:rPr>
          <w:sz w:val="22"/>
        </w:rPr>
        <w:t xml:space="preserve">Data </w:t>
      </w:r>
      <w:proofErr w:type="spellStart"/>
      <w:r w:rsidRPr="00041CE4">
        <w:rPr>
          <w:sz w:val="22"/>
        </w:rPr>
        <w:t>i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czytelny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podpis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kandydata</w:t>
      </w:r>
      <w:proofErr w:type="spellEnd"/>
    </w:p>
    <w:p w14:paraId="1E78A60E" w14:textId="77777777" w:rsidR="00286FFE" w:rsidRPr="00041CE4" w:rsidRDefault="00286FFE">
      <w:pPr>
        <w:spacing w:after="0"/>
        <w:rPr>
          <w:sz w:val="22"/>
        </w:rPr>
      </w:pPr>
    </w:p>
    <w:p w14:paraId="7FE6E05F" w14:textId="77777777" w:rsidR="00286FFE" w:rsidRPr="00041CE4" w:rsidRDefault="00286FFE">
      <w:pPr>
        <w:spacing w:after="0"/>
        <w:rPr>
          <w:sz w:val="22"/>
        </w:rPr>
      </w:pPr>
    </w:p>
    <w:p w14:paraId="79427530" w14:textId="6B03C665" w:rsidR="001A26B2" w:rsidRPr="00041CE4" w:rsidRDefault="00EB37E4">
      <w:pPr>
        <w:pStyle w:val="Nagwek1"/>
        <w:spacing w:after="100"/>
        <w:rPr>
          <w:sz w:val="22"/>
          <w:szCs w:val="22"/>
        </w:rPr>
      </w:pPr>
      <w:r w:rsidRPr="00041CE4">
        <w:rPr>
          <w:sz w:val="22"/>
          <w:szCs w:val="22"/>
        </w:rPr>
        <w:t>ZGODA NA WYKORZYSTANIE WIZERUNKU</w:t>
      </w:r>
    </w:p>
    <w:p w14:paraId="0596B5B7" w14:textId="77777777" w:rsidR="001A26B2" w:rsidRPr="00041CE4" w:rsidRDefault="00EB37E4">
      <w:pPr>
        <w:rPr>
          <w:sz w:val="22"/>
        </w:rPr>
      </w:pPr>
      <w:r w:rsidRPr="00041CE4">
        <w:rPr>
          <w:sz w:val="22"/>
        </w:rPr>
        <w:t>Wyrażam dobrowolną zgodę na utrwalanie i nieodpłatne publikowanie mojego wizerunku na zdjęciach i nagraniach wykonanych podczas wyjazdu szkoleniowego przez Ochotniczą Straż Pożarną w Wietrzychowicach w celach informacyjnych, promocyjnych i sprawozdawczych projektu, w szczególności na stronie internetowej i w mediach społecznościowych Organizatora oraz w materiałach przekazywanych instytucji finansującej. Zgodę można wycofać w dowolnym momencie poprzez kontakt z Organizatorem; wycofanie nie wpływa na zgodność z prawem wcześniejszego wykorzystania. Brak zgody nie wpływa na możliwość udziału w projekcie.</w:t>
      </w:r>
    </w:p>
    <w:p w14:paraId="01C5E9F4" w14:textId="77777777" w:rsidR="001A26B2" w:rsidRPr="00041CE4" w:rsidRDefault="00EB37E4">
      <w:pPr>
        <w:rPr>
          <w:sz w:val="22"/>
        </w:rPr>
      </w:pPr>
      <w:r w:rsidRPr="00041CE4">
        <w:rPr>
          <w:sz w:val="22"/>
        </w:rPr>
        <w:t xml:space="preserve">☐ TAK      ☐ NIE     </w:t>
      </w:r>
      <w:proofErr w:type="spellStart"/>
      <w:r w:rsidRPr="00041CE4">
        <w:rPr>
          <w:sz w:val="22"/>
        </w:rPr>
        <w:t>Wyrażam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zgodę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na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wykorzystanie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wizerunku</w:t>
      </w:r>
      <w:proofErr w:type="spellEnd"/>
      <w:r w:rsidRPr="00041CE4">
        <w:rPr>
          <w:sz w:val="22"/>
        </w:rPr>
        <w:t xml:space="preserve"> na powyższych zasadach.</w:t>
      </w:r>
    </w:p>
    <w:p w14:paraId="20ACD929" w14:textId="77777777" w:rsidR="001A26B2" w:rsidRPr="00041CE4" w:rsidRDefault="00EB37E4">
      <w:pPr>
        <w:spacing w:before="180"/>
        <w:rPr>
          <w:sz w:val="22"/>
        </w:rPr>
      </w:pPr>
      <w:r w:rsidRPr="00041CE4">
        <w:rPr>
          <w:i/>
          <w:sz w:val="22"/>
        </w:rPr>
        <w:t>...........................................................</w:t>
      </w:r>
    </w:p>
    <w:p w14:paraId="2213B11F" w14:textId="77777777" w:rsidR="001A26B2" w:rsidRPr="00041CE4" w:rsidRDefault="00EB37E4">
      <w:pPr>
        <w:rPr>
          <w:sz w:val="22"/>
        </w:rPr>
      </w:pPr>
      <w:r w:rsidRPr="00041CE4">
        <w:rPr>
          <w:sz w:val="22"/>
        </w:rPr>
        <w:t xml:space="preserve">Data </w:t>
      </w:r>
      <w:proofErr w:type="spellStart"/>
      <w:r w:rsidRPr="00041CE4">
        <w:rPr>
          <w:sz w:val="22"/>
        </w:rPr>
        <w:t>i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czytelny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podpis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osoby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składającej</w:t>
      </w:r>
      <w:proofErr w:type="spellEnd"/>
      <w:r w:rsidRPr="00041CE4">
        <w:rPr>
          <w:sz w:val="22"/>
        </w:rPr>
        <w:t xml:space="preserve"> </w:t>
      </w:r>
      <w:proofErr w:type="spellStart"/>
      <w:r w:rsidRPr="00041CE4">
        <w:rPr>
          <w:sz w:val="22"/>
        </w:rPr>
        <w:t>oświadczenie</w:t>
      </w:r>
      <w:proofErr w:type="spellEnd"/>
    </w:p>
    <w:sectPr w:rsidR="001A26B2" w:rsidRPr="00041CE4" w:rsidSect="00034616">
      <w:footerReference w:type="default" r:id="rId9"/>
      <w:pgSz w:w="11906" w:h="16838"/>
      <w:pgMar w:top="935" w:right="1191" w:bottom="1843" w:left="1191" w:header="4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AB092" w14:textId="77777777" w:rsidR="00DD3521" w:rsidRDefault="00DD3521">
      <w:pPr>
        <w:spacing w:after="0" w:line="240" w:lineRule="auto"/>
      </w:pPr>
      <w:r>
        <w:separator/>
      </w:r>
    </w:p>
  </w:endnote>
  <w:endnote w:type="continuationSeparator" w:id="0">
    <w:p w14:paraId="75DCBD62" w14:textId="77777777" w:rsidR="00DD3521" w:rsidRDefault="00DD3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C3AD0" w14:textId="4D6A5DEB" w:rsidR="001A26B2" w:rsidRDefault="00041CE4">
    <w:pPr>
      <w:pStyle w:val="Stopka"/>
      <w:jc w:val="center"/>
    </w:pPr>
    <w:r>
      <w:rPr>
        <w:noProof/>
      </w:rPr>
      <w:drawing>
        <wp:inline distT="0" distB="0" distL="0" distR="0" wp14:anchorId="04A1CC6D" wp14:editId="4E2C3316">
          <wp:extent cx="3780000" cy="1657241"/>
          <wp:effectExtent l="0" t="0" r="0" b="0"/>
          <wp:docPr id="1259672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lk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0000" cy="1657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67617" w14:textId="77777777" w:rsidR="00DD3521" w:rsidRDefault="00DD3521">
      <w:pPr>
        <w:spacing w:after="0" w:line="240" w:lineRule="auto"/>
      </w:pPr>
      <w:r>
        <w:separator/>
      </w:r>
    </w:p>
  </w:footnote>
  <w:footnote w:type="continuationSeparator" w:id="0">
    <w:p w14:paraId="6B51DD96" w14:textId="77777777" w:rsidR="00DD3521" w:rsidRDefault="00DD35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0463778">
    <w:abstractNumId w:val="8"/>
  </w:num>
  <w:num w:numId="2" w16cid:durableId="1877039760">
    <w:abstractNumId w:val="6"/>
  </w:num>
  <w:num w:numId="3" w16cid:durableId="794835398">
    <w:abstractNumId w:val="5"/>
  </w:num>
  <w:num w:numId="4" w16cid:durableId="1347560858">
    <w:abstractNumId w:val="4"/>
  </w:num>
  <w:num w:numId="5" w16cid:durableId="1946764781">
    <w:abstractNumId w:val="7"/>
  </w:num>
  <w:num w:numId="6" w16cid:durableId="407308287">
    <w:abstractNumId w:val="3"/>
  </w:num>
  <w:num w:numId="7" w16cid:durableId="1273979500">
    <w:abstractNumId w:val="2"/>
  </w:num>
  <w:num w:numId="8" w16cid:durableId="1689019374">
    <w:abstractNumId w:val="1"/>
  </w:num>
  <w:num w:numId="9" w16cid:durableId="261450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CE4"/>
    <w:rsid w:val="0006063C"/>
    <w:rsid w:val="0015074B"/>
    <w:rsid w:val="001A26B2"/>
    <w:rsid w:val="00286FFE"/>
    <w:rsid w:val="0029639D"/>
    <w:rsid w:val="00326F90"/>
    <w:rsid w:val="00AA1D8D"/>
    <w:rsid w:val="00AF5ED4"/>
    <w:rsid w:val="00B47730"/>
    <w:rsid w:val="00C55A51"/>
    <w:rsid w:val="00CB0664"/>
    <w:rsid w:val="00DD3521"/>
    <w:rsid w:val="00E96C74"/>
    <w:rsid w:val="00EB37E4"/>
    <w:rsid w:val="00FC693F"/>
    <w:rsid w:val="00FD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B7B37"/>
  <w14:defaultImageDpi w14:val="300"/>
  <w15:docId w15:val="{C9C6C49A-FE1F-49D8-90DD-0C3DE007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1C3F68"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C3F68"/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80" w:after="80" w:line="240" w:lineRule="auto"/>
      <w:contextualSpacing/>
    </w:pPr>
    <w:rPr>
      <w:rFonts w:asciiTheme="majorHAnsi" w:eastAsiaTheme="majorEastAsia" w:hAnsiTheme="majorHAnsi" w:cstheme="majorBidi"/>
      <w:b/>
      <w:color w:val="1C3F68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467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Olszówka</cp:lastModifiedBy>
  <cp:revision>4</cp:revision>
  <dcterms:created xsi:type="dcterms:W3CDTF">2013-12-23T23:15:00Z</dcterms:created>
  <dcterms:modified xsi:type="dcterms:W3CDTF">2026-10-26T19:57:00Z</dcterms:modified>
  <cp:category/>
</cp:coreProperties>
</file>