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9B768" w14:textId="77777777" w:rsidR="00DC74CA" w:rsidRDefault="00000000">
      <w:pPr>
        <w:spacing w:before="142" w:after="850" w:line="250" w:lineRule="auto"/>
        <w:jc w:val="center"/>
      </w:pPr>
      <w:r>
        <w:rPr>
          <w:rFonts w:ascii="Times New Roman" w:hAnsi="Times New Roman"/>
          <w:b/>
          <w:i/>
          <w:sz w:val="28"/>
          <w:u w:val="single"/>
        </w:rPr>
        <w:t>Plan polowań zbiorowych KŁ „Bażant” w Przeworsku</w:t>
      </w:r>
      <w:r>
        <w:rPr>
          <w:rFonts w:ascii="Times New Roman" w:hAnsi="Times New Roman"/>
          <w:b/>
          <w:i/>
          <w:sz w:val="28"/>
          <w:u w:val="single"/>
        </w:rPr>
        <w:br/>
        <w:t>w sezonie łowieckim 2026/2027</w:t>
      </w:r>
    </w:p>
    <w:tbl>
      <w:tblPr>
        <w:tblW w:w="0" w:type="auto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1219"/>
        <w:gridCol w:w="646"/>
        <w:gridCol w:w="2347"/>
        <w:gridCol w:w="1383"/>
        <w:gridCol w:w="822"/>
        <w:gridCol w:w="2829"/>
        <w:gridCol w:w="833"/>
      </w:tblGrid>
      <w:tr w:rsidR="00DC74CA" w14:paraId="54513626" w14:textId="77777777">
        <w:trPr>
          <w:cantSplit/>
          <w:trHeight w:val="567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43DEB97" w14:textId="77777777" w:rsidR="00DC74CA" w:rsidRDefault="00000000">
            <w:pPr>
              <w:spacing w:line="242" w:lineRule="auto"/>
              <w:jc w:val="center"/>
            </w:pPr>
            <w:r>
              <w:rPr>
                <w:b/>
                <w:sz w:val="18"/>
              </w:rPr>
              <w:t>Lp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68405C2" w14:textId="77777777" w:rsidR="00DC74CA" w:rsidRDefault="00000000">
            <w:pPr>
              <w:spacing w:line="242" w:lineRule="auto"/>
              <w:jc w:val="center"/>
            </w:pPr>
            <w:r>
              <w:rPr>
                <w:b/>
                <w:sz w:val="18"/>
              </w:rPr>
              <w:t>Data</w:t>
            </w:r>
            <w:r>
              <w:br/>
            </w:r>
            <w:r>
              <w:rPr>
                <w:b/>
                <w:sz w:val="18"/>
              </w:rPr>
              <w:t>polowania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1DD875F" w14:textId="77777777" w:rsidR="00DC74CA" w:rsidRDefault="00000000">
            <w:pPr>
              <w:spacing w:line="242" w:lineRule="auto"/>
              <w:jc w:val="center"/>
            </w:pPr>
            <w:r>
              <w:rPr>
                <w:b/>
                <w:sz w:val="18"/>
              </w:rPr>
              <w:t>Nr</w:t>
            </w:r>
            <w:r>
              <w:br/>
            </w:r>
            <w:r>
              <w:rPr>
                <w:b/>
                <w:sz w:val="18"/>
              </w:rPr>
              <w:t>obw.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A9EFB36" w14:textId="77777777" w:rsidR="00DC74CA" w:rsidRDefault="00000000">
            <w:pPr>
              <w:spacing w:line="242" w:lineRule="auto"/>
              <w:jc w:val="center"/>
            </w:pPr>
            <w:r>
              <w:rPr>
                <w:b/>
                <w:sz w:val="18"/>
              </w:rPr>
              <w:t>Nazwa łowiska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0182D32" w14:textId="77777777" w:rsidR="00DC74CA" w:rsidRDefault="00000000">
            <w:pPr>
              <w:spacing w:line="242" w:lineRule="auto"/>
              <w:jc w:val="center"/>
            </w:pPr>
            <w:r>
              <w:rPr>
                <w:b/>
                <w:sz w:val="18"/>
              </w:rPr>
              <w:t>Miejsce</w:t>
            </w:r>
            <w:r>
              <w:br/>
            </w:r>
            <w:r>
              <w:rPr>
                <w:b/>
                <w:sz w:val="18"/>
              </w:rPr>
              <w:t>zbiórki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A8AA443" w14:textId="77777777" w:rsidR="00DC74CA" w:rsidRDefault="00000000">
            <w:pPr>
              <w:spacing w:line="242" w:lineRule="auto"/>
              <w:jc w:val="center"/>
            </w:pPr>
            <w:r>
              <w:rPr>
                <w:b/>
                <w:sz w:val="18"/>
              </w:rPr>
              <w:t>Godz.</w:t>
            </w:r>
            <w:r>
              <w:br/>
            </w:r>
            <w:r>
              <w:rPr>
                <w:b/>
                <w:sz w:val="18"/>
              </w:rPr>
              <w:t>Zbiórki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3CC9B06" w14:textId="77777777" w:rsidR="00DC74CA" w:rsidRDefault="00000000">
            <w:pPr>
              <w:spacing w:line="242" w:lineRule="auto"/>
              <w:jc w:val="center"/>
            </w:pPr>
            <w:r>
              <w:rPr>
                <w:b/>
                <w:sz w:val="18"/>
              </w:rPr>
              <w:t>Zwierzyna do pozyskania</w:t>
            </w:r>
          </w:p>
        </w:tc>
        <w:tc>
          <w:tcPr>
            <w:tcW w:w="83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B63F23F" w14:textId="77777777" w:rsidR="00DC74CA" w:rsidRDefault="00000000">
            <w:pPr>
              <w:spacing w:line="242" w:lineRule="auto"/>
              <w:jc w:val="center"/>
            </w:pPr>
            <w:r>
              <w:rPr>
                <w:b/>
                <w:sz w:val="18"/>
              </w:rPr>
              <w:t>Uwagi</w:t>
            </w:r>
          </w:p>
        </w:tc>
      </w:tr>
      <w:tr w:rsidR="00DC74CA" w14:paraId="73E1B087" w14:textId="77777777">
        <w:trPr>
          <w:cantSplit/>
          <w:trHeight w:val="1321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A9732C9" w14:textId="77777777" w:rsidR="00DC74CA" w:rsidRDefault="00000000">
            <w:pPr>
              <w:spacing w:line="242" w:lineRule="auto"/>
            </w:pPr>
            <w:r>
              <w:t>1.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58420D6" w14:textId="77777777" w:rsidR="00DC74CA" w:rsidRDefault="00000000">
            <w:pPr>
              <w:spacing w:line="242" w:lineRule="auto"/>
            </w:pPr>
            <w:r>
              <w:t>07.11.2026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8EC8716" w14:textId="77777777" w:rsidR="00DC74CA" w:rsidRDefault="00000000">
            <w:pPr>
              <w:spacing w:line="242" w:lineRule="auto"/>
            </w:pPr>
            <w:r>
              <w:t>45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5072C90" w14:textId="77777777" w:rsidR="00DC74CA" w:rsidRDefault="00000000">
            <w:pPr>
              <w:spacing w:line="242" w:lineRule="auto"/>
            </w:pPr>
            <w:r>
              <w:t>Las Ożanna, Stawy Cieplice, Las Bór, Borki, Las Kot.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F45546B" w14:textId="77777777" w:rsidR="00DC74CA" w:rsidRDefault="00000000">
            <w:pPr>
              <w:spacing w:line="242" w:lineRule="auto"/>
            </w:pPr>
            <w:r>
              <w:t>Kościół Parafialny w Majdanie Sieniawskim / Domek Paluchy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F0E2322" w14:textId="5E441C94" w:rsidR="00CB29F4" w:rsidRDefault="00000000">
            <w:pPr>
              <w:spacing w:line="242" w:lineRule="auto"/>
            </w:pPr>
            <w:r>
              <w:t>6.</w:t>
            </w:r>
            <w:r w:rsidR="00CB29F4">
              <w:rPr>
                <w:vertAlign w:val="superscript"/>
              </w:rPr>
              <w:t>45</w:t>
            </w:r>
            <w:r>
              <w:br/>
            </w:r>
          </w:p>
          <w:p w14:paraId="21C49159" w14:textId="75FABC8D" w:rsidR="00DC74CA" w:rsidRPr="00CB29F4" w:rsidRDefault="00000000">
            <w:pPr>
              <w:spacing w:line="242" w:lineRule="auto"/>
              <w:rPr>
                <w:vertAlign w:val="superscript"/>
              </w:rPr>
            </w:pPr>
            <w:r>
              <w:t>8.</w:t>
            </w:r>
            <w:r w:rsidR="00CB29F4">
              <w:rPr>
                <w:vertAlign w:val="superscript"/>
              </w:rPr>
              <w:t>30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D08BC35" w14:textId="77777777" w:rsidR="00DC74CA" w:rsidRDefault="00000000">
            <w:pPr>
              <w:spacing w:line="242" w:lineRule="auto"/>
            </w:pPr>
            <w:r>
              <w:t>kaczka, 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2328EB90" w14:textId="77777777" w:rsidR="00DC74CA" w:rsidRDefault="00DC74CA">
            <w:pPr>
              <w:spacing w:line="242" w:lineRule="auto"/>
            </w:pPr>
          </w:p>
        </w:tc>
      </w:tr>
      <w:tr w:rsidR="00DC74CA" w14:paraId="218B96ED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43E143E" w14:textId="77777777" w:rsidR="00DC74CA" w:rsidRDefault="00000000">
            <w:pPr>
              <w:spacing w:line="242" w:lineRule="auto"/>
            </w:pPr>
            <w:r>
              <w:t>2.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C9B6943" w14:textId="77777777" w:rsidR="00DC74CA" w:rsidRDefault="00000000">
            <w:pPr>
              <w:spacing w:line="242" w:lineRule="auto"/>
            </w:pPr>
            <w:r>
              <w:t>14.11.2026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12207E9" w14:textId="77777777" w:rsidR="00DC74CA" w:rsidRDefault="00000000">
            <w:pPr>
              <w:spacing w:line="242" w:lineRule="auto"/>
            </w:pPr>
            <w:r>
              <w:t>90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1961D96" w14:textId="77777777" w:rsidR="00DC74CA" w:rsidRDefault="00000000">
            <w:pPr>
              <w:spacing w:line="242" w:lineRule="auto"/>
            </w:pPr>
            <w:r>
              <w:t>Białobrzeżki las, Gorzyce, Tryńcza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6F9AFDA" w14:textId="77777777" w:rsidR="00DC74CA" w:rsidRDefault="00000000">
            <w:pPr>
              <w:spacing w:line="242" w:lineRule="auto"/>
            </w:pPr>
            <w:r>
              <w:t>Działka w Wólce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3DC118D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C9A3E2A" w14:textId="77777777" w:rsidR="00DC74CA" w:rsidRDefault="00000000">
            <w:pPr>
              <w:spacing w:line="242" w:lineRule="auto"/>
            </w:pPr>
            <w:r>
              <w:t>kaczka, bażant, lis, kuna, dzik, sarna koza, koźlę, jeleń byk,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244FB97C" w14:textId="77777777" w:rsidR="00DC74CA" w:rsidRDefault="00DC74CA">
            <w:pPr>
              <w:spacing w:line="242" w:lineRule="auto"/>
            </w:pPr>
          </w:p>
        </w:tc>
      </w:tr>
      <w:tr w:rsidR="00DC74CA" w14:paraId="0FB6478E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329C384" w14:textId="77777777" w:rsidR="00DC74CA" w:rsidRDefault="00000000">
            <w:pPr>
              <w:spacing w:line="242" w:lineRule="auto"/>
            </w:pPr>
            <w:r>
              <w:t>3.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43E4204" w14:textId="77777777" w:rsidR="00DC74CA" w:rsidRDefault="00000000">
            <w:pPr>
              <w:spacing w:line="242" w:lineRule="auto"/>
            </w:pPr>
            <w:r>
              <w:t>15.11.2026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37793F6" w14:textId="77777777" w:rsidR="00DC74CA" w:rsidRDefault="00000000">
            <w:pPr>
              <w:spacing w:line="242" w:lineRule="auto"/>
            </w:pPr>
            <w:r>
              <w:t>45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D73FC30" w14:textId="77777777" w:rsidR="00DC74CA" w:rsidRDefault="00000000">
            <w:pPr>
              <w:spacing w:line="242" w:lineRule="auto"/>
            </w:pPr>
            <w:r>
              <w:t>Las Kot, Borki–Rudka, Przymiarki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59EA3A5" w14:textId="77777777" w:rsidR="00DC74CA" w:rsidRDefault="00000000">
            <w:pPr>
              <w:spacing w:line="242" w:lineRule="auto"/>
            </w:pPr>
            <w:r>
              <w:t>Rudka, przy bramie u kol. Z. Piśko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1F89B21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963FE94" w14:textId="77777777" w:rsidR="00DC74CA" w:rsidRDefault="00000000">
            <w:pPr>
              <w:spacing w:line="242" w:lineRule="auto"/>
            </w:pPr>
            <w:r>
              <w:t>kaczka, 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4C2A5972" w14:textId="77777777" w:rsidR="00DC74CA" w:rsidRDefault="00DC74CA">
            <w:pPr>
              <w:spacing w:line="242" w:lineRule="auto"/>
            </w:pPr>
          </w:p>
        </w:tc>
      </w:tr>
      <w:tr w:rsidR="00DC74CA" w14:paraId="54F66555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EE3BD98" w14:textId="77777777" w:rsidR="00DC74CA" w:rsidRDefault="00000000">
            <w:pPr>
              <w:spacing w:line="242" w:lineRule="auto"/>
            </w:pPr>
            <w:r>
              <w:t>4.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1ED5419" w14:textId="77777777" w:rsidR="00DC74CA" w:rsidRDefault="00000000">
            <w:pPr>
              <w:spacing w:line="242" w:lineRule="auto"/>
            </w:pPr>
            <w:r>
              <w:t>21.11.2026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8C021CA" w14:textId="77777777" w:rsidR="00DC74CA" w:rsidRDefault="00000000">
            <w:pPr>
              <w:spacing w:line="242" w:lineRule="auto"/>
            </w:pPr>
            <w:r>
              <w:t>90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DDD3300" w14:textId="77777777" w:rsidR="00DC74CA" w:rsidRDefault="00000000">
            <w:pPr>
              <w:spacing w:line="242" w:lineRule="auto"/>
            </w:pPr>
            <w:r>
              <w:t>Tryńcza, Gorzyce, Ubieszyn, Głogowiec, Las Białobrzeszki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9FA6111" w14:textId="77777777" w:rsidR="00DC74CA" w:rsidRDefault="00000000">
            <w:pPr>
              <w:spacing w:line="242" w:lineRule="auto"/>
            </w:pPr>
            <w:r>
              <w:t>Działka w Wólce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56A8964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3258E5B" w14:textId="77777777" w:rsidR="00DC74CA" w:rsidRDefault="00000000">
            <w:pPr>
              <w:spacing w:line="242" w:lineRule="auto"/>
            </w:pPr>
            <w:r>
              <w:t>kaczka, bażant, lis, kuna, dzik, sarna koza, koźlę, jeleń byk,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62D30868" w14:textId="77777777" w:rsidR="00DC74CA" w:rsidRDefault="00DC74CA">
            <w:pPr>
              <w:spacing w:line="242" w:lineRule="auto"/>
            </w:pPr>
          </w:p>
        </w:tc>
      </w:tr>
      <w:tr w:rsidR="00DC74CA" w14:paraId="3E545B7C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B9A48C5" w14:textId="77777777" w:rsidR="00DC74CA" w:rsidRDefault="00000000">
            <w:pPr>
              <w:spacing w:line="242" w:lineRule="auto"/>
            </w:pPr>
            <w:r>
              <w:t>5.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8E66DB5" w14:textId="77777777" w:rsidR="00DC74CA" w:rsidRDefault="00000000">
            <w:pPr>
              <w:spacing w:line="242" w:lineRule="auto"/>
            </w:pPr>
            <w:r>
              <w:t>22.11.2026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B0B7ECF" w14:textId="77777777" w:rsidR="00DC74CA" w:rsidRDefault="00000000">
            <w:pPr>
              <w:spacing w:line="242" w:lineRule="auto"/>
            </w:pPr>
            <w:r>
              <w:t>104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30CC509" w14:textId="77777777" w:rsidR="00DC74CA" w:rsidRDefault="00000000">
            <w:pPr>
              <w:spacing w:line="242" w:lineRule="auto"/>
            </w:pPr>
            <w:r>
              <w:t>Ujezna, Jagiełła, Rozbórz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BEFAB3C" w14:textId="77777777" w:rsidR="00DC74CA" w:rsidRDefault="00000000">
            <w:pPr>
              <w:spacing w:line="242" w:lineRule="auto"/>
            </w:pPr>
            <w:r>
              <w:t>Za wiaduktem w Rozborzu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488E2C8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270F62A" w14:textId="77777777" w:rsidR="00DC74CA" w:rsidRDefault="00000000">
            <w:pPr>
              <w:spacing w:line="242" w:lineRule="auto"/>
            </w:pPr>
            <w:r>
              <w:t>kaczka, bażant, lis, kuna, dzik, sarna koza, koźlę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62A06520" w14:textId="77777777" w:rsidR="00DC74CA" w:rsidRDefault="00DC74CA">
            <w:pPr>
              <w:spacing w:line="242" w:lineRule="auto"/>
            </w:pPr>
          </w:p>
        </w:tc>
      </w:tr>
      <w:tr w:rsidR="00DC74CA" w14:paraId="2286B8C9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5467C3D" w14:textId="77777777" w:rsidR="00DC74CA" w:rsidRDefault="00000000">
            <w:pPr>
              <w:spacing w:line="242" w:lineRule="auto"/>
            </w:pPr>
            <w:r>
              <w:t>6.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C1901FB" w14:textId="77777777" w:rsidR="00DC74CA" w:rsidRDefault="00000000">
            <w:pPr>
              <w:spacing w:line="242" w:lineRule="auto"/>
            </w:pPr>
            <w:r>
              <w:t>28.11.2026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66DE183" w14:textId="77777777" w:rsidR="00DC74CA" w:rsidRDefault="00000000">
            <w:pPr>
              <w:spacing w:line="242" w:lineRule="auto"/>
            </w:pPr>
            <w:r>
              <w:t>90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0712492" w14:textId="77777777" w:rsidR="00DC74CA" w:rsidRDefault="00000000">
            <w:pPr>
              <w:spacing w:line="242" w:lineRule="auto"/>
            </w:pPr>
            <w:r>
              <w:t>Białobrzeżki las, Gorzyce, Tryńcza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F94E7E7" w14:textId="77777777" w:rsidR="00DC74CA" w:rsidRDefault="00000000">
            <w:pPr>
              <w:spacing w:line="242" w:lineRule="auto"/>
            </w:pPr>
            <w:r>
              <w:t>Działka w Wólce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E917437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D244003" w14:textId="77777777" w:rsidR="00DC74CA" w:rsidRDefault="00000000">
            <w:pPr>
              <w:spacing w:line="242" w:lineRule="auto"/>
            </w:pPr>
            <w:r>
              <w:t>kaczka, 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22B8B1B9" w14:textId="77777777" w:rsidR="00DC74CA" w:rsidRDefault="00DC74CA">
            <w:pPr>
              <w:spacing w:line="242" w:lineRule="auto"/>
            </w:pPr>
          </w:p>
        </w:tc>
      </w:tr>
      <w:tr w:rsidR="00DC74CA" w14:paraId="0E9E516C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56BC1CD" w14:textId="77777777" w:rsidR="00DC74CA" w:rsidRDefault="00000000">
            <w:pPr>
              <w:spacing w:line="242" w:lineRule="auto"/>
            </w:pPr>
            <w:r>
              <w:t>7.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1F69397" w14:textId="77777777" w:rsidR="00DC74CA" w:rsidRDefault="00000000">
            <w:pPr>
              <w:spacing w:line="242" w:lineRule="auto"/>
            </w:pPr>
            <w:r>
              <w:t>06.12.2026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B88D195" w14:textId="77777777" w:rsidR="00DC74CA" w:rsidRDefault="00000000">
            <w:pPr>
              <w:spacing w:line="242" w:lineRule="auto"/>
            </w:pPr>
            <w:r>
              <w:t>104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ADD3725" w14:textId="77777777" w:rsidR="00DC74CA" w:rsidRDefault="00000000">
            <w:pPr>
              <w:spacing w:line="242" w:lineRule="auto"/>
            </w:pPr>
            <w:r>
              <w:t>Zalesie, Żurawiczki, Maćkówka, Mleczka, mokra strona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3993D25" w14:textId="77777777" w:rsidR="00DC74CA" w:rsidRDefault="00000000">
            <w:pPr>
              <w:spacing w:line="242" w:lineRule="auto"/>
            </w:pPr>
            <w:r>
              <w:t>Wjazd do lasu w Zalesiu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8CB587C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C0E4EB0" w14:textId="77777777" w:rsidR="00DC74CA" w:rsidRDefault="00000000">
            <w:pPr>
              <w:spacing w:line="242" w:lineRule="auto"/>
            </w:pPr>
            <w:r>
              <w:t>kaczka, bażant, lis, kuna, dzik, sarna koza, koźlę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6BED6DE8" w14:textId="77777777" w:rsidR="00DC74CA" w:rsidRDefault="00DC74CA">
            <w:pPr>
              <w:spacing w:line="242" w:lineRule="auto"/>
            </w:pPr>
          </w:p>
        </w:tc>
      </w:tr>
      <w:tr w:rsidR="00DC74CA" w14:paraId="39C5CD47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AA664B0" w14:textId="77777777" w:rsidR="00DC74CA" w:rsidRDefault="00000000">
            <w:pPr>
              <w:spacing w:line="242" w:lineRule="auto"/>
            </w:pPr>
            <w:r>
              <w:t>8.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C71A695" w14:textId="77777777" w:rsidR="00DC74CA" w:rsidRDefault="00000000">
            <w:pPr>
              <w:spacing w:line="242" w:lineRule="auto"/>
            </w:pPr>
            <w:r>
              <w:t>12.12.2026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F105228" w14:textId="77777777" w:rsidR="00DC74CA" w:rsidRDefault="00000000">
            <w:pPr>
              <w:spacing w:line="242" w:lineRule="auto"/>
            </w:pPr>
            <w:r>
              <w:t>90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02CB2EE" w14:textId="77777777" w:rsidR="00DC74CA" w:rsidRDefault="00000000">
            <w:pPr>
              <w:spacing w:line="242" w:lineRule="auto"/>
            </w:pPr>
            <w:r>
              <w:t>Dębrzyna, Łąki pod Rogoźnem, Nad Wisłokiem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DD92B9A" w14:textId="77777777" w:rsidR="00DC74CA" w:rsidRDefault="00000000">
            <w:pPr>
              <w:spacing w:line="242" w:lineRule="auto"/>
            </w:pPr>
            <w:r>
              <w:t>Skład drzewa pod Dębrzyną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F6A964D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714DC44" w14:textId="77777777" w:rsidR="00DC74CA" w:rsidRDefault="00000000">
            <w:pPr>
              <w:spacing w:line="242" w:lineRule="auto"/>
            </w:pPr>
            <w:r>
              <w:t>kaczka, 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065303CF" w14:textId="77777777" w:rsidR="00DC74CA" w:rsidRDefault="00DC74CA">
            <w:pPr>
              <w:spacing w:line="242" w:lineRule="auto"/>
            </w:pPr>
          </w:p>
        </w:tc>
      </w:tr>
      <w:tr w:rsidR="00DC74CA" w14:paraId="09CDA518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460F5A8" w14:textId="77777777" w:rsidR="00DC74CA" w:rsidRDefault="00000000">
            <w:pPr>
              <w:spacing w:line="242" w:lineRule="auto"/>
            </w:pPr>
            <w:r>
              <w:t>9.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6BD1834" w14:textId="77777777" w:rsidR="00DC74CA" w:rsidRDefault="00000000">
            <w:pPr>
              <w:spacing w:line="242" w:lineRule="auto"/>
            </w:pPr>
            <w:r>
              <w:t>13.12.2026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F566B90" w14:textId="77777777" w:rsidR="00DC74CA" w:rsidRDefault="00000000">
            <w:pPr>
              <w:spacing w:line="242" w:lineRule="auto"/>
            </w:pPr>
            <w:r>
              <w:t>104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1696A01" w14:textId="77777777" w:rsidR="00DC74CA" w:rsidRDefault="00000000">
            <w:pPr>
              <w:spacing w:line="242" w:lineRule="auto"/>
            </w:pPr>
            <w:r>
              <w:t>Las Łapajówka, Zalesie, Żurawiczki, Maćkówka, Mokra strona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414510D" w14:textId="77777777" w:rsidR="00DC74CA" w:rsidRDefault="00000000">
            <w:pPr>
              <w:spacing w:line="242" w:lineRule="auto"/>
            </w:pPr>
            <w:r>
              <w:t>Wjazd do lasu w Zalesiu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A762B66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26BD36D" w14:textId="77777777" w:rsidR="00DC74CA" w:rsidRDefault="00000000">
            <w:pPr>
              <w:spacing w:line="242" w:lineRule="auto"/>
            </w:pPr>
            <w:r>
              <w:t>kaczka, bażant, lis, kuna, dzik, sarna koza, koźlę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0D9AE19B" w14:textId="77777777" w:rsidR="00DC74CA" w:rsidRDefault="00DC74CA">
            <w:pPr>
              <w:spacing w:line="242" w:lineRule="auto"/>
            </w:pPr>
          </w:p>
        </w:tc>
      </w:tr>
      <w:tr w:rsidR="00DC74CA" w14:paraId="24ACFD2C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1433C85" w14:textId="77777777" w:rsidR="00DC74CA" w:rsidRDefault="00000000">
            <w:pPr>
              <w:spacing w:line="242" w:lineRule="auto"/>
            </w:pPr>
            <w:r>
              <w:t>10.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B7599FF" w14:textId="77777777" w:rsidR="00DC74CA" w:rsidRDefault="00000000">
            <w:pPr>
              <w:spacing w:line="242" w:lineRule="auto"/>
            </w:pPr>
            <w:r>
              <w:t>19.12.2026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9A1CA1D" w14:textId="77777777" w:rsidR="00DC74CA" w:rsidRDefault="00000000">
            <w:pPr>
              <w:spacing w:line="242" w:lineRule="auto"/>
            </w:pPr>
            <w:r>
              <w:t>90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ED3ABC0" w14:textId="77777777" w:rsidR="00DC74CA" w:rsidRDefault="00000000">
            <w:pPr>
              <w:spacing w:line="242" w:lineRule="auto"/>
            </w:pPr>
            <w:r>
              <w:t>Jagiełła, Gorzyce, Niechciałka, Białobrzeżki las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970D033" w14:textId="77777777" w:rsidR="00DC74CA" w:rsidRDefault="00000000">
            <w:pPr>
              <w:spacing w:line="242" w:lineRule="auto"/>
            </w:pPr>
            <w:r>
              <w:t>Działka w Wólce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7EFFA4A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C61A07A" w14:textId="77777777" w:rsidR="00DC74CA" w:rsidRDefault="00000000">
            <w:pPr>
              <w:spacing w:line="242" w:lineRule="auto"/>
            </w:pPr>
            <w:r>
              <w:t>kaczka, 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78565FFA" w14:textId="77777777" w:rsidR="00DC74CA" w:rsidRDefault="00DC74CA">
            <w:pPr>
              <w:spacing w:line="242" w:lineRule="auto"/>
            </w:pPr>
          </w:p>
        </w:tc>
      </w:tr>
      <w:tr w:rsidR="00DC74CA" w14:paraId="5E394B3E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B79447F" w14:textId="77777777" w:rsidR="00DC74CA" w:rsidRDefault="00000000">
            <w:pPr>
              <w:spacing w:line="242" w:lineRule="auto"/>
            </w:pPr>
            <w:r>
              <w:t>11.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64588DE" w14:textId="77777777" w:rsidR="00DC74CA" w:rsidRDefault="00000000">
            <w:pPr>
              <w:spacing w:line="242" w:lineRule="auto"/>
            </w:pPr>
            <w:r>
              <w:t>20.12.2026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4A06021" w14:textId="77777777" w:rsidR="00DC74CA" w:rsidRDefault="00000000">
            <w:pPr>
              <w:spacing w:line="242" w:lineRule="auto"/>
            </w:pPr>
            <w:r>
              <w:t>45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7947D4D" w14:textId="77777777" w:rsidR="00DC74CA" w:rsidRDefault="00000000">
            <w:pPr>
              <w:spacing w:line="242" w:lineRule="auto"/>
            </w:pPr>
            <w:r>
              <w:t>Las Bór, Przymiarki, Las Kot, Mołynie, Ożanna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697A600" w14:textId="77777777" w:rsidR="00DC74CA" w:rsidRDefault="00000000">
            <w:pPr>
              <w:spacing w:line="242" w:lineRule="auto"/>
            </w:pPr>
            <w:r>
              <w:t>Domek Paluchy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2C81C39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1EFA8D4" w14:textId="77777777" w:rsidR="00DC74CA" w:rsidRDefault="00000000">
            <w:pPr>
              <w:spacing w:line="242" w:lineRule="auto"/>
            </w:pPr>
            <w:r>
              <w:t>kaczka, 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622C72B4" w14:textId="77777777" w:rsidR="00DC74CA" w:rsidRDefault="00DC74CA">
            <w:pPr>
              <w:spacing w:line="242" w:lineRule="auto"/>
            </w:pPr>
          </w:p>
        </w:tc>
      </w:tr>
      <w:tr w:rsidR="00DC74CA" w14:paraId="56F7B922" w14:textId="77777777">
        <w:trPr>
          <w:cantSplit/>
          <w:trHeight w:val="896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70870EC" w14:textId="77777777" w:rsidR="00DC74CA" w:rsidRDefault="00000000">
            <w:pPr>
              <w:spacing w:line="242" w:lineRule="auto"/>
            </w:pPr>
            <w:r>
              <w:t>12.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9E1010C" w14:textId="77777777" w:rsidR="00DC74CA" w:rsidRDefault="00000000">
            <w:pPr>
              <w:spacing w:line="242" w:lineRule="auto"/>
            </w:pPr>
            <w:r>
              <w:t>27.12.2026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7F2181A" w14:textId="77777777" w:rsidR="00DC74CA" w:rsidRDefault="00000000">
            <w:pPr>
              <w:spacing w:line="242" w:lineRule="auto"/>
            </w:pPr>
            <w:r>
              <w:t>90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D938945" w14:textId="77777777" w:rsidR="00DC74CA" w:rsidRDefault="00000000">
            <w:pPr>
              <w:spacing w:line="242" w:lineRule="auto"/>
            </w:pPr>
            <w:r>
              <w:t>Jagiełła, Gorzyce, Niechciałka, Białobrzeżki las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005DE28" w14:textId="77777777" w:rsidR="00DC74CA" w:rsidRDefault="00000000">
            <w:pPr>
              <w:spacing w:line="242" w:lineRule="auto"/>
            </w:pPr>
            <w:r>
              <w:t>Działka w Wólce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C285FF3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3F5C8B1" w14:textId="77777777" w:rsidR="00DC74CA" w:rsidRDefault="00000000">
            <w:pPr>
              <w:spacing w:line="242" w:lineRule="auto"/>
            </w:pPr>
            <w:r>
              <w:t>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4720F8DB" w14:textId="77777777" w:rsidR="00DC74CA" w:rsidRDefault="00DC74CA">
            <w:pPr>
              <w:spacing w:line="242" w:lineRule="auto"/>
            </w:pPr>
          </w:p>
        </w:tc>
      </w:tr>
    </w:tbl>
    <w:p w14:paraId="78862371" w14:textId="37DD8223" w:rsidR="00DC74CA" w:rsidRDefault="00DC74CA"/>
    <w:tbl>
      <w:tblPr>
        <w:tblW w:w="0" w:type="auto"/>
        <w:jc w:val="center"/>
        <w:tblBorders>
          <w:top w:val="single" w:sz="5" w:space="0" w:color="555555"/>
          <w:left w:val="single" w:sz="5" w:space="0" w:color="555555"/>
          <w:bottom w:val="single" w:sz="5" w:space="0" w:color="555555"/>
          <w:right w:val="single" w:sz="5" w:space="0" w:color="555555"/>
          <w:insideH w:val="single" w:sz="5" w:space="0" w:color="555555"/>
          <w:insideV w:val="single" w:sz="5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1219"/>
        <w:gridCol w:w="646"/>
        <w:gridCol w:w="2347"/>
        <w:gridCol w:w="1383"/>
        <w:gridCol w:w="822"/>
        <w:gridCol w:w="2829"/>
        <w:gridCol w:w="833"/>
      </w:tblGrid>
      <w:tr w:rsidR="00DC74CA" w14:paraId="31727734" w14:textId="77777777">
        <w:trPr>
          <w:cantSplit/>
          <w:trHeight w:val="958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D0A9AF0" w14:textId="77777777" w:rsidR="00DC74CA" w:rsidRDefault="00000000">
            <w:pPr>
              <w:spacing w:line="242" w:lineRule="auto"/>
            </w:pPr>
            <w:r>
              <w:t>13.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AE6D0D1" w14:textId="77777777" w:rsidR="00DC74CA" w:rsidRDefault="00000000">
            <w:pPr>
              <w:spacing w:line="242" w:lineRule="auto"/>
            </w:pPr>
            <w:r>
              <w:t>03.01.2027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3E59D6A" w14:textId="77777777" w:rsidR="00DC74CA" w:rsidRDefault="00000000">
            <w:pPr>
              <w:spacing w:line="242" w:lineRule="auto"/>
            </w:pPr>
            <w:r>
              <w:t>45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AD4F440" w14:textId="77777777" w:rsidR="00DC74CA" w:rsidRDefault="00000000">
            <w:pPr>
              <w:spacing w:line="242" w:lineRule="auto"/>
            </w:pPr>
            <w:r>
              <w:t>Las Bór, Przymiarki, Las Kot, Mołynie, Ożanna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6AB281E" w14:textId="77777777" w:rsidR="00DC74CA" w:rsidRDefault="00000000">
            <w:pPr>
              <w:spacing w:line="242" w:lineRule="auto"/>
            </w:pPr>
            <w:r>
              <w:t>Domek Paluchy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F2F042E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9C02729" w14:textId="77777777" w:rsidR="00DC74CA" w:rsidRDefault="00000000">
            <w:pPr>
              <w:spacing w:line="242" w:lineRule="auto"/>
            </w:pPr>
            <w:r>
              <w:t>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3BAB308D" w14:textId="77777777" w:rsidR="00DC74CA" w:rsidRDefault="00DC74CA">
            <w:pPr>
              <w:spacing w:line="242" w:lineRule="auto"/>
            </w:pPr>
          </w:p>
        </w:tc>
      </w:tr>
      <w:tr w:rsidR="00DC74CA" w14:paraId="69558081" w14:textId="77777777">
        <w:trPr>
          <w:cantSplit/>
          <w:trHeight w:val="958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F53C189" w14:textId="77777777" w:rsidR="00DC74CA" w:rsidRDefault="00000000">
            <w:pPr>
              <w:spacing w:line="242" w:lineRule="auto"/>
            </w:pPr>
            <w:r>
              <w:t>14.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B346EBA" w14:textId="77777777" w:rsidR="00DC74CA" w:rsidRDefault="00000000">
            <w:pPr>
              <w:spacing w:line="242" w:lineRule="auto"/>
            </w:pPr>
            <w:r>
              <w:t>09.01.2027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58893C3" w14:textId="77777777" w:rsidR="00DC74CA" w:rsidRDefault="00000000">
            <w:pPr>
              <w:spacing w:line="242" w:lineRule="auto"/>
            </w:pPr>
            <w:r>
              <w:t>90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399708A" w14:textId="77777777" w:rsidR="00DC74CA" w:rsidRDefault="00000000">
            <w:pPr>
              <w:spacing w:line="242" w:lineRule="auto"/>
            </w:pPr>
            <w:r>
              <w:t>Jagiełła, Gorzyce, Niechciałka, Białobrzeżki las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07F29A9" w14:textId="77777777" w:rsidR="00DC74CA" w:rsidRDefault="00000000">
            <w:pPr>
              <w:spacing w:line="242" w:lineRule="auto"/>
            </w:pPr>
            <w:r>
              <w:t>Działka w Wólce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96E15D5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F485343" w14:textId="77777777" w:rsidR="00DC74CA" w:rsidRDefault="00000000">
            <w:pPr>
              <w:spacing w:line="242" w:lineRule="auto"/>
            </w:pPr>
            <w:r>
              <w:t>bażant, lis, kuna, dzik, sarna koza, koźlę, jeleń byk, łania,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24AF04BD" w14:textId="77777777" w:rsidR="00DC74CA" w:rsidRDefault="00DC74CA">
            <w:pPr>
              <w:spacing w:line="242" w:lineRule="auto"/>
            </w:pPr>
          </w:p>
        </w:tc>
      </w:tr>
      <w:tr w:rsidR="00DC74CA" w14:paraId="6A1BA42C" w14:textId="77777777">
        <w:trPr>
          <w:cantSplit/>
          <w:trHeight w:val="958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02FB766" w14:textId="77777777" w:rsidR="00DC74CA" w:rsidRDefault="00000000">
            <w:pPr>
              <w:spacing w:line="242" w:lineRule="auto"/>
            </w:pPr>
            <w:r>
              <w:t>15.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19B7210" w14:textId="77777777" w:rsidR="00DC74CA" w:rsidRDefault="00000000">
            <w:pPr>
              <w:spacing w:line="242" w:lineRule="auto"/>
            </w:pPr>
            <w:r>
              <w:t>10.01.2027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3739786" w14:textId="77777777" w:rsidR="00DC74CA" w:rsidRDefault="00000000">
            <w:pPr>
              <w:spacing w:line="242" w:lineRule="auto"/>
            </w:pPr>
            <w:r>
              <w:t>104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4889CA3" w14:textId="77777777" w:rsidR="00DC74CA" w:rsidRDefault="00000000">
            <w:pPr>
              <w:spacing w:line="242" w:lineRule="auto"/>
            </w:pPr>
            <w:r>
              <w:t>Las Zalesie, Mokra Strona, Łapajówka, Żurawiczki, Maćkówka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7EDF275" w14:textId="77777777" w:rsidR="00DC74CA" w:rsidRDefault="00000000">
            <w:pPr>
              <w:spacing w:line="242" w:lineRule="auto"/>
            </w:pPr>
            <w:r>
              <w:t>Wjazd do lasu w Zalesiu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E7B32CB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75869BD" w14:textId="77777777" w:rsidR="00DC74CA" w:rsidRDefault="00000000">
            <w:pPr>
              <w:spacing w:line="242" w:lineRule="auto"/>
            </w:pPr>
            <w:r>
              <w:t>bażant, lis, kuna, dzik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15DD6941" w14:textId="77777777" w:rsidR="00DC74CA" w:rsidRDefault="00DC74CA">
            <w:pPr>
              <w:spacing w:line="242" w:lineRule="auto"/>
            </w:pPr>
          </w:p>
        </w:tc>
      </w:tr>
      <w:tr w:rsidR="00DC74CA" w14:paraId="575B6F5B" w14:textId="77777777">
        <w:trPr>
          <w:cantSplit/>
          <w:trHeight w:val="958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17629B7" w14:textId="77777777" w:rsidR="00DC74CA" w:rsidRDefault="00000000">
            <w:pPr>
              <w:spacing w:line="242" w:lineRule="auto"/>
            </w:pPr>
            <w:r>
              <w:t>16.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D2B2360" w14:textId="77777777" w:rsidR="00DC74CA" w:rsidRDefault="00000000">
            <w:pPr>
              <w:spacing w:line="242" w:lineRule="auto"/>
            </w:pPr>
            <w:r>
              <w:t>16.01.2027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AF9082C" w14:textId="77777777" w:rsidR="00DC74CA" w:rsidRDefault="00000000">
            <w:pPr>
              <w:spacing w:line="242" w:lineRule="auto"/>
            </w:pPr>
            <w:r>
              <w:t>45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EBB41D9" w14:textId="77777777" w:rsidR="00DC74CA" w:rsidRDefault="00000000">
            <w:pPr>
              <w:spacing w:line="242" w:lineRule="auto"/>
            </w:pPr>
            <w:r>
              <w:t>Las Bór, Przymiarki, Las Kot, Mołynie, Ożanna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0D9EEB5" w14:textId="77777777" w:rsidR="00DC74CA" w:rsidRDefault="00000000">
            <w:pPr>
              <w:spacing w:line="242" w:lineRule="auto"/>
            </w:pPr>
            <w:r>
              <w:t>Domek Paluchy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3A77D88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B8793D5" w14:textId="77777777" w:rsidR="00DC74CA" w:rsidRDefault="00000000">
            <w:pPr>
              <w:spacing w:line="242" w:lineRule="auto"/>
            </w:pPr>
            <w:r>
              <w:t>bażant, lis, kuna, dzik, jeleń byk,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4B3F52E1" w14:textId="77777777" w:rsidR="00DC74CA" w:rsidRDefault="00DC74CA">
            <w:pPr>
              <w:spacing w:line="242" w:lineRule="auto"/>
            </w:pPr>
          </w:p>
        </w:tc>
      </w:tr>
      <w:tr w:rsidR="00DC74CA" w14:paraId="2120C974" w14:textId="77777777">
        <w:trPr>
          <w:cantSplit/>
          <w:trHeight w:val="958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9CBEC4B" w14:textId="77777777" w:rsidR="00DC74CA" w:rsidRDefault="00000000">
            <w:pPr>
              <w:spacing w:line="242" w:lineRule="auto"/>
            </w:pPr>
            <w:r>
              <w:t>17.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F34EB36" w14:textId="77777777" w:rsidR="00DC74CA" w:rsidRDefault="00000000">
            <w:pPr>
              <w:spacing w:line="242" w:lineRule="auto"/>
            </w:pPr>
            <w:r>
              <w:t>23.01.2027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3C305B06" w14:textId="77777777" w:rsidR="00DC74CA" w:rsidRDefault="00000000">
            <w:pPr>
              <w:spacing w:line="242" w:lineRule="auto"/>
            </w:pPr>
            <w:r>
              <w:t>45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620B7F1" w14:textId="77777777" w:rsidR="00DC74CA" w:rsidRDefault="00000000">
            <w:pPr>
              <w:spacing w:line="242" w:lineRule="auto"/>
            </w:pPr>
            <w:r>
              <w:t>Pigany, Łozy nad Sanem, Wiklina, Mołynie Górki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03D6C52" w14:textId="77777777" w:rsidR="00DC74CA" w:rsidRDefault="00000000">
            <w:pPr>
              <w:spacing w:line="242" w:lineRule="auto"/>
            </w:pPr>
            <w:r>
              <w:t>Domek Paluchy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F716279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BDBB040" w14:textId="77777777" w:rsidR="00DC74CA" w:rsidRDefault="00000000">
            <w:pPr>
              <w:spacing w:line="242" w:lineRule="auto"/>
            </w:pPr>
            <w:r>
              <w:t>bażant, lis, kuna, dzik, jeleń byk, jeleń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56053721" w14:textId="77777777" w:rsidR="00DC74CA" w:rsidRDefault="00DC74CA">
            <w:pPr>
              <w:spacing w:line="242" w:lineRule="auto"/>
            </w:pPr>
          </w:p>
        </w:tc>
      </w:tr>
      <w:tr w:rsidR="00DC74CA" w14:paraId="573EE4FF" w14:textId="77777777">
        <w:trPr>
          <w:cantSplit/>
          <w:trHeight w:val="958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1DD202A" w14:textId="77777777" w:rsidR="00DC74CA" w:rsidRDefault="00000000">
            <w:pPr>
              <w:spacing w:line="242" w:lineRule="auto"/>
            </w:pPr>
            <w:r>
              <w:t>18.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B27A781" w14:textId="77777777" w:rsidR="00DC74CA" w:rsidRDefault="00000000">
            <w:pPr>
              <w:spacing w:line="242" w:lineRule="auto"/>
            </w:pPr>
            <w:r>
              <w:t>24.01.2027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B51B4D7" w14:textId="77777777" w:rsidR="00DC74CA" w:rsidRDefault="00000000">
            <w:pPr>
              <w:spacing w:line="242" w:lineRule="auto"/>
            </w:pPr>
            <w:r>
              <w:t>104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89376B1" w14:textId="77777777" w:rsidR="00DC74CA" w:rsidRDefault="00000000">
            <w:pPr>
              <w:spacing w:line="242" w:lineRule="auto"/>
            </w:pPr>
            <w:r>
              <w:t>Zalesie las, Maćkówka, Mleczka, Rozbórz, Jagiełła, Ujezna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7C3D554A" w14:textId="77777777" w:rsidR="00DC74CA" w:rsidRDefault="00000000">
            <w:pPr>
              <w:spacing w:line="242" w:lineRule="auto"/>
            </w:pPr>
            <w:r>
              <w:t>Wjazd do lasu w Zalesiu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7FDF4CA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4A4BB6E" w14:textId="77777777" w:rsidR="00DC74CA" w:rsidRDefault="00000000">
            <w:pPr>
              <w:spacing w:line="242" w:lineRule="auto"/>
            </w:pPr>
            <w:r>
              <w:t>bażant, lis, kuna, dzik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7EB740D3" w14:textId="77777777" w:rsidR="00DC74CA" w:rsidRDefault="00DC74CA">
            <w:pPr>
              <w:spacing w:line="242" w:lineRule="auto"/>
            </w:pPr>
          </w:p>
        </w:tc>
      </w:tr>
      <w:tr w:rsidR="00DC74CA" w14:paraId="2B90928B" w14:textId="77777777">
        <w:trPr>
          <w:cantSplit/>
          <w:trHeight w:val="958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22E3FEB4" w14:textId="77777777" w:rsidR="00DC74CA" w:rsidRDefault="00000000">
            <w:pPr>
              <w:spacing w:line="242" w:lineRule="auto"/>
            </w:pPr>
            <w:r>
              <w:t>19.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FAF00BB" w14:textId="77777777" w:rsidR="00DC74CA" w:rsidRDefault="00000000">
            <w:pPr>
              <w:spacing w:line="242" w:lineRule="auto"/>
            </w:pPr>
            <w:r>
              <w:t>30.01.2027</w:t>
            </w:r>
            <w:r>
              <w:br/>
              <w:t>(sobota)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7BBC866" w14:textId="77777777" w:rsidR="00DC74CA" w:rsidRDefault="00000000">
            <w:pPr>
              <w:spacing w:line="242" w:lineRule="auto"/>
            </w:pPr>
            <w:r>
              <w:t>45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A03A8F4" w14:textId="77777777" w:rsidR="00DC74CA" w:rsidRDefault="00000000">
            <w:pPr>
              <w:spacing w:line="242" w:lineRule="auto"/>
            </w:pPr>
            <w:r>
              <w:t>Pigany, Piskorowice, Wiklina, Mołynie Górki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9755F73" w14:textId="77777777" w:rsidR="00DC74CA" w:rsidRDefault="00000000">
            <w:pPr>
              <w:spacing w:line="242" w:lineRule="auto"/>
            </w:pPr>
            <w:r>
              <w:t>Domek Paluchy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46DB8B34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F782E38" w14:textId="77777777" w:rsidR="00DC74CA" w:rsidRDefault="00000000">
            <w:pPr>
              <w:spacing w:line="242" w:lineRule="auto"/>
            </w:pPr>
            <w:r>
              <w:t>bażant, lis, kuna, dzik, jeleń byk, jeleń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7091FC7F" w14:textId="77777777" w:rsidR="00DC74CA" w:rsidRDefault="00DC74CA">
            <w:pPr>
              <w:spacing w:line="242" w:lineRule="auto"/>
            </w:pPr>
          </w:p>
        </w:tc>
      </w:tr>
      <w:tr w:rsidR="00DC74CA" w14:paraId="0789258C" w14:textId="77777777">
        <w:trPr>
          <w:cantSplit/>
          <w:trHeight w:val="958"/>
          <w:jc w:val="center"/>
        </w:trPr>
        <w:tc>
          <w:tcPr>
            <w:tcW w:w="465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6452A274" w14:textId="77777777" w:rsidR="00DC74CA" w:rsidRDefault="00000000">
            <w:pPr>
              <w:spacing w:line="242" w:lineRule="auto"/>
            </w:pPr>
            <w:r>
              <w:t>20.</w:t>
            </w:r>
          </w:p>
        </w:tc>
        <w:tc>
          <w:tcPr>
            <w:tcW w:w="121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512F32AD" w14:textId="77777777" w:rsidR="00DC74CA" w:rsidRDefault="00000000">
            <w:pPr>
              <w:spacing w:line="242" w:lineRule="auto"/>
            </w:pPr>
            <w:r>
              <w:t>31.01.2027</w:t>
            </w:r>
            <w:r>
              <w:br/>
              <w:t>(niedziela)</w:t>
            </w:r>
          </w:p>
        </w:tc>
        <w:tc>
          <w:tcPr>
            <w:tcW w:w="646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AB7FE54" w14:textId="77777777" w:rsidR="00DC74CA" w:rsidRDefault="00000000">
            <w:pPr>
              <w:spacing w:line="242" w:lineRule="auto"/>
            </w:pPr>
            <w:r>
              <w:t>90</w:t>
            </w:r>
          </w:p>
        </w:tc>
        <w:tc>
          <w:tcPr>
            <w:tcW w:w="2347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FA48A13" w14:textId="77777777" w:rsidR="00DC74CA" w:rsidRDefault="00000000">
            <w:pPr>
              <w:spacing w:line="242" w:lineRule="auto"/>
            </w:pPr>
            <w:r>
              <w:t>Gniewczyna, Tryńcza, Ubieszyn, Głogowiec</w:t>
            </w:r>
          </w:p>
        </w:tc>
        <w:tc>
          <w:tcPr>
            <w:tcW w:w="1383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651BF2A" w14:textId="77777777" w:rsidR="00DC74CA" w:rsidRDefault="00000000">
            <w:pPr>
              <w:spacing w:line="242" w:lineRule="auto"/>
            </w:pPr>
            <w:r>
              <w:t>Działka w Wólce</w:t>
            </w:r>
          </w:p>
        </w:tc>
        <w:tc>
          <w:tcPr>
            <w:tcW w:w="822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091F73F2" w14:textId="77777777" w:rsidR="00DC74CA" w:rsidRDefault="00000000">
            <w:pPr>
              <w:spacing w:line="242" w:lineRule="auto"/>
            </w:pPr>
            <w:r>
              <w:t>7³⁰</w:t>
            </w:r>
          </w:p>
        </w:tc>
        <w:tc>
          <w:tcPr>
            <w:tcW w:w="2829" w:type="dxa"/>
            <w:tcMar>
              <w:top w:w="55" w:type="dxa"/>
              <w:left w:w="65" w:type="dxa"/>
              <w:bottom w:w="40" w:type="dxa"/>
              <w:right w:w="60" w:type="dxa"/>
            </w:tcMar>
            <w:vAlign w:val="center"/>
          </w:tcPr>
          <w:p w14:paraId="16AFBB8C" w14:textId="77777777" w:rsidR="00DC74CA" w:rsidRDefault="00000000">
            <w:pPr>
              <w:spacing w:line="242" w:lineRule="auto"/>
            </w:pPr>
            <w:r>
              <w:t>bażant, lis, kuna, dzik, jeleń byk, jeleń cielę</w:t>
            </w:r>
          </w:p>
        </w:tc>
        <w:tc>
          <w:tcPr>
            <w:tcW w:w="833" w:type="dxa"/>
            <w:tcMar>
              <w:top w:w="0" w:type="dxa"/>
              <w:left w:w="65" w:type="dxa"/>
              <w:bottom w:w="0" w:type="dxa"/>
              <w:right w:w="60" w:type="dxa"/>
            </w:tcMar>
            <w:vAlign w:val="center"/>
          </w:tcPr>
          <w:p w14:paraId="6EBA98E9" w14:textId="77777777" w:rsidR="00DC74CA" w:rsidRDefault="00DC74CA">
            <w:pPr>
              <w:spacing w:line="242" w:lineRule="auto"/>
            </w:pPr>
          </w:p>
        </w:tc>
      </w:tr>
    </w:tbl>
    <w:p w14:paraId="33722BED" w14:textId="77777777" w:rsidR="00DC74CA" w:rsidRDefault="00000000">
      <w:pPr>
        <w:spacing w:before="312" w:after="80"/>
      </w:pPr>
      <w:r>
        <w:rPr>
          <w:sz w:val="22"/>
        </w:rPr>
        <w:t>Uwagi:</w:t>
      </w:r>
    </w:p>
    <w:p w14:paraId="3E0BE230" w14:textId="77777777" w:rsidR="00DC74CA" w:rsidRDefault="00000000">
      <w:pPr>
        <w:spacing w:after="295"/>
        <w:ind w:left="397" w:hanging="198"/>
      </w:pPr>
      <w:r>
        <w:rPr>
          <w:sz w:val="21"/>
        </w:rPr>
        <w:t>1.    Z uwagi na warunki pogodowe lub inne okoliczności plan polowań decyzją Zarządu może ulec zmianie.</w:t>
      </w:r>
    </w:p>
    <w:p w14:paraId="68F12307" w14:textId="77777777" w:rsidR="00DC74CA" w:rsidRDefault="00000000">
      <w:pPr>
        <w:ind w:left="397" w:hanging="198"/>
      </w:pPr>
      <w:r>
        <w:rPr>
          <w:sz w:val="21"/>
        </w:rPr>
        <w:t>2.    Zakończenie polowań zbiorowych o godzinie 15:00.</w:t>
      </w:r>
    </w:p>
    <w:sectPr w:rsidR="00DC74CA" w:rsidSect="00034616">
      <w:pgSz w:w="11906" w:h="16838"/>
      <w:pgMar w:top="1247" w:right="680" w:bottom="680" w:left="6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7200734">
    <w:abstractNumId w:val="8"/>
  </w:num>
  <w:num w:numId="2" w16cid:durableId="1700741535">
    <w:abstractNumId w:val="6"/>
  </w:num>
  <w:num w:numId="3" w16cid:durableId="1814102386">
    <w:abstractNumId w:val="5"/>
  </w:num>
  <w:num w:numId="4" w16cid:durableId="313263259">
    <w:abstractNumId w:val="4"/>
  </w:num>
  <w:num w:numId="5" w16cid:durableId="1267351882">
    <w:abstractNumId w:val="7"/>
  </w:num>
  <w:num w:numId="6" w16cid:durableId="7415579">
    <w:abstractNumId w:val="3"/>
  </w:num>
  <w:num w:numId="7" w16cid:durableId="1068654513">
    <w:abstractNumId w:val="2"/>
  </w:num>
  <w:num w:numId="8" w16cid:durableId="988561114">
    <w:abstractNumId w:val="1"/>
  </w:num>
  <w:num w:numId="9" w16cid:durableId="178410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227D7"/>
    <w:rsid w:val="008C5C48"/>
    <w:rsid w:val="00AA1D8D"/>
    <w:rsid w:val="00B47730"/>
    <w:rsid w:val="00CB0664"/>
    <w:rsid w:val="00CB29F4"/>
    <w:rsid w:val="00DC74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0B76A"/>
  <w14:defaultImageDpi w14:val="300"/>
  <w15:docId w15:val="{922C96E1-1E8C-4598-BC98-CE45C4439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5" w:lineRule="auto"/>
    </w:pPr>
    <w:rPr>
      <w:rFonts w:ascii="Arial" w:hAnsi="Arial"/>
      <w:color w:val="000000"/>
      <w:sz w:val="1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polowań zbiorowych KŁ Bażant w Przeworsku, sezon 2026/2027</dc:title>
  <dc:subject>Plan polowań zbiorowych</dc:subject>
  <dc:creator>python-docx</dc:creator>
  <cp:keywords/>
  <dc:description>generated by python-docx</dc:description>
  <cp:lastModifiedBy>Artur Lewkowicz</cp:lastModifiedBy>
  <cp:revision>3</cp:revision>
  <dcterms:created xsi:type="dcterms:W3CDTF">2026-10-12T06:15:00Z</dcterms:created>
  <dcterms:modified xsi:type="dcterms:W3CDTF">2026-10-12T06:16:00Z</dcterms:modified>
  <cp:category/>
</cp:coreProperties>
</file>