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837FF" w14:textId="77777777" w:rsidR="00055CB2" w:rsidRPr="0042178B" w:rsidRDefault="00000000">
      <w:pPr>
        <w:jc w:val="center"/>
      </w:pPr>
      <w:r w:rsidRPr="0042178B">
        <w:rPr>
          <w:b/>
          <w:sz w:val="32"/>
        </w:rPr>
        <w:t>ZAŁĄCZNIKI DO ZAPYTANIA OFERTOWEGO</w:t>
      </w:r>
    </w:p>
    <w:p w14:paraId="0EF92075" w14:textId="77777777" w:rsidR="00055CB2" w:rsidRPr="0042178B" w:rsidRDefault="00000000">
      <w:pPr>
        <w:jc w:val="center"/>
      </w:pPr>
      <w:r w:rsidRPr="0042178B">
        <w:rPr>
          <w:b/>
          <w:sz w:val="24"/>
        </w:rPr>
        <w:t>Wykonanie audytu bezpieczeństwa ruchu drogowego dla wybranych dróg powiatowych Powiatu Wołomińskiego z podziałem na części</w:t>
      </w:r>
    </w:p>
    <w:p w14:paraId="065EF4C9" w14:textId="77777777" w:rsidR="00055CB2" w:rsidRPr="0042178B" w:rsidRDefault="00000000">
      <w:pPr>
        <w:spacing w:after="80"/>
        <w:jc w:val="center"/>
      </w:pPr>
      <w:r w:rsidRPr="0042178B">
        <w:t>Część 1: wykonanie audytu BRD dla drogi powiatowej Nr 4312W Helenów - Zagościniec - Duczki.</w:t>
      </w:r>
    </w:p>
    <w:p w14:paraId="03E1730D" w14:textId="77777777" w:rsidR="00055CB2" w:rsidRPr="0042178B" w:rsidRDefault="00000000">
      <w:pPr>
        <w:spacing w:after="80"/>
        <w:jc w:val="center"/>
      </w:pPr>
      <w:r w:rsidRPr="0042178B">
        <w:t>Część 2: wykonanie audytu BRD dla drogi powiatowej Al. Piłsudskiego w Markach, z uwzględnieniem analizy możliwości zwiększenia dopuszczalnej prędkości do 70 km/h.</w:t>
      </w:r>
    </w:p>
    <w:p w14:paraId="7B077DC1" w14:textId="77777777" w:rsidR="00055CB2" w:rsidRPr="0042178B" w:rsidRDefault="00000000">
      <w:pPr>
        <w:spacing w:after="80"/>
        <w:jc w:val="center"/>
      </w:pPr>
      <w:r w:rsidRPr="0042178B">
        <w:t>Zamówienie prowadzone jako zapytanie ofertowe o wartości poniżej 170 000,00 zł netto.</w:t>
      </w:r>
    </w:p>
    <w:p w14:paraId="6970529E" w14:textId="77777777" w:rsidR="00055CB2" w:rsidRPr="0042178B" w:rsidRDefault="00000000">
      <w:pPr>
        <w:pStyle w:val="Nagwek2"/>
      </w:pPr>
      <w:r w:rsidRPr="0042178B">
        <w:rPr>
          <w:rFonts w:ascii="Arial" w:hAnsi="Arial"/>
        </w:rPr>
        <w:t>Spis załączników</w:t>
      </w:r>
    </w:p>
    <w:p w14:paraId="151E5AD5" w14:textId="77777777" w:rsidR="00055CB2" w:rsidRPr="0042178B" w:rsidRDefault="00000000">
      <w:pPr>
        <w:spacing w:after="80"/>
      </w:pPr>
      <w:r w:rsidRPr="0042178B">
        <w:t>Załącznik nr 1 - Formularz ofertowy</w:t>
      </w:r>
    </w:p>
    <w:p w14:paraId="488F5247" w14:textId="77777777" w:rsidR="00055CB2" w:rsidRPr="0042178B" w:rsidRDefault="00000000">
      <w:pPr>
        <w:spacing w:after="80"/>
      </w:pPr>
      <w:r w:rsidRPr="0042178B">
        <w:t>Załącznik nr 2 - Wykaz usług potwierdzających doświadczenie Wykonawcy</w:t>
      </w:r>
    </w:p>
    <w:p w14:paraId="3D5450C6" w14:textId="77777777" w:rsidR="00055CB2" w:rsidRPr="0042178B" w:rsidRDefault="00000000">
      <w:pPr>
        <w:spacing w:after="80"/>
      </w:pPr>
      <w:r w:rsidRPr="0042178B">
        <w:t>Załącznik nr 3 - Wykaz osób skierowanych do realizacji zamówienia</w:t>
      </w:r>
    </w:p>
    <w:p w14:paraId="66AB93BE" w14:textId="77777777" w:rsidR="00055CB2" w:rsidRPr="0042178B" w:rsidRDefault="00000000">
      <w:pPr>
        <w:spacing w:after="80"/>
      </w:pPr>
      <w:r w:rsidRPr="0042178B">
        <w:t>Załącznik nr 4 - Oświadczenie o niezależności i braku konfliktu interesów</w:t>
      </w:r>
    </w:p>
    <w:p w14:paraId="5F4FDBBA" w14:textId="77777777" w:rsidR="00055CB2" w:rsidRPr="0042178B" w:rsidRDefault="00000000">
      <w:pPr>
        <w:spacing w:after="80"/>
      </w:pPr>
      <w:r w:rsidRPr="0042178B">
        <w:t>Załącznik nr 5 - Oświadczenie Wykonawcy</w:t>
      </w:r>
    </w:p>
    <w:p w14:paraId="15AD6A81" w14:textId="77777777" w:rsidR="00055CB2" w:rsidRPr="0042178B" w:rsidRDefault="00000000">
      <w:r w:rsidRPr="0042178B">
        <w:br w:type="page"/>
      </w:r>
    </w:p>
    <w:p w14:paraId="38DB9AF9" w14:textId="77777777" w:rsidR="00055CB2" w:rsidRPr="0042178B" w:rsidRDefault="00000000">
      <w:pPr>
        <w:pStyle w:val="Nagwek1"/>
      </w:pPr>
      <w:r w:rsidRPr="0042178B">
        <w:rPr>
          <w:rFonts w:ascii="Arial" w:hAnsi="Arial"/>
        </w:rPr>
        <w:lastRenderedPageBreak/>
        <w:t>Załącznik nr 1</w:t>
      </w:r>
    </w:p>
    <w:p w14:paraId="5BD52091" w14:textId="77777777" w:rsidR="00055CB2" w:rsidRPr="0042178B" w:rsidRDefault="00000000">
      <w:pPr>
        <w:pStyle w:val="Nagwek2"/>
      </w:pPr>
      <w:r w:rsidRPr="0042178B">
        <w:rPr>
          <w:rFonts w:ascii="Arial" w:hAnsi="Arial"/>
        </w:rPr>
        <w:t>Formularz ofertowy</w:t>
      </w:r>
    </w:p>
    <w:p w14:paraId="1A4F39EA" w14:textId="77777777" w:rsidR="00055CB2" w:rsidRPr="0042178B" w:rsidRDefault="00000000">
      <w:pPr>
        <w:spacing w:after="80"/>
      </w:pPr>
      <w:r w:rsidRPr="0042178B">
        <w:t>Nazwa Wykonawcy: ........................................................................................................................</w:t>
      </w:r>
    </w:p>
    <w:p w14:paraId="6C6D7450" w14:textId="77777777" w:rsidR="00055CB2" w:rsidRPr="0042178B" w:rsidRDefault="00000000">
      <w:pPr>
        <w:spacing w:after="80"/>
      </w:pPr>
      <w:r w:rsidRPr="0042178B">
        <w:t>Adres siedziby: .............................................................................................................................</w:t>
      </w:r>
    </w:p>
    <w:p w14:paraId="3E1404A5" w14:textId="77777777" w:rsidR="00055CB2" w:rsidRPr="0042178B" w:rsidRDefault="00000000">
      <w:pPr>
        <w:spacing w:after="80"/>
      </w:pPr>
      <w:r w:rsidRPr="0042178B">
        <w:t>NIP: .................................................... REGON: ....................................................</w:t>
      </w:r>
    </w:p>
    <w:p w14:paraId="2102F0DB" w14:textId="77777777" w:rsidR="00055CB2" w:rsidRPr="0042178B" w:rsidRDefault="00000000">
      <w:pPr>
        <w:spacing w:after="80"/>
      </w:pPr>
      <w:r w:rsidRPr="0042178B">
        <w:t>Adres e-mail: ................................................. Tel.: ................................................</w:t>
      </w:r>
    </w:p>
    <w:p w14:paraId="08DEBCE8" w14:textId="77777777" w:rsidR="00055CB2" w:rsidRPr="0042178B" w:rsidRDefault="00000000">
      <w:pPr>
        <w:spacing w:after="80"/>
      </w:pPr>
      <w:r w:rsidRPr="0042178B">
        <w:t>Osoba do kontaktu: .....................................................................................................................</w:t>
      </w:r>
    </w:p>
    <w:p w14:paraId="6401BE5C" w14:textId="77777777" w:rsidR="00055CB2" w:rsidRPr="0042178B" w:rsidRDefault="00000000">
      <w:pPr>
        <w:spacing w:after="80"/>
      </w:pPr>
      <w:r w:rsidRPr="0042178B">
        <w:t>Zamawiający: ...............................................................................................................................</w:t>
      </w:r>
    </w:p>
    <w:p w14:paraId="31F0C476" w14:textId="77777777" w:rsidR="00055CB2" w:rsidRPr="0042178B" w:rsidRDefault="00000000">
      <w:pPr>
        <w:spacing w:after="80"/>
      </w:pPr>
      <w:r w:rsidRPr="0042178B">
        <w:t>W odpowiedzi na zapytanie ofertowe dotyczące wykonania audytu bezpieczeństwa ruchu drogowego dla wybranych dróg powiatowych Powiatu Wołomińskiego z podziałem na części, składamy ofertę na realizację zamówienia w następującym zakresie:</w:t>
      </w:r>
    </w:p>
    <w:p w14:paraId="7CADB210" w14:textId="77777777" w:rsidR="00055CB2" w:rsidRPr="0042178B" w:rsidRDefault="00000000">
      <w:pPr>
        <w:pStyle w:val="Nagwek3"/>
      </w:pPr>
      <w:r w:rsidRPr="0042178B">
        <w:rPr>
          <w:rFonts w:ascii="Arial" w:hAnsi="Arial"/>
        </w:rPr>
        <w:t>1. Zakres składanej oferty</w:t>
      </w:r>
    </w:p>
    <w:p w14:paraId="2E950FCB" w14:textId="77777777" w:rsidR="00055CB2" w:rsidRPr="0042178B" w:rsidRDefault="00000000">
      <w:pPr>
        <w:spacing w:after="40"/>
      </w:pPr>
      <w:r w:rsidRPr="0042178B">
        <w:t>☐ Część 1 - wykonanie audytu BRD dla drogi powiatowej Nr 4312W Helenów - Zagościniec - Duczki.</w:t>
      </w:r>
    </w:p>
    <w:p w14:paraId="278B9B84" w14:textId="77777777" w:rsidR="00055CB2" w:rsidRPr="0042178B" w:rsidRDefault="00000000">
      <w:pPr>
        <w:spacing w:after="40"/>
      </w:pPr>
      <w:r w:rsidRPr="0042178B">
        <w:t>☐ Część 2 - wykonanie audytu BRD dla drogi powiatowej Al. Piłsudskiego w Markach, z uwzględnieniem analizy możliwości zwiększenia dopuszczalnej prędkości do 70 km/h.</w:t>
      </w:r>
    </w:p>
    <w:p w14:paraId="31D9D658" w14:textId="77777777" w:rsidR="00055CB2" w:rsidRPr="0042178B" w:rsidRDefault="00000000">
      <w:pPr>
        <w:pStyle w:val="Nagwek3"/>
      </w:pPr>
      <w:r w:rsidRPr="0042178B">
        <w:rPr>
          <w:rFonts w:ascii="Arial" w:hAnsi="Arial"/>
        </w:rPr>
        <w:t>2. Cena ofertowa</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794"/>
        <w:gridCol w:w="4649"/>
        <w:gridCol w:w="1247"/>
        <w:gridCol w:w="794"/>
        <w:gridCol w:w="1134"/>
        <w:gridCol w:w="1247"/>
      </w:tblGrid>
      <w:tr w:rsidR="00055CB2" w:rsidRPr="0042178B" w14:paraId="20C0E9B4" w14:textId="77777777">
        <w:trPr>
          <w:tblHeader/>
          <w:jc w:val="center"/>
        </w:trPr>
        <w:tc>
          <w:tcPr>
            <w:tcW w:w="794" w:type="dxa"/>
            <w:shd w:val="clear" w:color="auto" w:fill="D9EAD3"/>
            <w:vAlign w:val="center"/>
          </w:tcPr>
          <w:p w14:paraId="0D00BB13" w14:textId="77777777" w:rsidR="00055CB2" w:rsidRPr="0042178B" w:rsidRDefault="00000000">
            <w:pPr>
              <w:jc w:val="center"/>
            </w:pPr>
            <w:r w:rsidRPr="0042178B">
              <w:rPr>
                <w:b/>
                <w:sz w:val="16"/>
              </w:rPr>
              <w:t>Część</w:t>
            </w:r>
          </w:p>
        </w:tc>
        <w:tc>
          <w:tcPr>
            <w:tcW w:w="4649" w:type="dxa"/>
            <w:shd w:val="clear" w:color="auto" w:fill="D9EAD3"/>
            <w:vAlign w:val="center"/>
          </w:tcPr>
          <w:p w14:paraId="701577DB" w14:textId="77777777" w:rsidR="00055CB2" w:rsidRPr="0042178B" w:rsidRDefault="00000000">
            <w:pPr>
              <w:jc w:val="center"/>
            </w:pPr>
            <w:r w:rsidRPr="0042178B">
              <w:rPr>
                <w:b/>
                <w:sz w:val="16"/>
              </w:rPr>
              <w:t>Przedmiot części</w:t>
            </w:r>
          </w:p>
        </w:tc>
        <w:tc>
          <w:tcPr>
            <w:tcW w:w="1247" w:type="dxa"/>
            <w:shd w:val="clear" w:color="auto" w:fill="D9EAD3"/>
            <w:vAlign w:val="center"/>
          </w:tcPr>
          <w:p w14:paraId="02A3EFFE" w14:textId="77777777" w:rsidR="00055CB2" w:rsidRPr="0042178B" w:rsidRDefault="00000000">
            <w:pPr>
              <w:jc w:val="center"/>
            </w:pPr>
            <w:r w:rsidRPr="0042178B">
              <w:rPr>
                <w:b/>
                <w:sz w:val="16"/>
              </w:rPr>
              <w:t>Cena netto [zł]</w:t>
            </w:r>
          </w:p>
        </w:tc>
        <w:tc>
          <w:tcPr>
            <w:tcW w:w="794" w:type="dxa"/>
            <w:shd w:val="clear" w:color="auto" w:fill="D9EAD3"/>
            <w:vAlign w:val="center"/>
          </w:tcPr>
          <w:p w14:paraId="663A983F" w14:textId="77777777" w:rsidR="00055CB2" w:rsidRPr="0042178B" w:rsidRDefault="00000000">
            <w:pPr>
              <w:jc w:val="center"/>
            </w:pPr>
            <w:r w:rsidRPr="0042178B">
              <w:rPr>
                <w:b/>
                <w:sz w:val="16"/>
              </w:rPr>
              <w:t>VAT [%]</w:t>
            </w:r>
          </w:p>
        </w:tc>
        <w:tc>
          <w:tcPr>
            <w:tcW w:w="1134" w:type="dxa"/>
            <w:shd w:val="clear" w:color="auto" w:fill="D9EAD3"/>
            <w:vAlign w:val="center"/>
          </w:tcPr>
          <w:p w14:paraId="70EF92D6" w14:textId="77777777" w:rsidR="00055CB2" w:rsidRPr="0042178B" w:rsidRDefault="00000000">
            <w:pPr>
              <w:jc w:val="center"/>
            </w:pPr>
            <w:r w:rsidRPr="0042178B">
              <w:rPr>
                <w:b/>
                <w:sz w:val="16"/>
              </w:rPr>
              <w:t>Kwota VAT [zł]</w:t>
            </w:r>
          </w:p>
        </w:tc>
        <w:tc>
          <w:tcPr>
            <w:tcW w:w="1247" w:type="dxa"/>
            <w:shd w:val="clear" w:color="auto" w:fill="D9EAD3"/>
            <w:vAlign w:val="center"/>
          </w:tcPr>
          <w:p w14:paraId="31E10671" w14:textId="77777777" w:rsidR="00055CB2" w:rsidRPr="0042178B" w:rsidRDefault="00000000">
            <w:pPr>
              <w:jc w:val="center"/>
            </w:pPr>
            <w:r w:rsidRPr="0042178B">
              <w:rPr>
                <w:b/>
                <w:sz w:val="16"/>
              </w:rPr>
              <w:t>Cena brutto [zł]</w:t>
            </w:r>
          </w:p>
        </w:tc>
      </w:tr>
      <w:tr w:rsidR="00055CB2" w:rsidRPr="0042178B" w14:paraId="712DE7A4" w14:textId="77777777">
        <w:trPr>
          <w:jc w:val="center"/>
        </w:trPr>
        <w:tc>
          <w:tcPr>
            <w:tcW w:w="794" w:type="dxa"/>
            <w:vAlign w:val="center"/>
          </w:tcPr>
          <w:p w14:paraId="23D27143" w14:textId="77777777" w:rsidR="00055CB2" w:rsidRPr="0042178B" w:rsidRDefault="00000000">
            <w:r w:rsidRPr="0042178B">
              <w:rPr>
                <w:sz w:val="16"/>
              </w:rPr>
              <w:t>1</w:t>
            </w:r>
          </w:p>
        </w:tc>
        <w:tc>
          <w:tcPr>
            <w:tcW w:w="4649" w:type="dxa"/>
            <w:vAlign w:val="center"/>
          </w:tcPr>
          <w:p w14:paraId="5B4FED22" w14:textId="77777777" w:rsidR="00055CB2" w:rsidRPr="0042178B" w:rsidRDefault="00000000">
            <w:r w:rsidRPr="0042178B">
              <w:rPr>
                <w:sz w:val="16"/>
              </w:rPr>
              <w:t>Audyt BRD dla drogi powiatowej Nr 4312W Helenów - Zagościniec - Duczki</w:t>
            </w:r>
          </w:p>
        </w:tc>
        <w:tc>
          <w:tcPr>
            <w:tcW w:w="1247" w:type="dxa"/>
            <w:vAlign w:val="center"/>
          </w:tcPr>
          <w:p w14:paraId="24490A5E" w14:textId="77777777" w:rsidR="00055CB2" w:rsidRPr="0042178B" w:rsidRDefault="00055CB2"/>
        </w:tc>
        <w:tc>
          <w:tcPr>
            <w:tcW w:w="794" w:type="dxa"/>
            <w:vAlign w:val="center"/>
          </w:tcPr>
          <w:p w14:paraId="211F89E6" w14:textId="77777777" w:rsidR="00055CB2" w:rsidRPr="0042178B" w:rsidRDefault="00055CB2"/>
        </w:tc>
        <w:tc>
          <w:tcPr>
            <w:tcW w:w="1134" w:type="dxa"/>
            <w:vAlign w:val="center"/>
          </w:tcPr>
          <w:p w14:paraId="51F9F68C" w14:textId="77777777" w:rsidR="00055CB2" w:rsidRPr="0042178B" w:rsidRDefault="00055CB2"/>
        </w:tc>
        <w:tc>
          <w:tcPr>
            <w:tcW w:w="1247" w:type="dxa"/>
            <w:vAlign w:val="center"/>
          </w:tcPr>
          <w:p w14:paraId="7D744953" w14:textId="77777777" w:rsidR="00055CB2" w:rsidRPr="0042178B" w:rsidRDefault="00055CB2"/>
        </w:tc>
      </w:tr>
      <w:tr w:rsidR="00055CB2" w:rsidRPr="0042178B" w14:paraId="321E08DA" w14:textId="77777777">
        <w:trPr>
          <w:jc w:val="center"/>
        </w:trPr>
        <w:tc>
          <w:tcPr>
            <w:tcW w:w="794" w:type="dxa"/>
            <w:vAlign w:val="center"/>
          </w:tcPr>
          <w:p w14:paraId="091C6D67" w14:textId="77777777" w:rsidR="00055CB2" w:rsidRPr="0042178B" w:rsidRDefault="00000000">
            <w:r w:rsidRPr="0042178B">
              <w:rPr>
                <w:sz w:val="16"/>
              </w:rPr>
              <w:t>2</w:t>
            </w:r>
          </w:p>
        </w:tc>
        <w:tc>
          <w:tcPr>
            <w:tcW w:w="4649" w:type="dxa"/>
            <w:vAlign w:val="center"/>
          </w:tcPr>
          <w:p w14:paraId="229DAE69" w14:textId="77777777" w:rsidR="00055CB2" w:rsidRPr="0042178B" w:rsidRDefault="00000000">
            <w:r w:rsidRPr="0042178B">
              <w:rPr>
                <w:sz w:val="16"/>
              </w:rPr>
              <w:t>Audyt BRD dla drogi powiatowej Al. Piłsudskiego w Markach, wraz z analizą możliwości zwiększenia prędkości do 70 km/h</w:t>
            </w:r>
          </w:p>
        </w:tc>
        <w:tc>
          <w:tcPr>
            <w:tcW w:w="1247" w:type="dxa"/>
            <w:vAlign w:val="center"/>
          </w:tcPr>
          <w:p w14:paraId="1638A925" w14:textId="77777777" w:rsidR="00055CB2" w:rsidRPr="0042178B" w:rsidRDefault="00055CB2"/>
        </w:tc>
        <w:tc>
          <w:tcPr>
            <w:tcW w:w="794" w:type="dxa"/>
            <w:vAlign w:val="center"/>
          </w:tcPr>
          <w:p w14:paraId="16BDB05C" w14:textId="77777777" w:rsidR="00055CB2" w:rsidRPr="0042178B" w:rsidRDefault="00055CB2"/>
        </w:tc>
        <w:tc>
          <w:tcPr>
            <w:tcW w:w="1134" w:type="dxa"/>
            <w:vAlign w:val="center"/>
          </w:tcPr>
          <w:p w14:paraId="06236A94" w14:textId="77777777" w:rsidR="00055CB2" w:rsidRPr="0042178B" w:rsidRDefault="00055CB2"/>
        </w:tc>
        <w:tc>
          <w:tcPr>
            <w:tcW w:w="1247" w:type="dxa"/>
            <w:vAlign w:val="center"/>
          </w:tcPr>
          <w:p w14:paraId="17BC693D" w14:textId="77777777" w:rsidR="00055CB2" w:rsidRPr="0042178B" w:rsidRDefault="00055CB2"/>
        </w:tc>
      </w:tr>
      <w:tr w:rsidR="00055CB2" w:rsidRPr="0042178B" w14:paraId="6ED76551" w14:textId="77777777">
        <w:trPr>
          <w:jc w:val="center"/>
        </w:trPr>
        <w:tc>
          <w:tcPr>
            <w:tcW w:w="794" w:type="dxa"/>
            <w:vAlign w:val="center"/>
          </w:tcPr>
          <w:p w14:paraId="454655CE" w14:textId="77777777" w:rsidR="00055CB2" w:rsidRPr="0042178B" w:rsidRDefault="00000000">
            <w:r w:rsidRPr="0042178B">
              <w:rPr>
                <w:sz w:val="16"/>
              </w:rPr>
              <w:t>Razem</w:t>
            </w:r>
          </w:p>
        </w:tc>
        <w:tc>
          <w:tcPr>
            <w:tcW w:w="4649" w:type="dxa"/>
            <w:vAlign w:val="center"/>
          </w:tcPr>
          <w:p w14:paraId="3656AC09" w14:textId="77777777" w:rsidR="00055CB2" w:rsidRPr="0042178B" w:rsidRDefault="00000000">
            <w:r w:rsidRPr="0042178B">
              <w:rPr>
                <w:sz w:val="16"/>
              </w:rPr>
              <w:t>Cena łączna w przypadku złożenia oferty na obie części</w:t>
            </w:r>
          </w:p>
        </w:tc>
        <w:tc>
          <w:tcPr>
            <w:tcW w:w="1247" w:type="dxa"/>
            <w:vAlign w:val="center"/>
          </w:tcPr>
          <w:p w14:paraId="361293D6" w14:textId="77777777" w:rsidR="00055CB2" w:rsidRPr="0042178B" w:rsidRDefault="00055CB2"/>
        </w:tc>
        <w:tc>
          <w:tcPr>
            <w:tcW w:w="794" w:type="dxa"/>
            <w:vAlign w:val="center"/>
          </w:tcPr>
          <w:p w14:paraId="01BE45EC" w14:textId="77777777" w:rsidR="00055CB2" w:rsidRPr="0042178B" w:rsidRDefault="00055CB2"/>
        </w:tc>
        <w:tc>
          <w:tcPr>
            <w:tcW w:w="1134" w:type="dxa"/>
            <w:vAlign w:val="center"/>
          </w:tcPr>
          <w:p w14:paraId="7B8D25A7" w14:textId="77777777" w:rsidR="00055CB2" w:rsidRPr="0042178B" w:rsidRDefault="00055CB2"/>
        </w:tc>
        <w:tc>
          <w:tcPr>
            <w:tcW w:w="1247" w:type="dxa"/>
            <w:vAlign w:val="center"/>
          </w:tcPr>
          <w:p w14:paraId="70EA7D57" w14:textId="77777777" w:rsidR="00055CB2" w:rsidRPr="0042178B" w:rsidRDefault="00055CB2"/>
        </w:tc>
      </w:tr>
    </w:tbl>
    <w:p w14:paraId="5856D839" w14:textId="77777777" w:rsidR="00055CB2" w:rsidRPr="0042178B" w:rsidRDefault="00000000">
      <w:pPr>
        <w:spacing w:after="120"/>
      </w:pPr>
      <w:r w:rsidRPr="0042178B">
        <w:t>Cena ofertowa obejmuje wszystkie koszty niezbędne do prawidłowego wykonania danej części zamówienia, w szczególności analizę materiałów, wizje lokalne, dojazdy, dokumentację fotograficzną, opracowanie raportu, tabelę zaleceń, ewentualne uzupełnienia po uwagach Zamawiającego oraz podatki i opłaty.</w:t>
      </w:r>
    </w:p>
    <w:p w14:paraId="16B1F008" w14:textId="77777777" w:rsidR="00055CB2" w:rsidRPr="0042178B" w:rsidRDefault="00000000">
      <w:pPr>
        <w:pStyle w:val="Nagwek3"/>
      </w:pPr>
      <w:r w:rsidRPr="0042178B">
        <w:rPr>
          <w:rFonts w:ascii="Arial" w:hAnsi="Arial"/>
        </w:rPr>
        <w:t>3. Termin realizacji</w:t>
      </w:r>
    </w:p>
    <w:p w14:paraId="435216E8" w14:textId="3C39DDC1" w:rsidR="00055CB2" w:rsidRPr="0042178B" w:rsidRDefault="00116D7F">
      <w:pPr>
        <w:spacing w:after="80"/>
      </w:pPr>
      <w:r w:rsidRPr="0042178B">
        <w:t xml:space="preserve">Oświadczamy, że </w:t>
      </w:r>
      <w:r w:rsidR="00000000" w:rsidRPr="0042178B">
        <w:t>wykonanie przedmiotu zamówienia w terminie:</w:t>
      </w:r>
    </w:p>
    <w:p w14:paraId="3F459E5E" w14:textId="5381A9EB" w:rsidR="00055CB2" w:rsidRPr="0042178B" w:rsidRDefault="00000000">
      <w:pPr>
        <w:spacing w:after="80"/>
      </w:pPr>
      <w:r w:rsidRPr="0042178B">
        <w:t xml:space="preserve">Część 1: </w:t>
      </w:r>
      <w:r w:rsidR="00116D7F" w:rsidRPr="0042178B">
        <w:t>90</w:t>
      </w:r>
      <w:r w:rsidRPr="0042178B">
        <w:t xml:space="preserve"> dni kalendarzowych od dnia zawarcia umowy</w:t>
      </w:r>
      <w:r w:rsidR="00116D7F" w:rsidRPr="0042178B">
        <w:t>.</w:t>
      </w:r>
      <w:r w:rsidRPr="0042178B">
        <w:t xml:space="preserve"> </w:t>
      </w:r>
      <w:r w:rsidR="00116D7F" w:rsidRPr="0042178B">
        <w:t>*</w:t>
      </w:r>
    </w:p>
    <w:p w14:paraId="6CD95F0D" w14:textId="3060716A" w:rsidR="00055CB2" w:rsidRPr="0042178B" w:rsidRDefault="00000000">
      <w:pPr>
        <w:spacing w:after="80"/>
      </w:pPr>
      <w:r w:rsidRPr="0042178B">
        <w:t xml:space="preserve">Część 2: </w:t>
      </w:r>
      <w:r w:rsidR="00116D7F" w:rsidRPr="0042178B">
        <w:t xml:space="preserve">90 </w:t>
      </w:r>
      <w:r w:rsidRPr="0042178B">
        <w:t>dni kalendarzowych od dnia zawarcia umowy</w:t>
      </w:r>
      <w:r w:rsidR="00116D7F" w:rsidRPr="0042178B">
        <w:t>.*</w:t>
      </w:r>
    </w:p>
    <w:p w14:paraId="6A206CEE" w14:textId="54A61BD7" w:rsidR="00055CB2" w:rsidRPr="0042178B" w:rsidRDefault="00116D7F">
      <w:pPr>
        <w:spacing w:after="80"/>
      </w:pPr>
      <w:r w:rsidRPr="0042178B">
        <w:t>(* w przypadku wybrania jednej z części należy wykreślić część nieofertowaną.)</w:t>
      </w:r>
    </w:p>
    <w:p w14:paraId="78FFE65C" w14:textId="77777777" w:rsidR="00055CB2" w:rsidRPr="0042178B" w:rsidRDefault="00000000">
      <w:pPr>
        <w:pStyle w:val="Nagwek3"/>
      </w:pPr>
      <w:r w:rsidRPr="0042178B">
        <w:rPr>
          <w:rFonts w:ascii="Arial" w:hAnsi="Arial"/>
        </w:rPr>
        <w:t>4. Doświadczenie Wykonawcy</w:t>
      </w:r>
    </w:p>
    <w:p w14:paraId="0C3559F3" w14:textId="77777777" w:rsidR="00055CB2" w:rsidRPr="0042178B" w:rsidRDefault="00000000">
      <w:pPr>
        <w:spacing w:after="80"/>
      </w:pPr>
      <w:r w:rsidRPr="0042178B">
        <w:t>Do formularza ofertowego załączamy wykaz usług potwierdzających doświadczenie Wykonawcy, sporządzony według wzoru stanowiącego Załącznik nr 2.</w:t>
      </w:r>
    </w:p>
    <w:p w14:paraId="75C882EF" w14:textId="77777777" w:rsidR="00055CB2" w:rsidRPr="0042178B" w:rsidRDefault="00000000">
      <w:pPr>
        <w:pStyle w:val="Nagwek3"/>
      </w:pPr>
      <w:r w:rsidRPr="0042178B">
        <w:rPr>
          <w:rFonts w:ascii="Arial" w:hAnsi="Arial"/>
        </w:rPr>
        <w:t>5. Oświadczenia</w:t>
      </w:r>
    </w:p>
    <w:p w14:paraId="28540BDA" w14:textId="3EAC8F0F" w:rsidR="00055CB2" w:rsidRPr="0042178B" w:rsidRDefault="00000000">
      <w:pPr>
        <w:spacing w:after="40"/>
      </w:pPr>
      <w:r w:rsidRPr="0042178B">
        <w:t>☐ Oświadczamy, że zapoznaliśmy się z zapytaniem ofertowym, opisem przedmiotu zamówienia oraz projektowanymi warunkami realizacji zamówienia</w:t>
      </w:r>
      <w:r w:rsidR="00116D7F" w:rsidRPr="0042178B">
        <w:t xml:space="preserve"> oraz istotnymi warunkami umowy</w:t>
      </w:r>
      <w:r w:rsidRPr="0042178B">
        <w:t xml:space="preserve"> nie wnosimy do nich zastrzeżeń.</w:t>
      </w:r>
    </w:p>
    <w:p w14:paraId="3B577BF1" w14:textId="77777777" w:rsidR="00055CB2" w:rsidRPr="0042178B" w:rsidRDefault="00000000">
      <w:pPr>
        <w:spacing w:after="40"/>
      </w:pPr>
      <w:r w:rsidRPr="0042178B">
        <w:t>☐ Oświadczamy, że posiadamy wiedzę, doświadczenie oraz potencjał osobowy i techniczny niezbędny do należytego wykonania zamówienia.</w:t>
      </w:r>
    </w:p>
    <w:p w14:paraId="263AACE9" w14:textId="77777777" w:rsidR="00055CB2" w:rsidRPr="0042178B" w:rsidRDefault="00000000">
      <w:pPr>
        <w:spacing w:after="40"/>
      </w:pPr>
      <w:r w:rsidRPr="0042178B">
        <w:lastRenderedPageBreak/>
        <w:t>☐ Oświadczamy, że cena wskazana w formularzu ofertowym jest kompletna i obejmuje wszystkie koszty wykonania zamówienia.</w:t>
      </w:r>
    </w:p>
    <w:p w14:paraId="340830C0" w14:textId="3FA6323F" w:rsidR="00055CB2" w:rsidRPr="0042178B" w:rsidRDefault="00000000">
      <w:pPr>
        <w:spacing w:after="40"/>
      </w:pPr>
      <w:r w:rsidRPr="0042178B">
        <w:t xml:space="preserve">☐ Oświadczamy, że uważamy się za związanych niniejszą ofertą przez okres </w:t>
      </w:r>
      <w:r w:rsidR="00116D7F" w:rsidRPr="0042178B">
        <w:t>30</w:t>
      </w:r>
      <w:r w:rsidRPr="0042178B">
        <w:t xml:space="preserve"> dni od upływu terminu składania ofert.</w:t>
      </w:r>
    </w:p>
    <w:p w14:paraId="394301E1" w14:textId="77777777" w:rsidR="00055CB2" w:rsidRPr="0042178B" w:rsidRDefault="00000000">
      <w:pPr>
        <w:spacing w:after="40"/>
      </w:pPr>
      <w:r w:rsidRPr="0042178B">
        <w:t>☐ Oświadczamy, że w przypadku wyboru naszej oferty zobowiązujemy się do zawarcia umowy w miejscu i terminie wskazanym przez Zamawiającego.</w:t>
      </w:r>
    </w:p>
    <w:p w14:paraId="5AABDD31" w14:textId="77777777" w:rsidR="00055CB2" w:rsidRPr="0042178B" w:rsidRDefault="00000000">
      <w:pPr>
        <w:pStyle w:val="Nagwek3"/>
      </w:pPr>
      <w:r w:rsidRPr="0042178B">
        <w:rPr>
          <w:rFonts w:ascii="Arial" w:hAnsi="Arial"/>
        </w:rPr>
        <w:t>6. Załączniki do oferty</w:t>
      </w:r>
    </w:p>
    <w:p w14:paraId="0E519372" w14:textId="77777777" w:rsidR="00055CB2" w:rsidRPr="0042178B" w:rsidRDefault="00000000">
      <w:pPr>
        <w:spacing w:after="40"/>
      </w:pPr>
      <w:r w:rsidRPr="0042178B">
        <w:t>☐ Załącznik nr 2 - Wykaz usług potwierdzających doświadczenie Wykonawcy.</w:t>
      </w:r>
    </w:p>
    <w:p w14:paraId="6A922C71" w14:textId="77777777" w:rsidR="00055CB2" w:rsidRPr="0042178B" w:rsidRDefault="00000000">
      <w:pPr>
        <w:spacing w:after="40"/>
      </w:pPr>
      <w:r w:rsidRPr="0042178B">
        <w:t>☐ Załącznik nr 3 - Wykaz osób skierowanych do realizacji zamówienia.</w:t>
      </w:r>
    </w:p>
    <w:p w14:paraId="04BFD574" w14:textId="77777777" w:rsidR="00055CB2" w:rsidRPr="0042178B" w:rsidRDefault="00000000">
      <w:pPr>
        <w:spacing w:after="40"/>
      </w:pPr>
      <w:r w:rsidRPr="0042178B">
        <w:t>☐ Załącznik nr 4 - Oświadczenie o niezależności i braku konfliktu interesów.</w:t>
      </w:r>
    </w:p>
    <w:p w14:paraId="4E6C73EB" w14:textId="77777777" w:rsidR="00055CB2" w:rsidRPr="0042178B" w:rsidRDefault="00000000">
      <w:pPr>
        <w:spacing w:after="40"/>
      </w:pPr>
      <w:r w:rsidRPr="0042178B">
        <w:t>☐ Załącznik nr 5 - Oświadczenie Wykonawcy.</w:t>
      </w:r>
    </w:p>
    <w:p w14:paraId="31A7E1BA" w14:textId="77777777" w:rsidR="00055CB2" w:rsidRPr="0042178B" w:rsidRDefault="00000000">
      <w:pPr>
        <w:spacing w:after="40"/>
      </w:pPr>
      <w:r w:rsidRPr="0042178B">
        <w:t>☐ Inne dokumenty: ...............................................................................................................</w:t>
      </w:r>
    </w:p>
    <w:p w14:paraId="108B70DE" w14:textId="77777777" w:rsidR="00055CB2" w:rsidRPr="0042178B" w:rsidRDefault="00055CB2"/>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095"/>
        <w:gridCol w:w="5095"/>
      </w:tblGrid>
      <w:tr w:rsidR="00055CB2" w:rsidRPr="0042178B" w14:paraId="2DE464A6" w14:textId="77777777">
        <w:trPr>
          <w:jc w:val="center"/>
        </w:trPr>
        <w:tc>
          <w:tcPr>
            <w:tcW w:w="5100" w:type="dxa"/>
            <w:vAlign w:val="center"/>
          </w:tcPr>
          <w:p w14:paraId="5075B563" w14:textId="77777777" w:rsidR="00055CB2" w:rsidRPr="0042178B" w:rsidRDefault="00000000">
            <w:r w:rsidRPr="0042178B">
              <w:rPr>
                <w:sz w:val="18"/>
              </w:rPr>
              <w:t>...............................................</w:t>
            </w:r>
            <w:r w:rsidRPr="0042178B">
              <w:rPr>
                <w:sz w:val="18"/>
              </w:rPr>
              <w:br/>
              <w:t>(miejscowość, data)</w:t>
            </w:r>
          </w:p>
        </w:tc>
        <w:tc>
          <w:tcPr>
            <w:tcW w:w="5100" w:type="dxa"/>
            <w:vAlign w:val="center"/>
          </w:tcPr>
          <w:p w14:paraId="4EBC6E68" w14:textId="77777777" w:rsidR="00055CB2" w:rsidRPr="0042178B" w:rsidRDefault="00000000">
            <w:r w:rsidRPr="0042178B">
              <w:rPr>
                <w:sz w:val="18"/>
              </w:rPr>
              <w:t>...............................................</w:t>
            </w:r>
            <w:r w:rsidRPr="0042178B">
              <w:rPr>
                <w:sz w:val="18"/>
              </w:rPr>
              <w:br/>
              <w:t>(podpis osoby uprawnionej do reprezentowania Wykonawcy)</w:t>
            </w:r>
          </w:p>
        </w:tc>
      </w:tr>
    </w:tbl>
    <w:p w14:paraId="2DF5F81E" w14:textId="77777777" w:rsidR="00055CB2" w:rsidRPr="0042178B" w:rsidRDefault="00000000">
      <w:r w:rsidRPr="0042178B">
        <w:br w:type="page"/>
      </w:r>
    </w:p>
    <w:p w14:paraId="503C5922" w14:textId="77777777" w:rsidR="00055CB2" w:rsidRPr="0042178B" w:rsidRDefault="00000000">
      <w:pPr>
        <w:pStyle w:val="Nagwek1"/>
      </w:pPr>
      <w:r w:rsidRPr="0042178B">
        <w:rPr>
          <w:rFonts w:ascii="Arial" w:hAnsi="Arial"/>
        </w:rPr>
        <w:lastRenderedPageBreak/>
        <w:t>Załącznik nr 2</w:t>
      </w:r>
    </w:p>
    <w:p w14:paraId="36345D12" w14:textId="77777777" w:rsidR="00055CB2" w:rsidRPr="0042178B" w:rsidRDefault="00000000">
      <w:pPr>
        <w:pStyle w:val="Nagwek2"/>
      </w:pPr>
      <w:r w:rsidRPr="0042178B">
        <w:rPr>
          <w:rFonts w:ascii="Arial" w:hAnsi="Arial"/>
        </w:rPr>
        <w:t>Wykaz usług potwierdzających doświadczenie Wykonawcy</w:t>
      </w:r>
    </w:p>
    <w:p w14:paraId="11E34EB6" w14:textId="77777777" w:rsidR="00055CB2" w:rsidRPr="0042178B" w:rsidRDefault="00000000">
      <w:pPr>
        <w:spacing w:after="80"/>
      </w:pPr>
      <w:r w:rsidRPr="0042178B">
        <w:t>Nazwa Wykonawcy: ........................................................................................................................</w:t>
      </w:r>
    </w:p>
    <w:p w14:paraId="584F676B" w14:textId="77777777" w:rsidR="00055CB2" w:rsidRPr="0042178B" w:rsidRDefault="00000000">
      <w:pPr>
        <w:spacing w:after="80"/>
      </w:pPr>
      <w:r w:rsidRPr="0042178B">
        <w:t>Wykaz należy złożyć odrębnie dla każdej części, na którą Wykonawca składa ofertę, chyba że te same usługi potwierdzają doświadczenie dla obu części zamówienia.</w:t>
      </w:r>
    </w:p>
    <w:p w14:paraId="793F62C3" w14:textId="77777777" w:rsidR="00055CB2" w:rsidRPr="0042178B" w:rsidRDefault="00000000">
      <w:pPr>
        <w:spacing w:after="80"/>
      </w:pPr>
      <w:r w:rsidRPr="0042178B">
        <w:t>Warunek minimalny: wykonanie w okresie ostatnich 5 lat przed terminem składania ofert co najmniej jednej usługi polegającej na opracowaniu audytu bezpieczeństwa ruchu drogowego, analizy bezpieczeństwa ruchu drogowego, analizy organizacji ruchu albo opracowania dotyczącego poprawy bezpieczeństwa ruchu drogowego dla drogi publicznej.</w:t>
      </w:r>
    </w:p>
    <w:p w14:paraId="0FBCCC74" w14:textId="77777777" w:rsidR="00055CB2" w:rsidRPr="0042178B" w:rsidRDefault="00000000">
      <w:pPr>
        <w:pStyle w:val="Nagwek3"/>
      </w:pPr>
      <w:r w:rsidRPr="0042178B">
        <w:rPr>
          <w:rFonts w:ascii="Arial" w:hAnsi="Arial"/>
        </w:rPr>
        <w:t>1. Wykaz usług</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46"/>
        <w:gridCol w:w="1317"/>
        <w:gridCol w:w="1755"/>
        <w:gridCol w:w="1478"/>
        <w:gridCol w:w="1524"/>
        <w:gridCol w:w="1076"/>
        <w:gridCol w:w="1030"/>
        <w:gridCol w:w="1564"/>
      </w:tblGrid>
      <w:tr w:rsidR="00055CB2" w:rsidRPr="0042178B" w14:paraId="68B46FCA" w14:textId="77777777">
        <w:trPr>
          <w:tblHeader/>
          <w:jc w:val="center"/>
        </w:trPr>
        <w:tc>
          <w:tcPr>
            <w:tcW w:w="454" w:type="dxa"/>
            <w:shd w:val="clear" w:color="auto" w:fill="D9EAD3"/>
            <w:vAlign w:val="center"/>
          </w:tcPr>
          <w:p w14:paraId="58FC2A1F" w14:textId="77777777" w:rsidR="00055CB2" w:rsidRPr="0042178B" w:rsidRDefault="00000000">
            <w:pPr>
              <w:jc w:val="center"/>
            </w:pPr>
            <w:r w:rsidRPr="0042178B">
              <w:rPr>
                <w:b/>
                <w:sz w:val="14"/>
              </w:rPr>
              <w:t>Lp.</w:t>
            </w:r>
          </w:p>
        </w:tc>
        <w:tc>
          <w:tcPr>
            <w:tcW w:w="1361" w:type="dxa"/>
            <w:shd w:val="clear" w:color="auto" w:fill="D9EAD3"/>
            <w:vAlign w:val="center"/>
          </w:tcPr>
          <w:p w14:paraId="5CE8D900" w14:textId="77777777" w:rsidR="00055CB2" w:rsidRPr="0042178B" w:rsidRDefault="00000000">
            <w:pPr>
              <w:jc w:val="center"/>
            </w:pPr>
            <w:r w:rsidRPr="0042178B">
              <w:rPr>
                <w:b/>
                <w:sz w:val="14"/>
              </w:rPr>
              <w:t>Część, której dotyczy doświadczenie</w:t>
            </w:r>
          </w:p>
        </w:tc>
        <w:tc>
          <w:tcPr>
            <w:tcW w:w="2098" w:type="dxa"/>
            <w:shd w:val="clear" w:color="auto" w:fill="D9EAD3"/>
            <w:vAlign w:val="center"/>
          </w:tcPr>
          <w:p w14:paraId="6BD9CADC" w14:textId="77777777" w:rsidR="00055CB2" w:rsidRPr="0042178B" w:rsidRDefault="00000000">
            <w:pPr>
              <w:jc w:val="center"/>
            </w:pPr>
            <w:r w:rsidRPr="0042178B">
              <w:rPr>
                <w:b/>
                <w:sz w:val="14"/>
              </w:rPr>
              <w:t>Przedmiot usługi</w:t>
            </w:r>
          </w:p>
        </w:tc>
        <w:tc>
          <w:tcPr>
            <w:tcW w:w="1701" w:type="dxa"/>
            <w:shd w:val="clear" w:color="auto" w:fill="D9EAD3"/>
            <w:vAlign w:val="center"/>
          </w:tcPr>
          <w:p w14:paraId="1D484F69" w14:textId="77777777" w:rsidR="00055CB2" w:rsidRPr="0042178B" w:rsidRDefault="00000000">
            <w:pPr>
              <w:jc w:val="center"/>
            </w:pPr>
            <w:r w:rsidRPr="0042178B">
              <w:rPr>
                <w:b/>
                <w:sz w:val="14"/>
              </w:rPr>
              <w:t>Nazwa drogi / lokalizacja</w:t>
            </w:r>
          </w:p>
        </w:tc>
        <w:tc>
          <w:tcPr>
            <w:tcW w:w="1701" w:type="dxa"/>
            <w:shd w:val="clear" w:color="auto" w:fill="D9EAD3"/>
            <w:vAlign w:val="center"/>
          </w:tcPr>
          <w:p w14:paraId="7A1B41CA" w14:textId="77777777" w:rsidR="00055CB2" w:rsidRPr="0042178B" w:rsidRDefault="00000000">
            <w:pPr>
              <w:jc w:val="center"/>
            </w:pPr>
            <w:r w:rsidRPr="0042178B">
              <w:rPr>
                <w:b/>
                <w:sz w:val="14"/>
              </w:rPr>
              <w:t>Zamawiający</w:t>
            </w:r>
          </w:p>
        </w:tc>
        <w:tc>
          <w:tcPr>
            <w:tcW w:w="1134" w:type="dxa"/>
            <w:shd w:val="clear" w:color="auto" w:fill="D9EAD3"/>
            <w:vAlign w:val="center"/>
          </w:tcPr>
          <w:p w14:paraId="02B7C9A3" w14:textId="77777777" w:rsidR="00055CB2" w:rsidRPr="0042178B" w:rsidRDefault="00000000">
            <w:pPr>
              <w:jc w:val="center"/>
            </w:pPr>
            <w:r w:rsidRPr="0042178B">
              <w:rPr>
                <w:b/>
                <w:sz w:val="14"/>
              </w:rPr>
              <w:t>Data wykonania</w:t>
            </w:r>
          </w:p>
        </w:tc>
        <w:tc>
          <w:tcPr>
            <w:tcW w:w="1134" w:type="dxa"/>
            <w:shd w:val="clear" w:color="auto" w:fill="D9EAD3"/>
            <w:vAlign w:val="center"/>
          </w:tcPr>
          <w:p w14:paraId="5FBF3161" w14:textId="77777777" w:rsidR="00055CB2" w:rsidRPr="0042178B" w:rsidRDefault="00000000">
            <w:pPr>
              <w:jc w:val="center"/>
            </w:pPr>
            <w:r w:rsidRPr="0042178B">
              <w:rPr>
                <w:b/>
                <w:sz w:val="14"/>
              </w:rPr>
              <w:t>Wartość brutto [zł]</w:t>
            </w:r>
          </w:p>
        </w:tc>
        <w:tc>
          <w:tcPr>
            <w:tcW w:w="1701" w:type="dxa"/>
            <w:shd w:val="clear" w:color="auto" w:fill="D9EAD3"/>
            <w:vAlign w:val="center"/>
          </w:tcPr>
          <w:p w14:paraId="44D634CD" w14:textId="77777777" w:rsidR="00055CB2" w:rsidRPr="0042178B" w:rsidRDefault="00000000">
            <w:pPr>
              <w:jc w:val="center"/>
            </w:pPr>
            <w:r w:rsidRPr="0042178B">
              <w:rPr>
                <w:b/>
                <w:sz w:val="14"/>
              </w:rPr>
              <w:t>Dokument potwierdzający należyte wykonanie</w:t>
            </w:r>
          </w:p>
        </w:tc>
      </w:tr>
      <w:tr w:rsidR="00055CB2" w:rsidRPr="0042178B" w14:paraId="50EC8AAD" w14:textId="77777777">
        <w:trPr>
          <w:jc w:val="center"/>
        </w:trPr>
        <w:tc>
          <w:tcPr>
            <w:tcW w:w="454" w:type="dxa"/>
            <w:vAlign w:val="center"/>
          </w:tcPr>
          <w:p w14:paraId="6D3197FC" w14:textId="77777777" w:rsidR="00055CB2" w:rsidRPr="0042178B" w:rsidRDefault="00000000">
            <w:r w:rsidRPr="0042178B">
              <w:rPr>
                <w:sz w:val="14"/>
              </w:rPr>
              <w:t>1</w:t>
            </w:r>
          </w:p>
        </w:tc>
        <w:tc>
          <w:tcPr>
            <w:tcW w:w="1361" w:type="dxa"/>
            <w:vAlign w:val="center"/>
          </w:tcPr>
          <w:p w14:paraId="22A08533" w14:textId="77777777" w:rsidR="00055CB2" w:rsidRPr="0042178B" w:rsidRDefault="00055CB2"/>
        </w:tc>
        <w:tc>
          <w:tcPr>
            <w:tcW w:w="2098" w:type="dxa"/>
            <w:vAlign w:val="center"/>
          </w:tcPr>
          <w:p w14:paraId="0322C9AD" w14:textId="77777777" w:rsidR="00055CB2" w:rsidRPr="0042178B" w:rsidRDefault="00055CB2"/>
        </w:tc>
        <w:tc>
          <w:tcPr>
            <w:tcW w:w="1701" w:type="dxa"/>
            <w:vAlign w:val="center"/>
          </w:tcPr>
          <w:p w14:paraId="689FA4A6" w14:textId="77777777" w:rsidR="00055CB2" w:rsidRPr="0042178B" w:rsidRDefault="00055CB2"/>
        </w:tc>
        <w:tc>
          <w:tcPr>
            <w:tcW w:w="1701" w:type="dxa"/>
            <w:vAlign w:val="center"/>
          </w:tcPr>
          <w:p w14:paraId="4F7C53FD" w14:textId="77777777" w:rsidR="00055CB2" w:rsidRPr="0042178B" w:rsidRDefault="00055CB2"/>
        </w:tc>
        <w:tc>
          <w:tcPr>
            <w:tcW w:w="1134" w:type="dxa"/>
            <w:vAlign w:val="center"/>
          </w:tcPr>
          <w:p w14:paraId="6FAF0007" w14:textId="77777777" w:rsidR="00055CB2" w:rsidRPr="0042178B" w:rsidRDefault="00055CB2"/>
        </w:tc>
        <w:tc>
          <w:tcPr>
            <w:tcW w:w="1134" w:type="dxa"/>
            <w:vAlign w:val="center"/>
          </w:tcPr>
          <w:p w14:paraId="27A0F4B2" w14:textId="77777777" w:rsidR="00055CB2" w:rsidRPr="0042178B" w:rsidRDefault="00055CB2"/>
        </w:tc>
        <w:tc>
          <w:tcPr>
            <w:tcW w:w="1701" w:type="dxa"/>
            <w:vAlign w:val="center"/>
          </w:tcPr>
          <w:p w14:paraId="64D816B8" w14:textId="77777777" w:rsidR="00055CB2" w:rsidRPr="0042178B" w:rsidRDefault="00055CB2"/>
        </w:tc>
      </w:tr>
      <w:tr w:rsidR="00055CB2" w:rsidRPr="0042178B" w14:paraId="7395B353" w14:textId="77777777">
        <w:trPr>
          <w:jc w:val="center"/>
        </w:trPr>
        <w:tc>
          <w:tcPr>
            <w:tcW w:w="454" w:type="dxa"/>
            <w:vAlign w:val="center"/>
          </w:tcPr>
          <w:p w14:paraId="1D90F607" w14:textId="77777777" w:rsidR="00055CB2" w:rsidRPr="0042178B" w:rsidRDefault="00000000">
            <w:r w:rsidRPr="0042178B">
              <w:rPr>
                <w:sz w:val="14"/>
              </w:rPr>
              <w:t>2</w:t>
            </w:r>
          </w:p>
        </w:tc>
        <w:tc>
          <w:tcPr>
            <w:tcW w:w="1361" w:type="dxa"/>
            <w:vAlign w:val="center"/>
          </w:tcPr>
          <w:p w14:paraId="5D3B2296" w14:textId="77777777" w:rsidR="00055CB2" w:rsidRPr="0042178B" w:rsidRDefault="00055CB2"/>
        </w:tc>
        <w:tc>
          <w:tcPr>
            <w:tcW w:w="2098" w:type="dxa"/>
            <w:vAlign w:val="center"/>
          </w:tcPr>
          <w:p w14:paraId="40AACF9A" w14:textId="77777777" w:rsidR="00055CB2" w:rsidRPr="0042178B" w:rsidRDefault="00055CB2"/>
        </w:tc>
        <w:tc>
          <w:tcPr>
            <w:tcW w:w="1701" w:type="dxa"/>
            <w:vAlign w:val="center"/>
          </w:tcPr>
          <w:p w14:paraId="73EB0B21" w14:textId="77777777" w:rsidR="00055CB2" w:rsidRPr="0042178B" w:rsidRDefault="00055CB2"/>
        </w:tc>
        <w:tc>
          <w:tcPr>
            <w:tcW w:w="1701" w:type="dxa"/>
            <w:vAlign w:val="center"/>
          </w:tcPr>
          <w:p w14:paraId="1B16D612" w14:textId="77777777" w:rsidR="00055CB2" w:rsidRPr="0042178B" w:rsidRDefault="00055CB2"/>
        </w:tc>
        <w:tc>
          <w:tcPr>
            <w:tcW w:w="1134" w:type="dxa"/>
            <w:vAlign w:val="center"/>
          </w:tcPr>
          <w:p w14:paraId="561F255D" w14:textId="77777777" w:rsidR="00055CB2" w:rsidRPr="0042178B" w:rsidRDefault="00055CB2"/>
        </w:tc>
        <w:tc>
          <w:tcPr>
            <w:tcW w:w="1134" w:type="dxa"/>
            <w:vAlign w:val="center"/>
          </w:tcPr>
          <w:p w14:paraId="03E93CCD" w14:textId="77777777" w:rsidR="00055CB2" w:rsidRPr="0042178B" w:rsidRDefault="00055CB2"/>
        </w:tc>
        <w:tc>
          <w:tcPr>
            <w:tcW w:w="1701" w:type="dxa"/>
            <w:vAlign w:val="center"/>
          </w:tcPr>
          <w:p w14:paraId="25CE3A0C" w14:textId="77777777" w:rsidR="00055CB2" w:rsidRPr="0042178B" w:rsidRDefault="00055CB2"/>
        </w:tc>
      </w:tr>
      <w:tr w:rsidR="00055CB2" w:rsidRPr="0042178B" w14:paraId="25EA26F8" w14:textId="77777777">
        <w:trPr>
          <w:jc w:val="center"/>
        </w:trPr>
        <w:tc>
          <w:tcPr>
            <w:tcW w:w="454" w:type="dxa"/>
            <w:vAlign w:val="center"/>
          </w:tcPr>
          <w:p w14:paraId="510D769B" w14:textId="77777777" w:rsidR="00055CB2" w:rsidRPr="0042178B" w:rsidRDefault="00000000">
            <w:r w:rsidRPr="0042178B">
              <w:rPr>
                <w:sz w:val="14"/>
              </w:rPr>
              <w:t>3</w:t>
            </w:r>
          </w:p>
        </w:tc>
        <w:tc>
          <w:tcPr>
            <w:tcW w:w="1361" w:type="dxa"/>
            <w:vAlign w:val="center"/>
          </w:tcPr>
          <w:p w14:paraId="0C8BF11A" w14:textId="77777777" w:rsidR="00055CB2" w:rsidRPr="0042178B" w:rsidRDefault="00055CB2"/>
        </w:tc>
        <w:tc>
          <w:tcPr>
            <w:tcW w:w="2098" w:type="dxa"/>
            <w:vAlign w:val="center"/>
          </w:tcPr>
          <w:p w14:paraId="6FAD2F49" w14:textId="77777777" w:rsidR="00055CB2" w:rsidRPr="0042178B" w:rsidRDefault="00055CB2"/>
        </w:tc>
        <w:tc>
          <w:tcPr>
            <w:tcW w:w="1701" w:type="dxa"/>
            <w:vAlign w:val="center"/>
          </w:tcPr>
          <w:p w14:paraId="61FBF03D" w14:textId="77777777" w:rsidR="00055CB2" w:rsidRPr="0042178B" w:rsidRDefault="00055CB2"/>
        </w:tc>
        <w:tc>
          <w:tcPr>
            <w:tcW w:w="1701" w:type="dxa"/>
            <w:vAlign w:val="center"/>
          </w:tcPr>
          <w:p w14:paraId="193C4395" w14:textId="77777777" w:rsidR="00055CB2" w:rsidRPr="0042178B" w:rsidRDefault="00055CB2"/>
        </w:tc>
        <w:tc>
          <w:tcPr>
            <w:tcW w:w="1134" w:type="dxa"/>
            <w:vAlign w:val="center"/>
          </w:tcPr>
          <w:p w14:paraId="37F9626D" w14:textId="77777777" w:rsidR="00055CB2" w:rsidRPr="0042178B" w:rsidRDefault="00055CB2"/>
        </w:tc>
        <w:tc>
          <w:tcPr>
            <w:tcW w:w="1134" w:type="dxa"/>
            <w:vAlign w:val="center"/>
          </w:tcPr>
          <w:p w14:paraId="7541CB62" w14:textId="77777777" w:rsidR="00055CB2" w:rsidRPr="0042178B" w:rsidRDefault="00055CB2"/>
        </w:tc>
        <w:tc>
          <w:tcPr>
            <w:tcW w:w="1701" w:type="dxa"/>
            <w:vAlign w:val="center"/>
          </w:tcPr>
          <w:p w14:paraId="78245BFE" w14:textId="77777777" w:rsidR="00055CB2" w:rsidRPr="0042178B" w:rsidRDefault="00055CB2"/>
        </w:tc>
      </w:tr>
      <w:tr w:rsidR="00055CB2" w:rsidRPr="0042178B" w14:paraId="716338C9" w14:textId="77777777">
        <w:trPr>
          <w:jc w:val="center"/>
        </w:trPr>
        <w:tc>
          <w:tcPr>
            <w:tcW w:w="454" w:type="dxa"/>
            <w:vAlign w:val="center"/>
          </w:tcPr>
          <w:p w14:paraId="22E5D023" w14:textId="77777777" w:rsidR="00055CB2" w:rsidRPr="0042178B" w:rsidRDefault="00000000">
            <w:r w:rsidRPr="0042178B">
              <w:rPr>
                <w:sz w:val="14"/>
              </w:rPr>
              <w:t>4</w:t>
            </w:r>
          </w:p>
        </w:tc>
        <w:tc>
          <w:tcPr>
            <w:tcW w:w="1361" w:type="dxa"/>
            <w:vAlign w:val="center"/>
          </w:tcPr>
          <w:p w14:paraId="656E9299" w14:textId="77777777" w:rsidR="00055CB2" w:rsidRPr="0042178B" w:rsidRDefault="00055CB2"/>
        </w:tc>
        <w:tc>
          <w:tcPr>
            <w:tcW w:w="2098" w:type="dxa"/>
            <w:vAlign w:val="center"/>
          </w:tcPr>
          <w:p w14:paraId="5DFAE726" w14:textId="77777777" w:rsidR="00055CB2" w:rsidRPr="0042178B" w:rsidRDefault="00055CB2"/>
        </w:tc>
        <w:tc>
          <w:tcPr>
            <w:tcW w:w="1701" w:type="dxa"/>
            <w:vAlign w:val="center"/>
          </w:tcPr>
          <w:p w14:paraId="7D828866" w14:textId="77777777" w:rsidR="00055CB2" w:rsidRPr="0042178B" w:rsidRDefault="00055CB2"/>
        </w:tc>
        <w:tc>
          <w:tcPr>
            <w:tcW w:w="1701" w:type="dxa"/>
            <w:vAlign w:val="center"/>
          </w:tcPr>
          <w:p w14:paraId="13B7AAF7" w14:textId="77777777" w:rsidR="00055CB2" w:rsidRPr="0042178B" w:rsidRDefault="00055CB2"/>
        </w:tc>
        <w:tc>
          <w:tcPr>
            <w:tcW w:w="1134" w:type="dxa"/>
            <w:vAlign w:val="center"/>
          </w:tcPr>
          <w:p w14:paraId="08268D97" w14:textId="77777777" w:rsidR="00055CB2" w:rsidRPr="0042178B" w:rsidRDefault="00055CB2"/>
        </w:tc>
        <w:tc>
          <w:tcPr>
            <w:tcW w:w="1134" w:type="dxa"/>
            <w:vAlign w:val="center"/>
          </w:tcPr>
          <w:p w14:paraId="4A1294C0" w14:textId="77777777" w:rsidR="00055CB2" w:rsidRPr="0042178B" w:rsidRDefault="00055CB2"/>
        </w:tc>
        <w:tc>
          <w:tcPr>
            <w:tcW w:w="1701" w:type="dxa"/>
            <w:vAlign w:val="center"/>
          </w:tcPr>
          <w:p w14:paraId="45E15ABF" w14:textId="77777777" w:rsidR="00055CB2" w:rsidRPr="0042178B" w:rsidRDefault="00055CB2"/>
        </w:tc>
      </w:tr>
      <w:tr w:rsidR="00055CB2" w:rsidRPr="0042178B" w14:paraId="42BD0EAC" w14:textId="77777777">
        <w:trPr>
          <w:jc w:val="center"/>
        </w:trPr>
        <w:tc>
          <w:tcPr>
            <w:tcW w:w="454" w:type="dxa"/>
            <w:vAlign w:val="center"/>
          </w:tcPr>
          <w:p w14:paraId="06866A57" w14:textId="77777777" w:rsidR="00055CB2" w:rsidRPr="0042178B" w:rsidRDefault="00000000">
            <w:r w:rsidRPr="0042178B">
              <w:rPr>
                <w:sz w:val="14"/>
              </w:rPr>
              <w:t>5</w:t>
            </w:r>
          </w:p>
        </w:tc>
        <w:tc>
          <w:tcPr>
            <w:tcW w:w="1361" w:type="dxa"/>
            <w:vAlign w:val="center"/>
          </w:tcPr>
          <w:p w14:paraId="6DAA2DB2" w14:textId="77777777" w:rsidR="00055CB2" w:rsidRPr="0042178B" w:rsidRDefault="00055CB2"/>
        </w:tc>
        <w:tc>
          <w:tcPr>
            <w:tcW w:w="2098" w:type="dxa"/>
            <w:vAlign w:val="center"/>
          </w:tcPr>
          <w:p w14:paraId="34A7F84E" w14:textId="77777777" w:rsidR="00055CB2" w:rsidRPr="0042178B" w:rsidRDefault="00055CB2"/>
        </w:tc>
        <w:tc>
          <w:tcPr>
            <w:tcW w:w="1701" w:type="dxa"/>
            <w:vAlign w:val="center"/>
          </w:tcPr>
          <w:p w14:paraId="2AED9EE1" w14:textId="77777777" w:rsidR="00055CB2" w:rsidRPr="0042178B" w:rsidRDefault="00055CB2"/>
        </w:tc>
        <w:tc>
          <w:tcPr>
            <w:tcW w:w="1701" w:type="dxa"/>
            <w:vAlign w:val="center"/>
          </w:tcPr>
          <w:p w14:paraId="78F4EFB5" w14:textId="77777777" w:rsidR="00055CB2" w:rsidRPr="0042178B" w:rsidRDefault="00055CB2"/>
        </w:tc>
        <w:tc>
          <w:tcPr>
            <w:tcW w:w="1134" w:type="dxa"/>
            <w:vAlign w:val="center"/>
          </w:tcPr>
          <w:p w14:paraId="679CE804" w14:textId="77777777" w:rsidR="00055CB2" w:rsidRPr="0042178B" w:rsidRDefault="00055CB2"/>
        </w:tc>
        <w:tc>
          <w:tcPr>
            <w:tcW w:w="1134" w:type="dxa"/>
            <w:vAlign w:val="center"/>
          </w:tcPr>
          <w:p w14:paraId="097DC5A3" w14:textId="77777777" w:rsidR="00055CB2" w:rsidRPr="0042178B" w:rsidRDefault="00055CB2"/>
        </w:tc>
        <w:tc>
          <w:tcPr>
            <w:tcW w:w="1701" w:type="dxa"/>
            <w:vAlign w:val="center"/>
          </w:tcPr>
          <w:p w14:paraId="3913AC12" w14:textId="77777777" w:rsidR="00055CB2" w:rsidRPr="0042178B" w:rsidRDefault="00055CB2"/>
        </w:tc>
      </w:tr>
    </w:tbl>
    <w:p w14:paraId="69E8B80B" w14:textId="77777777" w:rsidR="00055CB2" w:rsidRPr="0042178B" w:rsidRDefault="00000000">
      <w:pPr>
        <w:spacing w:after="160"/>
      </w:pPr>
      <w:r w:rsidRPr="0042178B">
        <w:t>Do wykazu należy dołączyć dowody określające, czy usługi zostały wykonane należycie, np. referencje, protokoły odbioru, poświadczenia albo inne dokumenty wystawione przez podmiot, na rzecz którego usługi były wykonywane, jeżeli Zamawiający wymaga ich złożenia.</w:t>
      </w:r>
    </w:p>
    <w:p w14:paraId="0FC12401" w14:textId="77777777" w:rsidR="00055CB2" w:rsidRPr="0042178B" w:rsidRDefault="00055CB2"/>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095"/>
        <w:gridCol w:w="5095"/>
      </w:tblGrid>
      <w:tr w:rsidR="00055CB2" w:rsidRPr="0042178B" w14:paraId="2F200945" w14:textId="77777777">
        <w:trPr>
          <w:jc w:val="center"/>
        </w:trPr>
        <w:tc>
          <w:tcPr>
            <w:tcW w:w="5100" w:type="dxa"/>
            <w:vAlign w:val="center"/>
          </w:tcPr>
          <w:p w14:paraId="7F8EE751" w14:textId="77777777" w:rsidR="00055CB2" w:rsidRPr="0042178B" w:rsidRDefault="00000000">
            <w:r w:rsidRPr="0042178B">
              <w:rPr>
                <w:sz w:val="18"/>
              </w:rPr>
              <w:t>...............................................</w:t>
            </w:r>
            <w:r w:rsidRPr="0042178B">
              <w:rPr>
                <w:sz w:val="18"/>
              </w:rPr>
              <w:br/>
              <w:t>(miejscowość, data)</w:t>
            </w:r>
          </w:p>
        </w:tc>
        <w:tc>
          <w:tcPr>
            <w:tcW w:w="5100" w:type="dxa"/>
            <w:vAlign w:val="center"/>
          </w:tcPr>
          <w:p w14:paraId="284D0E08" w14:textId="77777777" w:rsidR="00055CB2" w:rsidRPr="0042178B" w:rsidRDefault="00000000">
            <w:r w:rsidRPr="0042178B">
              <w:rPr>
                <w:sz w:val="18"/>
              </w:rPr>
              <w:t>...............................................</w:t>
            </w:r>
            <w:r w:rsidRPr="0042178B">
              <w:rPr>
                <w:sz w:val="18"/>
              </w:rPr>
              <w:br/>
              <w:t>(podpis osoby uprawnionej do reprezentowania Wykonawcy)</w:t>
            </w:r>
          </w:p>
        </w:tc>
      </w:tr>
    </w:tbl>
    <w:p w14:paraId="7B107707" w14:textId="77777777" w:rsidR="00055CB2" w:rsidRPr="0042178B" w:rsidRDefault="00000000">
      <w:r w:rsidRPr="0042178B">
        <w:br w:type="page"/>
      </w:r>
    </w:p>
    <w:p w14:paraId="41B33503" w14:textId="77777777" w:rsidR="00055CB2" w:rsidRPr="0042178B" w:rsidRDefault="00000000">
      <w:pPr>
        <w:pStyle w:val="Nagwek1"/>
      </w:pPr>
      <w:r w:rsidRPr="0042178B">
        <w:rPr>
          <w:rFonts w:ascii="Arial" w:hAnsi="Arial"/>
        </w:rPr>
        <w:lastRenderedPageBreak/>
        <w:t>Załącznik nr 3</w:t>
      </w:r>
    </w:p>
    <w:p w14:paraId="13059C78" w14:textId="77777777" w:rsidR="00055CB2" w:rsidRPr="0042178B" w:rsidRDefault="00000000">
      <w:pPr>
        <w:pStyle w:val="Nagwek2"/>
      </w:pPr>
      <w:r w:rsidRPr="0042178B">
        <w:rPr>
          <w:rFonts w:ascii="Arial" w:hAnsi="Arial"/>
        </w:rPr>
        <w:t>Wykaz osób skierowanych do realizacji zamówienia</w:t>
      </w:r>
    </w:p>
    <w:p w14:paraId="59505C0B" w14:textId="77777777" w:rsidR="00055CB2" w:rsidRPr="0042178B" w:rsidRDefault="00000000">
      <w:pPr>
        <w:spacing w:after="80"/>
      </w:pPr>
      <w:r w:rsidRPr="0042178B">
        <w:t>Nazwa Wykonawcy: ........................................................................................................................</w:t>
      </w:r>
    </w:p>
    <w:p w14:paraId="7AE7F187" w14:textId="77777777" w:rsidR="00055CB2" w:rsidRPr="0042178B" w:rsidRDefault="00000000">
      <w:pPr>
        <w:spacing w:after="80"/>
      </w:pPr>
      <w:r w:rsidRPr="0042178B">
        <w:t>Wykaz osób należy złożyć dla części zamówienia, na które Wykonawca składa ofertę. Zamawiający dopuszcza wskazanie tej samej osoby dla obu części, jeżeli posiada ona doświadczenie odpowiednie do zakresu zamówienia.</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50"/>
        <w:gridCol w:w="1479"/>
        <w:gridCol w:w="1600"/>
        <w:gridCol w:w="1998"/>
        <w:gridCol w:w="2213"/>
        <w:gridCol w:w="1433"/>
        <w:gridCol w:w="1017"/>
      </w:tblGrid>
      <w:tr w:rsidR="00055CB2" w:rsidRPr="0042178B" w14:paraId="0F480DB2" w14:textId="77777777">
        <w:trPr>
          <w:tblHeader/>
          <w:jc w:val="center"/>
        </w:trPr>
        <w:tc>
          <w:tcPr>
            <w:tcW w:w="454" w:type="dxa"/>
            <w:shd w:val="clear" w:color="auto" w:fill="D9EAD3"/>
            <w:vAlign w:val="center"/>
          </w:tcPr>
          <w:p w14:paraId="2F29B896" w14:textId="77777777" w:rsidR="00055CB2" w:rsidRPr="0042178B" w:rsidRDefault="00000000">
            <w:pPr>
              <w:jc w:val="center"/>
            </w:pPr>
            <w:r w:rsidRPr="0042178B">
              <w:rPr>
                <w:b/>
                <w:sz w:val="14"/>
              </w:rPr>
              <w:t>Lp.</w:t>
            </w:r>
          </w:p>
        </w:tc>
        <w:tc>
          <w:tcPr>
            <w:tcW w:w="1587" w:type="dxa"/>
            <w:shd w:val="clear" w:color="auto" w:fill="D9EAD3"/>
            <w:vAlign w:val="center"/>
          </w:tcPr>
          <w:p w14:paraId="6E9B25BC" w14:textId="77777777" w:rsidR="00055CB2" w:rsidRPr="0042178B" w:rsidRDefault="00000000">
            <w:pPr>
              <w:jc w:val="center"/>
            </w:pPr>
            <w:r w:rsidRPr="0042178B">
              <w:rPr>
                <w:b/>
                <w:sz w:val="14"/>
              </w:rPr>
              <w:t>Imię i nazwisko</w:t>
            </w:r>
          </w:p>
        </w:tc>
        <w:tc>
          <w:tcPr>
            <w:tcW w:w="1701" w:type="dxa"/>
            <w:shd w:val="clear" w:color="auto" w:fill="D9EAD3"/>
            <w:vAlign w:val="center"/>
          </w:tcPr>
          <w:p w14:paraId="510395EE" w14:textId="77777777" w:rsidR="00055CB2" w:rsidRPr="0042178B" w:rsidRDefault="00000000">
            <w:pPr>
              <w:jc w:val="center"/>
            </w:pPr>
            <w:r w:rsidRPr="0042178B">
              <w:rPr>
                <w:b/>
                <w:sz w:val="14"/>
              </w:rPr>
              <w:t>Funkcja przy realizacji zamówienia</w:t>
            </w:r>
          </w:p>
        </w:tc>
        <w:tc>
          <w:tcPr>
            <w:tcW w:w="2154" w:type="dxa"/>
            <w:shd w:val="clear" w:color="auto" w:fill="D9EAD3"/>
            <w:vAlign w:val="center"/>
          </w:tcPr>
          <w:p w14:paraId="119BB663" w14:textId="77777777" w:rsidR="00055CB2" w:rsidRPr="0042178B" w:rsidRDefault="00000000">
            <w:pPr>
              <w:jc w:val="center"/>
            </w:pPr>
            <w:r w:rsidRPr="0042178B">
              <w:rPr>
                <w:b/>
                <w:sz w:val="14"/>
              </w:rPr>
              <w:t>Kwalifikacje / uprawnienia / specjalizacja</w:t>
            </w:r>
          </w:p>
        </w:tc>
        <w:tc>
          <w:tcPr>
            <w:tcW w:w="2381" w:type="dxa"/>
            <w:shd w:val="clear" w:color="auto" w:fill="D9EAD3"/>
            <w:vAlign w:val="center"/>
          </w:tcPr>
          <w:p w14:paraId="1DB0AF29" w14:textId="77777777" w:rsidR="00055CB2" w:rsidRPr="0042178B" w:rsidRDefault="00000000">
            <w:pPr>
              <w:jc w:val="center"/>
            </w:pPr>
            <w:r w:rsidRPr="0042178B">
              <w:rPr>
                <w:b/>
                <w:sz w:val="14"/>
              </w:rPr>
              <w:t>Doświadczenie w BRD / organizacji ruchu / drogach</w:t>
            </w:r>
          </w:p>
        </w:tc>
        <w:tc>
          <w:tcPr>
            <w:tcW w:w="1474" w:type="dxa"/>
            <w:shd w:val="clear" w:color="auto" w:fill="D9EAD3"/>
            <w:vAlign w:val="center"/>
          </w:tcPr>
          <w:p w14:paraId="1E3C7E68" w14:textId="77777777" w:rsidR="00055CB2" w:rsidRPr="0042178B" w:rsidRDefault="00000000">
            <w:pPr>
              <w:jc w:val="center"/>
            </w:pPr>
            <w:r w:rsidRPr="0042178B">
              <w:rPr>
                <w:b/>
                <w:sz w:val="14"/>
              </w:rPr>
              <w:t>Podstawa dysponowania osobą</w:t>
            </w:r>
          </w:p>
        </w:tc>
        <w:tc>
          <w:tcPr>
            <w:tcW w:w="1020" w:type="dxa"/>
            <w:shd w:val="clear" w:color="auto" w:fill="D9EAD3"/>
            <w:vAlign w:val="center"/>
          </w:tcPr>
          <w:p w14:paraId="11CA0C57" w14:textId="77777777" w:rsidR="00055CB2" w:rsidRPr="0042178B" w:rsidRDefault="00000000">
            <w:pPr>
              <w:jc w:val="center"/>
            </w:pPr>
            <w:r w:rsidRPr="0042178B">
              <w:rPr>
                <w:b/>
                <w:sz w:val="14"/>
              </w:rPr>
              <w:t>Część zamówienia</w:t>
            </w:r>
          </w:p>
        </w:tc>
      </w:tr>
      <w:tr w:rsidR="00055CB2" w:rsidRPr="0042178B" w14:paraId="2BB0D15D" w14:textId="77777777">
        <w:trPr>
          <w:jc w:val="center"/>
        </w:trPr>
        <w:tc>
          <w:tcPr>
            <w:tcW w:w="454" w:type="dxa"/>
            <w:vAlign w:val="center"/>
          </w:tcPr>
          <w:p w14:paraId="5A421FF5" w14:textId="77777777" w:rsidR="00055CB2" w:rsidRPr="0042178B" w:rsidRDefault="00000000">
            <w:r w:rsidRPr="0042178B">
              <w:rPr>
                <w:sz w:val="14"/>
              </w:rPr>
              <w:t>1</w:t>
            </w:r>
          </w:p>
        </w:tc>
        <w:tc>
          <w:tcPr>
            <w:tcW w:w="1587" w:type="dxa"/>
            <w:vAlign w:val="center"/>
          </w:tcPr>
          <w:p w14:paraId="35D0DFFB" w14:textId="77777777" w:rsidR="00055CB2" w:rsidRPr="0042178B" w:rsidRDefault="00055CB2"/>
        </w:tc>
        <w:tc>
          <w:tcPr>
            <w:tcW w:w="1701" w:type="dxa"/>
            <w:vAlign w:val="center"/>
          </w:tcPr>
          <w:p w14:paraId="292D8231" w14:textId="77777777" w:rsidR="00055CB2" w:rsidRPr="0042178B" w:rsidRDefault="00055CB2"/>
        </w:tc>
        <w:tc>
          <w:tcPr>
            <w:tcW w:w="2154" w:type="dxa"/>
            <w:vAlign w:val="center"/>
          </w:tcPr>
          <w:p w14:paraId="51E85BC1" w14:textId="77777777" w:rsidR="00055CB2" w:rsidRPr="0042178B" w:rsidRDefault="00055CB2"/>
        </w:tc>
        <w:tc>
          <w:tcPr>
            <w:tcW w:w="2381" w:type="dxa"/>
            <w:vAlign w:val="center"/>
          </w:tcPr>
          <w:p w14:paraId="5A14DFAA" w14:textId="77777777" w:rsidR="00055CB2" w:rsidRPr="0042178B" w:rsidRDefault="00055CB2"/>
        </w:tc>
        <w:tc>
          <w:tcPr>
            <w:tcW w:w="1474" w:type="dxa"/>
            <w:vAlign w:val="center"/>
          </w:tcPr>
          <w:p w14:paraId="6DD573D1" w14:textId="77777777" w:rsidR="00055CB2" w:rsidRPr="0042178B" w:rsidRDefault="00055CB2"/>
        </w:tc>
        <w:tc>
          <w:tcPr>
            <w:tcW w:w="1020" w:type="dxa"/>
            <w:vAlign w:val="center"/>
          </w:tcPr>
          <w:p w14:paraId="30C90AD1" w14:textId="77777777" w:rsidR="00055CB2" w:rsidRPr="0042178B" w:rsidRDefault="00055CB2"/>
        </w:tc>
      </w:tr>
      <w:tr w:rsidR="00055CB2" w:rsidRPr="0042178B" w14:paraId="6C68A2FC" w14:textId="77777777">
        <w:trPr>
          <w:jc w:val="center"/>
        </w:trPr>
        <w:tc>
          <w:tcPr>
            <w:tcW w:w="454" w:type="dxa"/>
            <w:vAlign w:val="center"/>
          </w:tcPr>
          <w:p w14:paraId="395CA3AB" w14:textId="77777777" w:rsidR="00055CB2" w:rsidRPr="0042178B" w:rsidRDefault="00000000">
            <w:r w:rsidRPr="0042178B">
              <w:rPr>
                <w:sz w:val="14"/>
              </w:rPr>
              <w:t>2</w:t>
            </w:r>
          </w:p>
        </w:tc>
        <w:tc>
          <w:tcPr>
            <w:tcW w:w="1587" w:type="dxa"/>
            <w:vAlign w:val="center"/>
          </w:tcPr>
          <w:p w14:paraId="31FFAA84" w14:textId="77777777" w:rsidR="00055CB2" w:rsidRPr="0042178B" w:rsidRDefault="00055CB2"/>
        </w:tc>
        <w:tc>
          <w:tcPr>
            <w:tcW w:w="1701" w:type="dxa"/>
            <w:vAlign w:val="center"/>
          </w:tcPr>
          <w:p w14:paraId="383D6A29" w14:textId="77777777" w:rsidR="00055CB2" w:rsidRPr="0042178B" w:rsidRDefault="00055CB2"/>
        </w:tc>
        <w:tc>
          <w:tcPr>
            <w:tcW w:w="2154" w:type="dxa"/>
            <w:vAlign w:val="center"/>
          </w:tcPr>
          <w:p w14:paraId="271E896D" w14:textId="77777777" w:rsidR="00055CB2" w:rsidRPr="0042178B" w:rsidRDefault="00055CB2"/>
        </w:tc>
        <w:tc>
          <w:tcPr>
            <w:tcW w:w="2381" w:type="dxa"/>
            <w:vAlign w:val="center"/>
          </w:tcPr>
          <w:p w14:paraId="598AEEF7" w14:textId="77777777" w:rsidR="00055CB2" w:rsidRPr="0042178B" w:rsidRDefault="00055CB2"/>
        </w:tc>
        <w:tc>
          <w:tcPr>
            <w:tcW w:w="1474" w:type="dxa"/>
            <w:vAlign w:val="center"/>
          </w:tcPr>
          <w:p w14:paraId="41FE67CD" w14:textId="77777777" w:rsidR="00055CB2" w:rsidRPr="0042178B" w:rsidRDefault="00055CB2"/>
        </w:tc>
        <w:tc>
          <w:tcPr>
            <w:tcW w:w="1020" w:type="dxa"/>
            <w:vAlign w:val="center"/>
          </w:tcPr>
          <w:p w14:paraId="57E0F6CB" w14:textId="77777777" w:rsidR="00055CB2" w:rsidRPr="0042178B" w:rsidRDefault="00055CB2"/>
        </w:tc>
      </w:tr>
      <w:tr w:rsidR="00055CB2" w:rsidRPr="0042178B" w14:paraId="2594D7E4" w14:textId="77777777">
        <w:trPr>
          <w:jc w:val="center"/>
        </w:trPr>
        <w:tc>
          <w:tcPr>
            <w:tcW w:w="454" w:type="dxa"/>
            <w:vAlign w:val="center"/>
          </w:tcPr>
          <w:p w14:paraId="05418434" w14:textId="77777777" w:rsidR="00055CB2" w:rsidRPr="0042178B" w:rsidRDefault="00000000">
            <w:r w:rsidRPr="0042178B">
              <w:rPr>
                <w:sz w:val="14"/>
              </w:rPr>
              <w:t>3</w:t>
            </w:r>
          </w:p>
        </w:tc>
        <w:tc>
          <w:tcPr>
            <w:tcW w:w="1587" w:type="dxa"/>
            <w:vAlign w:val="center"/>
          </w:tcPr>
          <w:p w14:paraId="3D796CAC" w14:textId="77777777" w:rsidR="00055CB2" w:rsidRPr="0042178B" w:rsidRDefault="00055CB2"/>
        </w:tc>
        <w:tc>
          <w:tcPr>
            <w:tcW w:w="1701" w:type="dxa"/>
            <w:vAlign w:val="center"/>
          </w:tcPr>
          <w:p w14:paraId="764ADBA5" w14:textId="77777777" w:rsidR="00055CB2" w:rsidRPr="0042178B" w:rsidRDefault="00055CB2"/>
        </w:tc>
        <w:tc>
          <w:tcPr>
            <w:tcW w:w="2154" w:type="dxa"/>
            <w:vAlign w:val="center"/>
          </w:tcPr>
          <w:p w14:paraId="30D94EFD" w14:textId="77777777" w:rsidR="00055CB2" w:rsidRPr="0042178B" w:rsidRDefault="00055CB2"/>
        </w:tc>
        <w:tc>
          <w:tcPr>
            <w:tcW w:w="2381" w:type="dxa"/>
            <w:vAlign w:val="center"/>
          </w:tcPr>
          <w:p w14:paraId="1BB8181A" w14:textId="77777777" w:rsidR="00055CB2" w:rsidRPr="0042178B" w:rsidRDefault="00055CB2"/>
        </w:tc>
        <w:tc>
          <w:tcPr>
            <w:tcW w:w="1474" w:type="dxa"/>
            <w:vAlign w:val="center"/>
          </w:tcPr>
          <w:p w14:paraId="00816F45" w14:textId="77777777" w:rsidR="00055CB2" w:rsidRPr="0042178B" w:rsidRDefault="00055CB2"/>
        </w:tc>
        <w:tc>
          <w:tcPr>
            <w:tcW w:w="1020" w:type="dxa"/>
            <w:vAlign w:val="center"/>
          </w:tcPr>
          <w:p w14:paraId="00966B09" w14:textId="77777777" w:rsidR="00055CB2" w:rsidRPr="0042178B" w:rsidRDefault="00055CB2"/>
        </w:tc>
      </w:tr>
      <w:tr w:rsidR="00055CB2" w:rsidRPr="0042178B" w14:paraId="621030DA" w14:textId="77777777">
        <w:trPr>
          <w:jc w:val="center"/>
        </w:trPr>
        <w:tc>
          <w:tcPr>
            <w:tcW w:w="454" w:type="dxa"/>
            <w:vAlign w:val="center"/>
          </w:tcPr>
          <w:p w14:paraId="5A2B1DD4" w14:textId="77777777" w:rsidR="00055CB2" w:rsidRPr="0042178B" w:rsidRDefault="00000000">
            <w:r w:rsidRPr="0042178B">
              <w:rPr>
                <w:sz w:val="14"/>
              </w:rPr>
              <w:t>4</w:t>
            </w:r>
          </w:p>
        </w:tc>
        <w:tc>
          <w:tcPr>
            <w:tcW w:w="1587" w:type="dxa"/>
            <w:vAlign w:val="center"/>
          </w:tcPr>
          <w:p w14:paraId="432430F5" w14:textId="77777777" w:rsidR="00055CB2" w:rsidRPr="0042178B" w:rsidRDefault="00055CB2"/>
        </w:tc>
        <w:tc>
          <w:tcPr>
            <w:tcW w:w="1701" w:type="dxa"/>
            <w:vAlign w:val="center"/>
          </w:tcPr>
          <w:p w14:paraId="5E770E8E" w14:textId="77777777" w:rsidR="00055CB2" w:rsidRPr="0042178B" w:rsidRDefault="00055CB2"/>
        </w:tc>
        <w:tc>
          <w:tcPr>
            <w:tcW w:w="2154" w:type="dxa"/>
            <w:vAlign w:val="center"/>
          </w:tcPr>
          <w:p w14:paraId="1876387A" w14:textId="77777777" w:rsidR="00055CB2" w:rsidRPr="0042178B" w:rsidRDefault="00055CB2"/>
        </w:tc>
        <w:tc>
          <w:tcPr>
            <w:tcW w:w="2381" w:type="dxa"/>
            <w:vAlign w:val="center"/>
          </w:tcPr>
          <w:p w14:paraId="0A616076" w14:textId="77777777" w:rsidR="00055CB2" w:rsidRPr="0042178B" w:rsidRDefault="00055CB2"/>
        </w:tc>
        <w:tc>
          <w:tcPr>
            <w:tcW w:w="1474" w:type="dxa"/>
            <w:vAlign w:val="center"/>
          </w:tcPr>
          <w:p w14:paraId="54BE54ED" w14:textId="77777777" w:rsidR="00055CB2" w:rsidRPr="0042178B" w:rsidRDefault="00055CB2"/>
        </w:tc>
        <w:tc>
          <w:tcPr>
            <w:tcW w:w="1020" w:type="dxa"/>
            <w:vAlign w:val="center"/>
          </w:tcPr>
          <w:p w14:paraId="24CCDB92" w14:textId="77777777" w:rsidR="00055CB2" w:rsidRPr="0042178B" w:rsidRDefault="00055CB2"/>
        </w:tc>
      </w:tr>
    </w:tbl>
    <w:p w14:paraId="222EF99B" w14:textId="77777777" w:rsidR="00055CB2" w:rsidRPr="0042178B" w:rsidRDefault="00000000">
      <w:pPr>
        <w:spacing w:after="120"/>
      </w:pPr>
      <w:r w:rsidRPr="0042178B">
        <w:t>Przykładowe funkcje: osoba odpowiedzialna za audyt/analizę BRD, specjalista ds. organizacji ruchu, projektant branży drogowej, osoba wykonująca pomiary lub analizę prędkości.</w:t>
      </w:r>
    </w:p>
    <w:p w14:paraId="7F2A840D" w14:textId="77777777" w:rsidR="00055CB2" w:rsidRPr="0042178B" w:rsidRDefault="00000000">
      <w:pPr>
        <w:pStyle w:val="Nagwek3"/>
      </w:pPr>
      <w:r w:rsidRPr="0042178B">
        <w:rPr>
          <w:rFonts w:ascii="Arial" w:hAnsi="Arial"/>
        </w:rPr>
        <w:t>Oświadczenie dotyczące osób</w:t>
      </w:r>
    </w:p>
    <w:p w14:paraId="1D18D146" w14:textId="77777777" w:rsidR="00055CB2" w:rsidRPr="0042178B" w:rsidRDefault="00000000">
      <w:pPr>
        <w:spacing w:after="40"/>
      </w:pPr>
      <w:r w:rsidRPr="0042178B">
        <w:t>☐ Oświadczamy, że osoby wskazane w wykazie będą uczestniczyć w realizacji zamówienia.</w:t>
      </w:r>
    </w:p>
    <w:p w14:paraId="5C21294B" w14:textId="77777777" w:rsidR="00055CB2" w:rsidRPr="0042178B" w:rsidRDefault="00000000">
      <w:pPr>
        <w:spacing w:after="40"/>
      </w:pPr>
      <w:r w:rsidRPr="0042178B">
        <w:t>☐ Oświadczamy, że wskazane osoby posiadają wiedzę i doświadczenie niezbędne do należytego wykonania zakresu, do którego zostały przypisane.</w:t>
      </w:r>
    </w:p>
    <w:p w14:paraId="7F3A0B4B" w14:textId="77777777" w:rsidR="00055CB2" w:rsidRPr="0042178B" w:rsidRDefault="00000000">
      <w:pPr>
        <w:spacing w:after="40"/>
      </w:pPr>
      <w:r w:rsidRPr="0042178B">
        <w:t>☐ Zobowiązujemy się do zapewnienia udziału osób o kwalifikacjach nie niższych niż wskazane w ofercie przez cały okres realizacji zamówienia.</w:t>
      </w:r>
    </w:p>
    <w:p w14:paraId="70D02F69" w14:textId="77777777" w:rsidR="00055CB2" w:rsidRPr="0042178B" w:rsidRDefault="00055CB2"/>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095"/>
        <w:gridCol w:w="5095"/>
      </w:tblGrid>
      <w:tr w:rsidR="00055CB2" w:rsidRPr="0042178B" w14:paraId="20AC0867" w14:textId="77777777">
        <w:trPr>
          <w:jc w:val="center"/>
        </w:trPr>
        <w:tc>
          <w:tcPr>
            <w:tcW w:w="5100" w:type="dxa"/>
            <w:vAlign w:val="center"/>
          </w:tcPr>
          <w:p w14:paraId="7DB7B006" w14:textId="77777777" w:rsidR="00055CB2" w:rsidRPr="0042178B" w:rsidRDefault="00000000">
            <w:r w:rsidRPr="0042178B">
              <w:rPr>
                <w:sz w:val="18"/>
              </w:rPr>
              <w:t>...............................................</w:t>
            </w:r>
            <w:r w:rsidRPr="0042178B">
              <w:rPr>
                <w:sz w:val="18"/>
              </w:rPr>
              <w:br/>
              <w:t>(miejscowość, data)</w:t>
            </w:r>
          </w:p>
        </w:tc>
        <w:tc>
          <w:tcPr>
            <w:tcW w:w="5100" w:type="dxa"/>
            <w:vAlign w:val="center"/>
          </w:tcPr>
          <w:p w14:paraId="0AE8D124" w14:textId="77777777" w:rsidR="00055CB2" w:rsidRPr="0042178B" w:rsidRDefault="00000000">
            <w:r w:rsidRPr="0042178B">
              <w:rPr>
                <w:sz w:val="18"/>
              </w:rPr>
              <w:t>...............................................</w:t>
            </w:r>
            <w:r w:rsidRPr="0042178B">
              <w:rPr>
                <w:sz w:val="18"/>
              </w:rPr>
              <w:br/>
              <w:t>(podpis osoby uprawnionej do reprezentowania Wykonawcy)</w:t>
            </w:r>
          </w:p>
        </w:tc>
      </w:tr>
    </w:tbl>
    <w:p w14:paraId="02CB2559" w14:textId="77777777" w:rsidR="00055CB2" w:rsidRPr="0042178B" w:rsidRDefault="00000000">
      <w:r w:rsidRPr="0042178B">
        <w:br w:type="page"/>
      </w:r>
    </w:p>
    <w:p w14:paraId="46647736" w14:textId="77777777" w:rsidR="00055CB2" w:rsidRPr="0042178B" w:rsidRDefault="00000000">
      <w:pPr>
        <w:pStyle w:val="Nagwek1"/>
      </w:pPr>
      <w:r w:rsidRPr="0042178B">
        <w:rPr>
          <w:rFonts w:ascii="Arial" w:hAnsi="Arial"/>
        </w:rPr>
        <w:lastRenderedPageBreak/>
        <w:t>Załącznik nr 4</w:t>
      </w:r>
    </w:p>
    <w:p w14:paraId="173E2F15" w14:textId="77777777" w:rsidR="00055CB2" w:rsidRPr="0042178B" w:rsidRDefault="00000000">
      <w:pPr>
        <w:pStyle w:val="Nagwek2"/>
      </w:pPr>
      <w:r w:rsidRPr="0042178B">
        <w:rPr>
          <w:rFonts w:ascii="Arial" w:hAnsi="Arial"/>
        </w:rPr>
        <w:t>Oświadczenie o niezależności i braku konfliktu interesów</w:t>
      </w:r>
    </w:p>
    <w:p w14:paraId="47A108A7" w14:textId="77777777" w:rsidR="00055CB2" w:rsidRPr="0042178B" w:rsidRDefault="00000000">
      <w:pPr>
        <w:spacing w:after="80"/>
      </w:pPr>
      <w:r w:rsidRPr="0042178B">
        <w:t>Nazwa Wykonawcy: ........................................................................................................................</w:t>
      </w:r>
    </w:p>
    <w:p w14:paraId="07D5C836" w14:textId="77777777" w:rsidR="00055CB2" w:rsidRPr="0042178B" w:rsidRDefault="00000000">
      <w:pPr>
        <w:spacing w:after="80"/>
      </w:pPr>
      <w:r w:rsidRPr="0042178B">
        <w:t>Dotyczy zapytania ofertowego pn.: Wykonanie audytu bezpieczeństwa ruchu drogowego dla wybranych dróg powiatowych Powiatu Wołomińskiego z podziałem na części.</w:t>
      </w:r>
    </w:p>
    <w:p w14:paraId="2F6E756B" w14:textId="77777777" w:rsidR="00055CB2" w:rsidRPr="0042178B" w:rsidRDefault="00000000">
      <w:pPr>
        <w:spacing w:after="80"/>
      </w:pPr>
      <w:r w:rsidRPr="0042178B">
        <w:t>Oświadczamy, że osoby skierowane do realizacji zamówienia będą wykonywać audyt w sposób niezależny, bezstronny i obiektywny, z zachowaniem należytej staranności oraz zgodnie z zasadami wiedzy technicznej.</w:t>
      </w:r>
    </w:p>
    <w:p w14:paraId="3B9B4D62" w14:textId="77777777" w:rsidR="00055CB2" w:rsidRPr="0042178B" w:rsidRDefault="00000000">
      <w:pPr>
        <w:spacing w:after="80"/>
      </w:pPr>
      <w:r w:rsidRPr="0042178B">
        <w:t>Oświadczamy, że według naszej wiedzy nie zachodzą okoliczności mogące powodować konflikt interesów, w szczególności:</w:t>
      </w:r>
    </w:p>
    <w:p w14:paraId="4FF47554" w14:textId="77777777" w:rsidR="00055CB2" w:rsidRPr="0042178B" w:rsidRDefault="00000000">
      <w:pPr>
        <w:spacing w:after="40"/>
      </w:pPr>
      <w:r w:rsidRPr="0042178B">
        <w:t>☐ osoby wykonujące audyt nie są autorami dokumentacji projektowej, organizacji ruchu lub innych opracowań, które są bezpośrednio przedmiotem oceny w ramach audytu, chyba że Zamawiający dopuści inaczej po uznaniu, że nie wpływa to na bezstronność opracowania;</w:t>
      </w:r>
    </w:p>
    <w:p w14:paraId="7045F15A" w14:textId="77777777" w:rsidR="00055CB2" w:rsidRPr="0042178B" w:rsidRDefault="00000000">
      <w:pPr>
        <w:spacing w:after="40"/>
      </w:pPr>
      <w:r w:rsidRPr="0042178B">
        <w:t>☐ osoby wykonujące audyt nie będą oceniać własnych opracowań, rozwiązań projektowych ani dokumentów sporządzonych przez podmiot, z którym pozostają w relacji mogącej wpływać na niezależność oceny;</w:t>
      </w:r>
    </w:p>
    <w:p w14:paraId="464901BB" w14:textId="77777777" w:rsidR="00055CB2" w:rsidRPr="0042178B" w:rsidRDefault="00000000">
      <w:pPr>
        <w:spacing w:after="40"/>
      </w:pPr>
      <w:r w:rsidRPr="0042178B">
        <w:t>☐ nie pozostajemy w relacji organizacyjnej, kapitałowej lub osobowej z podmiotami, której charakter mógłby podważać bezstronność wykonania audytu;</w:t>
      </w:r>
    </w:p>
    <w:p w14:paraId="79D43C78" w14:textId="77777777" w:rsidR="00055CB2" w:rsidRPr="0042178B" w:rsidRDefault="00000000">
      <w:pPr>
        <w:spacing w:after="40"/>
      </w:pPr>
      <w:r w:rsidRPr="0042178B">
        <w:t>☐ w przypadku ujawnienia okoliczności mogących powodować konflikt interesów niezwłocznie poinformujemy o tym Zamawiającego.</w:t>
      </w:r>
    </w:p>
    <w:p w14:paraId="5E20CA1E" w14:textId="77777777" w:rsidR="00055CB2" w:rsidRPr="0042178B" w:rsidRDefault="00000000">
      <w:pPr>
        <w:spacing w:after="120"/>
      </w:pPr>
      <w:r w:rsidRPr="0042178B">
        <w:t>W przypadku złożenia oferty na obie części niniejsze oświadczenie dotyczy zarówno Części 1, jak i Części 2 zamówienia.</w:t>
      </w:r>
    </w:p>
    <w:p w14:paraId="2AF6CAEC" w14:textId="77777777" w:rsidR="00055CB2" w:rsidRPr="0042178B" w:rsidRDefault="00055CB2"/>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095"/>
        <w:gridCol w:w="5095"/>
      </w:tblGrid>
      <w:tr w:rsidR="00055CB2" w:rsidRPr="0042178B" w14:paraId="7D0D3516" w14:textId="77777777">
        <w:trPr>
          <w:jc w:val="center"/>
        </w:trPr>
        <w:tc>
          <w:tcPr>
            <w:tcW w:w="5100" w:type="dxa"/>
            <w:vAlign w:val="center"/>
          </w:tcPr>
          <w:p w14:paraId="58D39A65" w14:textId="77777777" w:rsidR="00055CB2" w:rsidRPr="0042178B" w:rsidRDefault="00000000">
            <w:r w:rsidRPr="0042178B">
              <w:rPr>
                <w:sz w:val="18"/>
              </w:rPr>
              <w:t>...............................................</w:t>
            </w:r>
            <w:r w:rsidRPr="0042178B">
              <w:rPr>
                <w:sz w:val="18"/>
              </w:rPr>
              <w:br/>
              <w:t>(miejscowość, data)</w:t>
            </w:r>
          </w:p>
        </w:tc>
        <w:tc>
          <w:tcPr>
            <w:tcW w:w="5100" w:type="dxa"/>
            <w:vAlign w:val="center"/>
          </w:tcPr>
          <w:p w14:paraId="48D70CA7" w14:textId="77777777" w:rsidR="00055CB2" w:rsidRPr="0042178B" w:rsidRDefault="00000000">
            <w:r w:rsidRPr="0042178B">
              <w:rPr>
                <w:sz w:val="18"/>
              </w:rPr>
              <w:t>...............................................</w:t>
            </w:r>
            <w:r w:rsidRPr="0042178B">
              <w:rPr>
                <w:sz w:val="18"/>
              </w:rPr>
              <w:br/>
              <w:t>(podpis osoby uprawnionej do reprezentowania Wykonawcy)</w:t>
            </w:r>
          </w:p>
        </w:tc>
      </w:tr>
    </w:tbl>
    <w:p w14:paraId="7EBA85B3" w14:textId="77777777" w:rsidR="00055CB2" w:rsidRPr="0042178B" w:rsidRDefault="00000000">
      <w:r w:rsidRPr="0042178B">
        <w:br w:type="page"/>
      </w:r>
    </w:p>
    <w:p w14:paraId="54A815D8" w14:textId="77777777" w:rsidR="00055CB2" w:rsidRPr="0042178B" w:rsidRDefault="00000000">
      <w:pPr>
        <w:pStyle w:val="Nagwek1"/>
      </w:pPr>
      <w:r w:rsidRPr="0042178B">
        <w:rPr>
          <w:rFonts w:ascii="Arial" w:hAnsi="Arial"/>
        </w:rPr>
        <w:lastRenderedPageBreak/>
        <w:t>Załącznik nr 5</w:t>
      </w:r>
    </w:p>
    <w:p w14:paraId="4F5AD603" w14:textId="77777777" w:rsidR="00055CB2" w:rsidRPr="0042178B" w:rsidRDefault="00000000">
      <w:pPr>
        <w:pStyle w:val="Nagwek2"/>
      </w:pPr>
      <w:r w:rsidRPr="0042178B">
        <w:rPr>
          <w:rFonts w:ascii="Arial" w:hAnsi="Arial"/>
        </w:rPr>
        <w:t>Oświadczenie Wykonawcy</w:t>
      </w:r>
    </w:p>
    <w:p w14:paraId="6AD1030F" w14:textId="77777777" w:rsidR="00055CB2" w:rsidRPr="0042178B" w:rsidRDefault="00000000">
      <w:pPr>
        <w:spacing w:after="80"/>
      </w:pPr>
      <w:r w:rsidRPr="0042178B">
        <w:t>Nazwa Wykonawcy: ........................................................................................................................</w:t>
      </w:r>
    </w:p>
    <w:p w14:paraId="6F6F4BB6" w14:textId="77777777" w:rsidR="00055CB2" w:rsidRPr="0042178B" w:rsidRDefault="00000000">
      <w:pPr>
        <w:spacing w:after="80"/>
      </w:pPr>
      <w:r w:rsidRPr="0042178B">
        <w:t>Składając ofertę w postępowaniu dotyczącym wykonania audytu bezpieczeństwa ruchu drogowego dla wybranych dróg powiatowych Powiatu Wołomińskiego z podziałem na części, oświadczamy, że:</w:t>
      </w:r>
    </w:p>
    <w:p w14:paraId="1BB8694D" w14:textId="77777777" w:rsidR="00055CB2" w:rsidRPr="0042178B" w:rsidRDefault="00000000">
      <w:pPr>
        <w:spacing w:after="40"/>
      </w:pPr>
      <w:r w:rsidRPr="0042178B">
        <w:t>☐ posiadamy zdolność techniczną i zawodową niezbędną do wykonania zamówienia;</w:t>
      </w:r>
    </w:p>
    <w:p w14:paraId="0CAC5CE8" w14:textId="77777777" w:rsidR="00055CB2" w:rsidRPr="0042178B" w:rsidRDefault="00000000">
      <w:pPr>
        <w:spacing w:after="40"/>
      </w:pPr>
      <w:r w:rsidRPr="0042178B">
        <w:t>☐ znajdujemy się w sytuacji ekonomicznej i finansowej umożliwiającej należyte wykonanie zamówienia;</w:t>
      </w:r>
    </w:p>
    <w:p w14:paraId="4B74F105" w14:textId="77777777" w:rsidR="00055CB2" w:rsidRPr="0042178B" w:rsidRDefault="00000000">
      <w:pPr>
        <w:spacing w:after="40"/>
      </w:pPr>
      <w:r w:rsidRPr="0042178B">
        <w:t>☐ nie podlegamy wykluczeniu z udziału w postępowaniu na podstawie przesłanek wskazanych w zapytaniu ofertowym;</w:t>
      </w:r>
    </w:p>
    <w:p w14:paraId="604F2442" w14:textId="77777777" w:rsidR="00055CB2" w:rsidRPr="0042178B" w:rsidRDefault="00000000">
      <w:pPr>
        <w:spacing w:after="40"/>
      </w:pPr>
      <w:r w:rsidRPr="0042178B">
        <w:t>☐ zapoznaliśmy się z opisem przedmiotu zamówienia i zobowiązujemy się wykonać zamówienie zgodnie z jego wymaganiami;</w:t>
      </w:r>
    </w:p>
    <w:p w14:paraId="572ED0D7" w14:textId="77777777" w:rsidR="00055CB2" w:rsidRPr="0042178B" w:rsidRDefault="00000000">
      <w:pPr>
        <w:spacing w:after="40"/>
      </w:pPr>
      <w:r w:rsidRPr="0042178B">
        <w:t>☐ akceptujemy projektowane warunki umowy albo istotne postanowienia umowy, jeżeli zostały dołączone do zapytania ofertowego;</w:t>
      </w:r>
    </w:p>
    <w:p w14:paraId="3A0EB248" w14:textId="77777777" w:rsidR="00055CB2" w:rsidRPr="0042178B" w:rsidRDefault="00000000">
      <w:pPr>
        <w:spacing w:after="40"/>
      </w:pPr>
      <w:r w:rsidRPr="0042178B">
        <w:t>☐ wszystkie informacje podane w ofercie i załącznikach są aktualne i zgodne ze stanem faktycznym;</w:t>
      </w:r>
    </w:p>
    <w:p w14:paraId="60DA3664" w14:textId="77777777" w:rsidR="00055CB2" w:rsidRPr="0042178B" w:rsidRDefault="00000000">
      <w:pPr>
        <w:spacing w:after="40"/>
      </w:pPr>
      <w:r w:rsidRPr="0042178B">
        <w:t>☐ zobowiązujemy się do zachowania poufności informacji i materiałów przekazanych przez Zamawiającego, jeżeli ich charakter tego wymaga;</w:t>
      </w:r>
    </w:p>
    <w:p w14:paraId="2E658A0C" w14:textId="77777777" w:rsidR="00055CB2" w:rsidRPr="0042178B" w:rsidRDefault="00000000">
      <w:pPr>
        <w:spacing w:after="40"/>
      </w:pPr>
      <w:r w:rsidRPr="0042178B">
        <w:t>☐ przyjmujemy do wiadomości, że Zamawiający może dokonać wyboru oferty odrębnie dla każdej części zamówienia i może zawrzeć umowy z różnymi Wykonawcami.</w:t>
      </w:r>
    </w:p>
    <w:p w14:paraId="086DC189" w14:textId="77777777" w:rsidR="00055CB2" w:rsidRPr="0042178B" w:rsidRDefault="00000000">
      <w:pPr>
        <w:spacing w:after="40"/>
      </w:pPr>
      <w:r w:rsidRPr="0042178B">
        <w:t>Oświadczenie składane jest dla części zamówienia, na które Wykonawca składa ofertę:</w:t>
      </w:r>
    </w:p>
    <w:p w14:paraId="75A649B5" w14:textId="77777777" w:rsidR="00055CB2" w:rsidRPr="0042178B" w:rsidRDefault="00000000">
      <w:pPr>
        <w:spacing w:after="40"/>
      </w:pPr>
      <w:r w:rsidRPr="0042178B">
        <w:t>☐ Część 1 - DP 4312W Helenów - Zagościniec - Duczki.</w:t>
      </w:r>
    </w:p>
    <w:p w14:paraId="076693A7" w14:textId="77777777" w:rsidR="00055CB2" w:rsidRPr="0042178B" w:rsidRDefault="00000000">
      <w:pPr>
        <w:spacing w:after="40"/>
      </w:pPr>
      <w:r w:rsidRPr="0042178B">
        <w:t>☐ Część 2 - Al. Piłsudskiego w Markach.</w:t>
      </w:r>
    </w:p>
    <w:p w14:paraId="053B1A8E" w14:textId="77777777" w:rsidR="00055CB2" w:rsidRPr="0042178B" w:rsidRDefault="00055CB2"/>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095"/>
        <w:gridCol w:w="5095"/>
      </w:tblGrid>
      <w:tr w:rsidR="00055CB2" w:rsidRPr="0042178B" w14:paraId="0D7D377C" w14:textId="77777777">
        <w:trPr>
          <w:jc w:val="center"/>
        </w:trPr>
        <w:tc>
          <w:tcPr>
            <w:tcW w:w="5100" w:type="dxa"/>
            <w:vAlign w:val="center"/>
          </w:tcPr>
          <w:p w14:paraId="4776657E" w14:textId="77777777" w:rsidR="00055CB2" w:rsidRPr="0042178B" w:rsidRDefault="00000000">
            <w:r w:rsidRPr="0042178B">
              <w:rPr>
                <w:sz w:val="18"/>
              </w:rPr>
              <w:t>...............................................</w:t>
            </w:r>
            <w:r w:rsidRPr="0042178B">
              <w:rPr>
                <w:sz w:val="18"/>
              </w:rPr>
              <w:br/>
              <w:t>(miejscowość, data)</w:t>
            </w:r>
          </w:p>
        </w:tc>
        <w:tc>
          <w:tcPr>
            <w:tcW w:w="5100" w:type="dxa"/>
            <w:vAlign w:val="center"/>
          </w:tcPr>
          <w:p w14:paraId="24207D8C" w14:textId="77777777" w:rsidR="00055CB2" w:rsidRPr="0042178B" w:rsidRDefault="00000000">
            <w:r w:rsidRPr="0042178B">
              <w:rPr>
                <w:sz w:val="18"/>
              </w:rPr>
              <w:t>...............................................</w:t>
            </w:r>
            <w:r w:rsidRPr="0042178B">
              <w:rPr>
                <w:sz w:val="18"/>
              </w:rPr>
              <w:br/>
              <w:t>(podpis osoby uprawnionej do reprezentowania Wykonawcy)</w:t>
            </w:r>
          </w:p>
        </w:tc>
      </w:tr>
    </w:tbl>
    <w:p w14:paraId="17C63870" w14:textId="77777777" w:rsidR="001C4B62" w:rsidRDefault="001C4B62"/>
    <w:sectPr w:rsidR="001C4B62" w:rsidSect="00034616">
      <w:footerReference w:type="default" r:id="rId8"/>
      <w:pgSz w:w="12240" w:h="15840"/>
      <w:pgMar w:top="964" w:right="1020" w:bottom="964"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636B0" w14:textId="77777777" w:rsidR="001C4B62" w:rsidRPr="0042178B" w:rsidRDefault="001C4B62">
      <w:pPr>
        <w:spacing w:after="0" w:line="240" w:lineRule="auto"/>
      </w:pPr>
      <w:r w:rsidRPr="0042178B">
        <w:separator/>
      </w:r>
    </w:p>
  </w:endnote>
  <w:endnote w:type="continuationSeparator" w:id="0">
    <w:p w14:paraId="3AB5AD61" w14:textId="77777777" w:rsidR="001C4B62" w:rsidRPr="0042178B" w:rsidRDefault="001C4B62">
      <w:pPr>
        <w:spacing w:after="0" w:line="240" w:lineRule="auto"/>
      </w:pPr>
      <w:r w:rsidRPr="004217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DB9E4" w14:textId="77777777" w:rsidR="00055CB2" w:rsidRPr="0042178B" w:rsidRDefault="00000000">
    <w:pPr>
      <w:pStyle w:val="Stopka"/>
      <w:jc w:val="center"/>
    </w:pPr>
    <w:r w:rsidRPr="0042178B">
      <w:rPr>
        <w:sz w:val="16"/>
      </w:rPr>
      <w:t>Załączniki do zapytania ofertowego - audyt BRD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E08D5" w14:textId="77777777" w:rsidR="001C4B62" w:rsidRPr="0042178B" w:rsidRDefault="001C4B62">
      <w:pPr>
        <w:spacing w:after="0" w:line="240" w:lineRule="auto"/>
      </w:pPr>
      <w:r w:rsidRPr="0042178B">
        <w:separator/>
      </w:r>
    </w:p>
  </w:footnote>
  <w:footnote w:type="continuationSeparator" w:id="0">
    <w:p w14:paraId="46DED0B7" w14:textId="77777777" w:rsidR="001C4B62" w:rsidRPr="0042178B" w:rsidRDefault="001C4B62">
      <w:pPr>
        <w:spacing w:after="0" w:line="240" w:lineRule="auto"/>
      </w:pPr>
      <w:r w:rsidRPr="0042178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2012023093">
    <w:abstractNumId w:val="8"/>
  </w:num>
  <w:num w:numId="2" w16cid:durableId="788207842">
    <w:abstractNumId w:val="6"/>
  </w:num>
  <w:num w:numId="3" w16cid:durableId="201014347">
    <w:abstractNumId w:val="5"/>
  </w:num>
  <w:num w:numId="4" w16cid:durableId="1984195104">
    <w:abstractNumId w:val="4"/>
  </w:num>
  <w:num w:numId="5" w16cid:durableId="2012753264">
    <w:abstractNumId w:val="7"/>
  </w:num>
  <w:num w:numId="6" w16cid:durableId="2125735390">
    <w:abstractNumId w:val="3"/>
  </w:num>
  <w:num w:numId="7" w16cid:durableId="2113283723">
    <w:abstractNumId w:val="2"/>
  </w:num>
  <w:num w:numId="8" w16cid:durableId="2007442006">
    <w:abstractNumId w:val="1"/>
  </w:num>
  <w:num w:numId="9" w16cid:durableId="1804040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5CB2"/>
    <w:rsid w:val="0006063C"/>
    <w:rsid w:val="00116D7F"/>
    <w:rsid w:val="0015074B"/>
    <w:rsid w:val="001C4B62"/>
    <w:rsid w:val="0029639D"/>
    <w:rsid w:val="00326F90"/>
    <w:rsid w:val="0042178B"/>
    <w:rsid w:val="00AA1D8D"/>
    <w:rsid w:val="00B47730"/>
    <w:rsid w:val="00BB4A8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068B85"/>
  <w14:defaultImageDpi w14:val="300"/>
  <w15:docId w15:val="{36184A79-AE00-4E3C-B975-39486A91E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Arial" w:hAnsi="Arial"/>
      <w:sz w:val="20"/>
      <w:lang w:val="pl-PL"/>
    </w:rPr>
  </w:style>
  <w:style w:type="paragraph" w:styleId="Nagwek1">
    <w:name w:val="heading 1"/>
    <w:basedOn w:val="Normalny"/>
    <w:next w:val="Normalny"/>
    <w:link w:val="Nagwek1Znak"/>
    <w:uiPriority w:val="9"/>
    <w:qFormat/>
    <w:rsid w:val="00FC693F"/>
    <w:pPr>
      <w:keepNext/>
      <w:keepLines/>
      <w:spacing w:before="160" w:after="10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160" w:after="100"/>
      <w:outlineLvl w:val="1"/>
    </w:pPr>
    <w:rPr>
      <w:rFonts w:asciiTheme="majorHAnsi" w:eastAsiaTheme="majorEastAsia" w:hAnsiTheme="majorHAnsi" w:cstheme="majorBidi"/>
      <w:b/>
      <w:bCs/>
      <w:color w:val="4F81BD" w:themeColor="accent1"/>
      <w:sz w:val="24"/>
      <w:szCs w:val="26"/>
    </w:rPr>
  </w:style>
  <w:style w:type="paragraph" w:styleId="Nagwek3">
    <w:name w:val="heading 3"/>
    <w:basedOn w:val="Normalny"/>
    <w:next w:val="Normalny"/>
    <w:link w:val="Nagwek3Znak"/>
    <w:uiPriority w:val="9"/>
    <w:unhideWhenUsed/>
    <w:qFormat/>
    <w:rsid w:val="00FC693F"/>
    <w:pPr>
      <w:keepNext/>
      <w:keepLines/>
      <w:spacing w:before="160" w:after="100"/>
      <w:outlineLvl w:val="2"/>
    </w:pPr>
    <w:rPr>
      <w:rFonts w:asciiTheme="majorHAnsi" w:eastAsiaTheme="majorEastAsia" w:hAnsiTheme="majorHAnsi" w:cstheme="majorBidi"/>
      <w:b/>
      <w:bCs/>
      <w:color w:val="4F81BD" w:themeColor="accent1"/>
      <w:sz w:val="22"/>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1527</Words>
  <Characters>9163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zapytanie ofertowe</dc:title>
  <dc:subject>załączniki</dc:subject>
  <dc:creator>K.Jóżwik</dc:creator>
  <cp:keywords>Audyt BRD</cp:keywords>
  <cp:lastModifiedBy>Katarzyna Jóźwik</cp:lastModifiedBy>
  <cp:revision>3</cp:revision>
  <dcterms:created xsi:type="dcterms:W3CDTF">2026-07-10T08:52:00Z</dcterms:created>
  <dcterms:modified xsi:type="dcterms:W3CDTF">2026-07-10T08:53:00Z</dcterms:modified>
  <cp:category/>
</cp:coreProperties>
</file>