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3F751" w14:textId="77777777" w:rsidR="00B56470" w:rsidRDefault="00000000">
      <w:pPr>
        <w:spacing w:before="240" w:after="60"/>
        <w:jc w:val="center"/>
      </w:pPr>
      <w:r>
        <w:rPr>
          <w:b/>
          <w:color w:val="1F1F1F"/>
          <w:sz w:val="30"/>
        </w:rPr>
        <w:t>FORMULARZ OFERTOWY</w:t>
      </w:r>
    </w:p>
    <w:p w14:paraId="64239772" w14:textId="77777777" w:rsidR="00B56470" w:rsidRDefault="00000000">
      <w:pPr>
        <w:spacing w:after="200"/>
        <w:jc w:val="center"/>
      </w:pPr>
      <w:r>
        <w:rPr>
          <w:i/>
          <w:color w:val="444444"/>
        </w:rPr>
        <w:t>załącznik nr 1 do zapytania ofertowego</w:t>
      </w:r>
    </w:p>
    <w:p w14:paraId="4475D305" w14:textId="77777777" w:rsidR="00B56470" w:rsidRDefault="00000000">
      <w:pPr>
        <w:spacing w:after="160"/>
        <w:jc w:val="center"/>
      </w:pPr>
      <w:r>
        <w:rPr>
          <w:b/>
          <w:sz w:val="23"/>
        </w:rPr>
        <w:t>Dotyczy zadania: „Zakup samochodu służbowego osobowo – transportowego na potrzeby Urzędu Miasta i Gminy Lipsko”</w:t>
      </w:r>
    </w:p>
    <w:p w14:paraId="772D4227" w14:textId="0A7653DF" w:rsidR="00B56470" w:rsidRDefault="007640A5">
      <w:pPr>
        <w:spacing w:after="160"/>
        <w:jc w:val="right"/>
      </w:pPr>
      <w:proofErr w:type="spellStart"/>
      <w:r>
        <w:rPr>
          <w:color w:val="444444"/>
          <w:sz w:val="21"/>
        </w:rPr>
        <w:t>Miejscowość</w:t>
      </w:r>
      <w:proofErr w:type="spellEnd"/>
      <w:r>
        <w:rPr>
          <w:color w:val="444444"/>
          <w:sz w:val="21"/>
        </w:rPr>
        <w:t>……..</w:t>
      </w:r>
      <w:r w:rsidR="00000000">
        <w:rPr>
          <w:color w:val="444444"/>
          <w:sz w:val="21"/>
        </w:rPr>
        <w:t>, d</w:t>
      </w:r>
      <w:r>
        <w:rPr>
          <w:color w:val="444444"/>
          <w:sz w:val="21"/>
        </w:rPr>
        <w:t>ata…………</w:t>
      </w:r>
      <w:r w:rsidR="00000000">
        <w:rPr>
          <w:color w:val="444444"/>
          <w:sz w:val="21"/>
        </w:rPr>
        <w:t>.</w:t>
      </w:r>
    </w:p>
    <w:p w14:paraId="1E4FBC1E" w14:textId="77777777" w:rsidR="00B56470" w:rsidRDefault="00000000">
      <w:pPr>
        <w:pStyle w:val="Nagwek1"/>
        <w:spacing w:before="0"/>
      </w:pPr>
      <w:r>
        <w:rPr>
          <w:b w:val="0"/>
        </w:rPr>
        <w:t>I. Dane wykonawcy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123"/>
      </w:tblGrid>
      <w:tr w:rsidR="00B56470" w14:paraId="2B67572B" w14:textId="77777777">
        <w:trPr>
          <w:jc w:val="center"/>
        </w:trPr>
        <w:tc>
          <w:tcPr>
            <w:tcW w:w="28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F09EBE" w14:textId="77777777" w:rsidR="00B56470" w:rsidRDefault="00000000">
            <w:r>
              <w:rPr>
                <w:b/>
                <w:sz w:val="21"/>
              </w:rPr>
              <w:t>Nazwa / firma wykonawcy</w:t>
            </w:r>
          </w:p>
        </w:tc>
        <w:tc>
          <w:tcPr>
            <w:tcW w:w="612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106C2AD" w14:textId="2825D662" w:rsidR="00B56470" w:rsidRDefault="00B56470"/>
        </w:tc>
      </w:tr>
      <w:tr w:rsidR="00B56470" w14:paraId="367F65C2" w14:textId="77777777">
        <w:trPr>
          <w:jc w:val="center"/>
        </w:trPr>
        <w:tc>
          <w:tcPr>
            <w:tcW w:w="28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87CAE3" w14:textId="77777777" w:rsidR="00B56470" w:rsidRDefault="00000000">
            <w:r>
              <w:rPr>
                <w:b/>
                <w:sz w:val="21"/>
              </w:rPr>
              <w:t>Siedziba / adres</w:t>
            </w:r>
          </w:p>
        </w:tc>
        <w:tc>
          <w:tcPr>
            <w:tcW w:w="612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7F3E22" w14:textId="4E9E2F77" w:rsidR="00B56470" w:rsidRDefault="00B56470"/>
        </w:tc>
      </w:tr>
      <w:tr w:rsidR="00B56470" w14:paraId="2D9ECAAE" w14:textId="77777777">
        <w:trPr>
          <w:jc w:val="center"/>
        </w:trPr>
        <w:tc>
          <w:tcPr>
            <w:tcW w:w="28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6FA149" w14:textId="77777777" w:rsidR="00B56470" w:rsidRDefault="00000000">
            <w:r>
              <w:rPr>
                <w:b/>
                <w:sz w:val="21"/>
              </w:rPr>
              <w:t>NIP / REGON / KRS lub CEIDG</w:t>
            </w:r>
          </w:p>
        </w:tc>
        <w:tc>
          <w:tcPr>
            <w:tcW w:w="612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8B573E" w14:textId="258FB51C" w:rsidR="00B56470" w:rsidRDefault="00B56470"/>
        </w:tc>
      </w:tr>
      <w:tr w:rsidR="00B56470" w14:paraId="4771EF09" w14:textId="77777777">
        <w:trPr>
          <w:jc w:val="center"/>
        </w:trPr>
        <w:tc>
          <w:tcPr>
            <w:tcW w:w="28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FD230EE" w14:textId="77777777" w:rsidR="00B56470" w:rsidRDefault="00000000">
            <w:r>
              <w:rPr>
                <w:b/>
                <w:sz w:val="21"/>
              </w:rPr>
              <w:t>Osoba do kontaktu</w:t>
            </w:r>
          </w:p>
        </w:tc>
        <w:tc>
          <w:tcPr>
            <w:tcW w:w="612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ABEB61" w14:textId="1523B496" w:rsidR="00B56470" w:rsidRDefault="00B56470"/>
        </w:tc>
      </w:tr>
      <w:tr w:rsidR="00B56470" w14:paraId="2AA409B1" w14:textId="77777777">
        <w:trPr>
          <w:jc w:val="center"/>
        </w:trPr>
        <w:tc>
          <w:tcPr>
            <w:tcW w:w="28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EBFD6A" w14:textId="77777777" w:rsidR="00B56470" w:rsidRDefault="00000000">
            <w:r>
              <w:rPr>
                <w:b/>
                <w:sz w:val="21"/>
              </w:rPr>
              <w:t>Telefon / e-mail</w:t>
            </w:r>
          </w:p>
        </w:tc>
        <w:tc>
          <w:tcPr>
            <w:tcW w:w="612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65C0D9" w14:textId="15D3A7ED" w:rsidR="00B56470" w:rsidRDefault="00B56470"/>
        </w:tc>
      </w:tr>
      <w:tr w:rsidR="00B56470" w14:paraId="1FA47C43" w14:textId="77777777">
        <w:trPr>
          <w:jc w:val="center"/>
        </w:trPr>
        <w:tc>
          <w:tcPr>
            <w:tcW w:w="28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214A25D" w14:textId="77777777" w:rsidR="00B56470" w:rsidRDefault="00000000">
            <w:r>
              <w:rPr>
                <w:b/>
                <w:sz w:val="21"/>
              </w:rPr>
              <w:t>Osoba uprawniona do podpisania oferty</w:t>
            </w:r>
          </w:p>
        </w:tc>
        <w:tc>
          <w:tcPr>
            <w:tcW w:w="612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A5CC8A" w14:textId="73DDE2DF" w:rsidR="00B56470" w:rsidRDefault="00B56470"/>
        </w:tc>
      </w:tr>
    </w:tbl>
    <w:p w14:paraId="043FDDAD" w14:textId="77777777" w:rsidR="00B56470" w:rsidRDefault="00B56470"/>
    <w:p w14:paraId="2127E654" w14:textId="77777777" w:rsidR="00B56470" w:rsidRDefault="00000000">
      <w:pPr>
        <w:pStyle w:val="Nagwek1"/>
        <w:spacing w:before="0"/>
      </w:pPr>
      <w:r>
        <w:rPr>
          <w:b w:val="0"/>
        </w:rPr>
        <w:t>II. Cena oferty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422"/>
      </w:tblGrid>
      <w:tr w:rsidR="00B56470" w14:paraId="59BA1A1C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2BBEC00" w14:textId="77777777" w:rsidR="00B56470" w:rsidRDefault="00000000">
            <w:r>
              <w:rPr>
                <w:b/>
              </w:rPr>
              <w:t>Cena netto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597A6A" w14:textId="2255728F" w:rsidR="00B56470" w:rsidRDefault="00B56470"/>
        </w:tc>
      </w:tr>
      <w:tr w:rsidR="00B56470" w14:paraId="772D3B2B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8889B3" w14:textId="77777777" w:rsidR="00B56470" w:rsidRDefault="00000000">
            <w:r>
              <w:rPr>
                <w:b/>
              </w:rPr>
              <w:t>Stawka podatku VAT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177696" w14:textId="4318A101" w:rsidR="00B56470" w:rsidRDefault="00B56470"/>
        </w:tc>
      </w:tr>
      <w:tr w:rsidR="00B56470" w14:paraId="769D972F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43E94B" w14:textId="77777777" w:rsidR="00B56470" w:rsidRDefault="00000000">
            <w:r>
              <w:rPr>
                <w:b/>
              </w:rPr>
              <w:t>Cena brutto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59A1B6" w14:textId="22E58107" w:rsidR="00B56470" w:rsidRDefault="00B56470"/>
        </w:tc>
      </w:tr>
      <w:tr w:rsidR="00B56470" w14:paraId="25DE74A5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BDDEA3" w14:textId="77777777" w:rsidR="00B56470" w:rsidRDefault="00000000">
            <w:r>
              <w:rPr>
                <w:b/>
              </w:rPr>
              <w:t>Słownie cena brutto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12D0BC" w14:textId="59939EF7" w:rsidR="00B56470" w:rsidRDefault="00B56470"/>
        </w:tc>
      </w:tr>
    </w:tbl>
    <w:p w14:paraId="622DA832" w14:textId="77777777" w:rsidR="00B56470" w:rsidRDefault="00B56470"/>
    <w:p w14:paraId="0C9A603B" w14:textId="77777777" w:rsidR="00B56470" w:rsidRDefault="00000000">
      <w:pPr>
        <w:pStyle w:val="Nagwek1"/>
        <w:spacing w:before="0"/>
      </w:pPr>
      <w:r>
        <w:rPr>
          <w:b w:val="0"/>
        </w:rPr>
        <w:t>III. Deklarowane terminy i gwarancje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5"/>
        <w:gridCol w:w="4422"/>
      </w:tblGrid>
      <w:tr w:rsidR="00B56470" w14:paraId="66E9D43A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6A77A6" w14:textId="77777777" w:rsidR="00B56470" w:rsidRDefault="00000000">
            <w:r>
              <w:rPr>
                <w:b/>
              </w:rPr>
              <w:t>Termin dostawy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7CE855" w14:textId="0F465721" w:rsidR="00B56470" w:rsidRDefault="00B56470"/>
        </w:tc>
      </w:tr>
      <w:tr w:rsidR="00B56470" w14:paraId="72AA78CE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7F9C9F" w14:textId="77777777" w:rsidR="00B56470" w:rsidRDefault="00000000">
            <w:r>
              <w:rPr>
                <w:b/>
              </w:rPr>
              <w:t>Gwarancja mechaniczna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1A85AA6" w14:textId="77777777" w:rsidR="00B56470" w:rsidRDefault="00000000">
            <w:r>
              <w:t>.................... miesięcy (minimum 24 miesiące)</w:t>
            </w:r>
          </w:p>
        </w:tc>
      </w:tr>
      <w:tr w:rsidR="00B56470" w14:paraId="43E11276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E96343" w14:textId="77777777" w:rsidR="00B56470" w:rsidRDefault="00000000">
            <w:r>
              <w:rPr>
                <w:b/>
              </w:rPr>
              <w:t>Gwarancja na perforację nadwozia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491AE85" w14:textId="77777777" w:rsidR="00B56470" w:rsidRDefault="00000000">
            <w:r>
              <w:t>.................... lat (minimum 6 lat)</w:t>
            </w:r>
          </w:p>
        </w:tc>
      </w:tr>
      <w:tr w:rsidR="00B56470" w14:paraId="48E25955" w14:textId="77777777">
        <w:trPr>
          <w:jc w:val="center"/>
        </w:trPr>
        <w:tc>
          <w:tcPr>
            <w:tcW w:w="453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C8E1328" w14:textId="77777777" w:rsidR="00B56470" w:rsidRDefault="00000000">
            <w:r>
              <w:rPr>
                <w:b/>
              </w:rPr>
              <w:t>Miejsce serwisowania gwarancyjnego / serwis autoryzowany</w:t>
            </w:r>
          </w:p>
        </w:tc>
        <w:tc>
          <w:tcPr>
            <w:tcW w:w="442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81BAA6" w14:textId="188947F6" w:rsidR="00B56470" w:rsidRDefault="00B56470"/>
        </w:tc>
      </w:tr>
    </w:tbl>
    <w:p w14:paraId="2E89E25A" w14:textId="77777777" w:rsidR="00B56470" w:rsidRDefault="00B56470"/>
    <w:p w14:paraId="7ABD73AE" w14:textId="77777777" w:rsidR="00B56470" w:rsidRDefault="00000000">
      <w:pPr>
        <w:pStyle w:val="Nagwek1"/>
        <w:spacing w:before="0"/>
      </w:pPr>
      <w:r>
        <w:rPr>
          <w:b w:val="0"/>
        </w:rPr>
        <w:lastRenderedPageBreak/>
        <w:t>IV. Oferowany pojazd – dane identyfikacyjne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556"/>
      </w:tblGrid>
      <w:tr w:rsidR="00B56470" w14:paraId="733B9ECA" w14:textId="77777777">
        <w:trPr>
          <w:jc w:val="center"/>
        </w:trPr>
        <w:tc>
          <w:tcPr>
            <w:tcW w:w="340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0BC402" w14:textId="77777777" w:rsidR="00B56470" w:rsidRDefault="00000000">
            <w:r>
              <w:rPr>
                <w:b/>
              </w:rPr>
              <w:t>Marka</w:t>
            </w:r>
          </w:p>
        </w:tc>
        <w:tc>
          <w:tcPr>
            <w:tcW w:w="5556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6B6CD9" w14:textId="659A59F8" w:rsidR="00B56470" w:rsidRDefault="00B56470"/>
        </w:tc>
      </w:tr>
      <w:tr w:rsidR="00B56470" w14:paraId="6859BBFB" w14:textId="77777777">
        <w:trPr>
          <w:jc w:val="center"/>
        </w:trPr>
        <w:tc>
          <w:tcPr>
            <w:tcW w:w="340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47A30B" w14:textId="77777777" w:rsidR="00B56470" w:rsidRDefault="00000000">
            <w:r>
              <w:rPr>
                <w:b/>
              </w:rPr>
              <w:t>Model</w:t>
            </w:r>
          </w:p>
        </w:tc>
        <w:tc>
          <w:tcPr>
            <w:tcW w:w="5556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446B9FB" w14:textId="6D7A625F" w:rsidR="00B56470" w:rsidRDefault="00B56470"/>
        </w:tc>
      </w:tr>
      <w:tr w:rsidR="00B56470" w14:paraId="3DC302E8" w14:textId="77777777">
        <w:trPr>
          <w:jc w:val="center"/>
        </w:trPr>
        <w:tc>
          <w:tcPr>
            <w:tcW w:w="340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8D784E" w14:textId="77777777" w:rsidR="00B56470" w:rsidRDefault="00000000">
            <w:r>
              <w:rPr>
                <w:b/>
              </w:rPr>
              <w:t>Wersja / typ / odmiana</w:t>
            </w:r>
          </w:p>
        </w:tc>
        <w:tc>
          <w:tcPr>
            <w:tcW w:w="5556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F4D264C" w14:textId="0B1CCA34" w:rsidR="00B56470" w:rsidRDefault="00B56470"/>
        </w:tc>
      </w:tr>
      <w:tr w:rsidR="00B56470" w14:paraId="47BB95CE" w14:textId="77777777">
        <w:trPr>
          <w:jc w:val="center"/>
        </w:trPr>
        <w:tc>
          <w:tcPr>
            <w:tcW w:w="340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535B30" w14:textId="77777777" w:rsidR="00B56470" w:rsidRDefault="00000000">
            <w:r>
              <w:rPr>
                <w:b/>
              </w:rPr>
              <w:t>Producent / importer / dealer</w:t>
            </w:r>
          </w:p>
        </w:tc>
        <w:tc>
          <w:tcPr>
            <w:tcW w:w="5556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DE49A3" w14:textId="6A85F1BF" w:rsidR="00B56470" w:rsidRDefault="00B56470"/>
        </w:tc>
      </w:tr>
      <w:tr w:rsidR="00B56470" w14:paraId="7B6CCD5E" w14:textId="77777777">
        <w:trPr>
          <w:jc w:val="center"/>
        </w:trPr>
        <w:tc>
          <w:tcPr>
            <w:tcW w:w="340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26EE465" w14:textId="77777777" w:rsidR="00B56470" w:rsidRDefault="00000000">
            <w:proofErr w:type="spellStart"/>
            <w:r>
              <w:rPr>
                <w:b/>
              </w:rPr>
              <w:t>Homologacja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dopuszczenie</w:t>
            </w:r>
            <w:proofErr w:type="spellEnd"/>
            <w:r>
              <w:rPr>
                <w:b/>
              </w:rPr>
              <w:t xml:space="preserve"> do ruchu</w:t>
            </w:r>
          </w:p>
        </w:tc>
        <w:tc>
          <w:tcPr>
            <w:tcW w:w="5556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33CB807" w14:textId="2F9829D1" w:rsidR="00B56470" w:rsidRDefault="00B56470"/>
        </w:tc>
      </w:tr>
      <w:tr w:rsidR="00B56470" w14:paraId="08E20860" w14:textId="77777777">
        <w:trPr>
          <w:jc w:val="center"/>
        </w:trPr>
        <w:tc>
          <w:tcPr>
            <w:tcW w:w="340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80F846A" w14:textId="77777777" w:rsidR="00B56470" w:rsidRDefault="00000000">
            <w:r>
              <w:rPr>
                <w:b/>
              </w:rPr>
              <w:t xml:space="preserve">Kolor </w:t>
            </w:r>
            <w:proofErr w:type="spellStart"/>
            <w:r>
              <w:rPr>
                <w:b/>
              </w:rPr>
              <w:t>nadwozia</w:t>
            </w:r>
            <w:proofErr w:type="spellEnd"/>
          </w:p>
        </w:tc>
        <w:tc>
          <w:tcPr>
            <w:tcW w:w="5556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6579453" w14:textId="7B89134F" w:rsidR="00B56470" w:rsidRDefault="00B56470"/>
        </w:tc>
      </w:tr>
    </w:tbl>
    <w:p w14:paraId="626804A5" w14:textId="77777777" w:rsidR="00B56470" w:rsidRDefault="00B56470"/>
    <w:p w14:paraId="4B870981" w14:textId="77777777" w:rsidR="00B56470" w:rsidRDefault="00000000">
      <w:pPr>
        <w:pStyle w:val="Nagwek1"/>
        <w:spacing w:before="0"/>
      </w:pPr>
      <w:r>
        <w:rPr>
          <w:b w:val="0"/>
        </w:rPr>
        <w:t>V. Zestawienie parametrów oferowanego pojazdu</w:t>
      </w:r>
    </w:p>
    <w:p w14:paraId="1684725B" w14:textId="77777777" w:rsidR="00B56470" w:rsidRDefault="00000000" w:rsidP="003B46FB">
      <w:pPr>
        <w:jc w:val="both"/>
      </w:pPr>
      <w:r>
        <w:t>Wykonawca zobowiązany jest do uzupełnienia wszystkich poniższych pól w sposób jednoznaczny, umożliwiający Zamawiającemu weryfikację zgodności oferowanego pojazdu z wymaganiami minimalnymi.</w:t>
      </w:r>
    </w:p>
    <w:tbl>
      <w:tblPr>
        <w:tblW w:w="9978" w:type="dxa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1892"/>
        <w:gridCol w:w="4394"/>
        <w:gridCol w:w="1985"/>
        <w:gridCol w:w="1197"/>
      </w:tblGrid>
      <w:tr w:rsidR="00B56470" w14:paraId="651F623F" w14:textId="77777777" w:rsidTr="003B46FB">
        <w:trPr>
          <w:tblHeader/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23D463" w14:textId="77777777" w:rsidR="00B56470" w:rsidRPr="0010044C" w:rsidRDefault="00000000">
            <w:pPr>
              <w:jc w:val="center"/>
            </w:pPr>
            <w:proofErr w:type="spellStart"/>
            <w:r w:rsidRPr="0010044C">
              <w:rPr>
                <w:b/>
              </w:rPr>
              <w:t>Lp</w:t>
            </w:r>
            <w:proofErr w:type="spellEnd"/>
            <w:r w:rsidRPr="0010044C">
              <w:rPr>
                <w:b/>
              </w:rPr>
              <w:t>.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97D72B" w14:textId="77777777" w:rsidR="00B56470" w:rsidRPr="0010044C" w:rsidRDefault="00000000">
            <w:pPr>
              <w:jc w:val="center"/>
            </w:pPr>
            <w:r w:rsidRPr="0010044C">
              <w:rPr>
                <w:b/>
              </w:rPr>
              <w:t>Parametr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3267A8A" w14:textId="77777777" w:rsidR="00B56470" w:rsidRPr="0010044C" w:rsidRDefault="00000000">
            <w:pPr>
              <w:jc w:val="center"/>
            </w:pPr>
            <w:r w:rsidRPr="0010044C">
              <w:rPr>
                <w:b/>
              </w:rPr>
              <w:t>Wymaganie minimalne Zamawiającego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37EBE2" w14:textId="77777777" w:rsidR="00B56470" w:rsidRPr="0010044C" w:rsidRDefault="00000000">
            <w:pPr>
              <w:jc w:val="center"/>
            </w:pPr>
            <w:r w:rsidRPr="0010044C">
              <w:rPr>
                <w:b/>
              </w:rPr>
              <w:t>Parametr oferowany / opis wykonawcy</w:t>
            </w:r>
          </w:p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60F839" w14:textId="77777777" w:rsidR="00B56470" w:rsidRPr="0010044C" w:rsidRDefault="00000000">
            <w:pPr>
              <w:jc w:val="center"/>
            </w:pPr>
            <w:r w:rsidRPr="0010044C">
              <w:rPr>
                <w:b/>
              </w:rPr>
              <w:t>TAK/NIE</w:t>
            </w:r>
          </w:p>
        </w:tc>
      </w:tr>
      <w:tr w:rsidR="00B56470" w14:paraId="78B62DB1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08E5EE" w14:textId="77777777" w:rsidR="00B56470" w:rsidRPr="0010044C" w:rsidRDefault="00000000">
            <w:pPr>
              <w:jc w:val="center"/>
            </w:pPr>
            <w:r w:rsidRPr="0010044C">
              <w:t>1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069832C" w14:textId="77777777" w:rsidR="00B56470" w:rsidRPr="0010044C" w:rsidRDefault="00000000">
            <w:r w:rsidRPr="0010044C">
              <w:t>Marka pojazdu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DA132B" w14:textId="59EE96D4" w:rsidR="00B56470" w:rsidRPr="0010044C" w:rsidRDefault="00B56470"/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1E1431" w14:textId="311D3210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F95ECA" w14:textId="48164AA2" w:rsidR="00B56470" w:rsidRDefault="00B56470">
            <w:pPr>
              <w:jc w:val="center"/>
            </w:pPr>
          </w:p>
        </w:tc>
      </w:tr>
      <w:tr w:rsidR="00B56470" w14:paraId="72C54B5A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03D5FE" w14:textId="77777777" w:rsidR="00B56470" w:rsidRPr="0010044C" w:rsidRDefault="00000000">
            <w:pPr>
              <w:jc w:val="center"/>
            </w:pPr>
            <w:r w:rsidRPr="0010044C">
              <w:t>2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3519F6" w14:textId="77777777" w:rsidR="00B56470" w:rsidRPr="0010044C" w:rsidRDefault="00000000">
            <w:r w:rsidRPr="0010044C">
              <w:t>Model / typ / wersja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631BE0C" w14:textId="3C278D43" w:rsidR="00B56470" w:rsidRPr="0010044C" w:rsidRDefault="00B56470"/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54A530" w14:textId="1A39F2E2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3522E41" w14:textId="54630FEA" w:rsidR="00B56470" w:rsidRDefault="00B56470">
            <w:pPr>
              <w:jc w:val="center"/>
            </w:pPr>
          </w:p>
        </w:tc>
      </w:tr>
      <w:tr w:rsidR="00B56470" w14:paraId="744682FC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E8B070" w14:textId="77777777" w:rsidR="00B56470" w:rsidRPr="0010044C" w:rsidRDefault="00000000">
            <w:pPr>
              <w:jc w:val="center"/>
            </w:pPr>
            <w:r w:rsidRPr="0010044C">
              <w:t>3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C56C2A" w14:textId="77777777" w:rsidR="00B56470" w:rsidRPr="0010044C" w:rsidRDefault="00000000">
            <w:r w:rsidRPr="0010044C">
              <w:t>Rok produkcji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D358EF" w14:textId="77777777" w:rsidR="00B56470" w:rsidRPr="0010044C" w:rsidRDefault="00000000">
            <w:r w:rsidRPr="0010044C">
              <w:t>nie starszy niż 2025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077BDA" w14:textId="30D43558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27286C" w14:textId="77667645" w:rsidR="00B56470" w:rsidRDefault="00B56470">
            <w:pPr>
              <w:jc w:val="center"/>
            </w:pPr>
          </w:p>
        </w:tc>
      </w:tr>
      <w:tr w:rsidR="00B56470" w14:paraId="097A34CE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1BEFE3" w14:textId="77777777" w:rsidR="00B56470" w:rsidRPr="0010044C" w:rsidRDefault="00000000">
            <w:pPr>
              <w:jc w:val="center"/>
            </w:pPr>
            <w:r w:rsidRPr="0010044C">
              <w:t>4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CEB87F" w14:textId="77777777" w:rsidR="00B56470" w:rsidRPr="0010044C" w:rsidRDefault="00000000">
            <w:r w:rsidRPr="0010044C">
              <w:t>Stan pojazdu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88C298" w14:textId="77777777" w:rsidR="00B56470" w:rsidRPr="0010044C" w:rsidRDefault="00000000">
            <w:r w:rsidRPr="0010044C">
              <w:t>fabrycznie nowy, nieużywany, kompletny, wolny od wad prawnych i fizycznych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9E0E9E" w14:textId="580F499C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A3B597" w14:textId="5D87BAF0" w:rsidR="00B56470" w:rsidRDefault="00B56470">
            <w:pPr>
              <w:jc w:val="center"/>
            </w:pPr>
          </w:p>
        </w:tc>
      </w:tr>
      <w:tr w:rsidR="00B56470" w14:paraId="09486E6C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48793C" w14:textId="77777777" w:rsidR="00B56470" w:rsidRPr="0010044C" w:rsidRDefault="00000000">
            <w:pPr>
              <w:jc w:val="center"/>
            </w:pPr>
            <w:r w:rsidRPr="0010044C">
              <w:t>5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75FC7B0" w14:textId="77777777" w:rsidR="00B56470" w:rsidRPr="0010044C" w:rsidRDefault="00000000">
            <w:r w:rsidRPr="0010044C">
              <w:t>Rodzaj pojazdu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07CA36C" w14:textId="77777777" w:rsidR="00B56470" w:rsidRPr="0010044C" w:rsidRDefault="00000000">
            <w:r w:rsidRPr="0010044C">
              <w:t>samochód osobowo – transportowy typu brygadowego / furgon brygadowy z wydzieloną częścią ładunkową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964313" w14:textId="3B1B7E27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797E567" w14:textId="28C36667" w:rsidR="00B56470" w:rsidRDefault="00B56470">
            <w:pPr>
              <w:jc w:val="center"/>
            </w:pPr>
          </w:p>
        </w:tc>
      </w:tr>
      <w:tr w:rsidR="00B56470" w14:paraId="1CBAE029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C0DC15" w14:textId="77777777" w:rsidR="00B56470" w:rsidRPr="0010044C" w:rsidRDefault="00000000">
            <w:pPr>
              <w:jc w:val="center"/>
            </w:pPr>
            <w:r w:rsidRPr="0010044C">
              <w:t>6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C7E9F9" w14:textId="77777777" w:rsidR="00B56470" w:rsidRPr="0010044C" w:rsidRDefault="00000000">
            <w:r w:rsidRPr="0010044C">
              <w:t>Liczba miejsc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767AED9" w14:textId="7E575E0E" w:rsidR="00B56470" w:rsidRPr="0010044C" w:rsidRDefault="00000000">
            <w:pPr>
              <w:rPr>
                <w:lang w:val="pl-PL"/>
              </w:rPr>
            </w:pPr>
            <w:r w:rsidRPr="0010044C">
              <w:rPr>
                <w:lang w:val="pl-PL"/>
              </w:rPr>
              <w:t>minimum 7 miejsc siedzących, w tym kierowca</w:t>
            </w:r>
            <w:r w:rsidR="00425586" w:rsidRPr="0010044C">
              <w:rPr>
                <w:lang w:val="pl-PL"/>
              </w:rPr>
              <w:t xml:space="preserve"> (przód 2+1, tył – 4)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FABC047" w14:textId="6B3C34CA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FC50F6" w14:textId="7FC20C22" w:rsidR="00B56470" w:rsidRDefault="00B56470">
            <w:pPr>
              <w:jc w:val="center"/>
            </w:pPr>
          </w:p>
        </w:tc>
      </w:tr>
      <w:tr w:rsidR="00B56470" w14:paraId="10727FDC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3642DC" w14:textId="77777777" w:rsidR="00B56470" w:rsidRPr="0010044C" w:rsidRDefault="00000000">
            <w:pPr>
              <w:jc w:val="center"/>
            </w:pPr>
            <w:r w:rsidRPr="0010044C">
              <w:t>7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AFD413" w14:textId="77777777" w:rsidR="00B56470" w:rsidRPr="0010044C" w:rsidRDefault="00000000">
            <w:r w:rsidRPr="0010044C">
              <w:t>Nadwozie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67DB28" w14:textId="78C02BF4" w:rsidR="00B56470" w:rsidRPr="0010044C" w:rsidRDefault="00000000">
            <w:r w:rsidRPr="0010044C">
              <w:t xml:space="preserve">wersja wydłużona z dachem podwyższonym (L3H2) 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34F69D8" w14:textId="52588423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9C54EB" w14:textId="28D2226F" w:rsidR="00B56470" w:rsidRDefault="00B56470">
            <w:pPr>
              <w:jc w:val="center"/>
            </w:pPr>
          </w:p>
        </w:tc>
      </w:tr>
      <w:tr w:rsidR="00B56470" w14:paraId="5579F863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9FCF26" w14:textId="77777777" w:rsidR="00B56470" w:rsidRPr="0010044C" w:rsidRDefault="00000000">
            <w:pPr>
              <w:jc w:val="center"/>
            </w:pPr>
            <w:r w:rsidRPr="0010044C">
              <w:t>8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DAAF6E" w14:textId="77777777" w:rsidR="00B56470" w:rsidRPr="0010044C" w:rsidRDefault="00000000">
            <w:r w:rsidRPr="0010044C">
              <w:t>Silnik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890BDF" w14:textId="77777777" w:rsidR="00B56470" w:rsidRPr="0010044C" w:rsidRDefault="00000000">
            <w:r w:rsidRPr="0010044C">
              <w:t>wysokoprężny, pojemność około 2,0 l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9915B3" w14:textId="207FCF7F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E22388" w14:textId="62480670" w:rsidR="00B56470" w:rsidRDefault="00B56470">
            <w:pPr>
              <w:jc w:val="center"/>
            </w:pPr>
          </w:p>
        </w:tc>
      </w:tr>
      <w:tr w:rsidR="00B56470" w14:paraId="14F24CF0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3AE1F4" w14:textId="77777777" w:rsidR="00B56470" w:rsidRPr="0010044C" w:rsidRDefault="00000000">
            <w:pPr>
              <w:jc w:val="center"/>
            </w:pPr>
            <w:r w:rsidRPr="0010044C">
              <w:t>9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4FB2E60" w14:textId="77777777" w:rsidR="00B56470" w:rsidRPr="0010044C" w:rsidRDefault="00000000">
            <w:r w:rsidRPr="0010044C">
              <w:t>Moc silnika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32EDF74" w14:textId="77777777" w:rsidR="00B56470" w:rsidRPr="0010044C" w:rsidRDefault="00000000">
            <w:r w:rsidRPr="0010044C">
              <w:t>nie mniejsza niż 160 KM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3F6963" w14:textId="002BE596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3BAEBBB" w14:textId="2F135860" w:rsidR="00B56470" w:rsidRDefault="00B56470">
            <w:pPr>
              <w:jc w:val="center"/>
            </w:pPr>
          </w:p>
        </w:tc>
      </w:tr>
      <w:tr w:rsidR="00B56470" w14:paraId="4DABE6C6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7E4B29" w14:textId="77777777" w:rsidR="00B56470" w:rsidRPr="0010044C" w:rsidRDefault="00000000">
            <w:pPr>
              <w:jc w:val="center"/>
            </w:pPr>
            <w:r w:rsidRPr="0010044C">
              <w:lastRenderedPageBreak/>
              <w:t>10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E1631AC" w14:textId="77777777" w:rsidR="00B56470" w:rsidRPr="0010044C" w:rsidRDefault="00000000">
            <w:r w:rsidRPr="0010044C">
              <w:t>Napęd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7C5BCA" w14:textId="77777777" w:rsidR="00B56470" w:rsidRPr="0010044C" w:rsidRDefault="00000000">
            <w:r w:rsidRPr="0010044C">
              <w:t>na przednią oś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1DA3916" w14:textId="14322D27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BCCDFA1" w14:textId="63FADD99" w:rsidR="00B56470" w:rsidRDefault="00B56470">
            <w:pPr>
              <w:jc w:val="center"/>
            </w:pPr>
          </w:p>
        </w:tc>
      </w:tr>
      <w:tr w:rsidR="00B56470" w14:paraId="54B116F5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6C1181D" w14:textId="77777777" w:rsidR="00B56470" w:rsidRPr="0010044C" w:rsidRDefault="00000000">
            <w:pPr>
              <w:jc w:val="center"/>
            </w:pPr>
            <w:r w:rsidRPr="0010044C">
              <w:t>11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8C6F6BD" w14:textId="77777777" w:rsidR="00B56470" w:rsidRPr="0010044C" w:rsidRDefault="00000000">
            <w:r w:rsidRPr="0010044C">
              <w:t>Skrzynia biegów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F48136" w14:textId="77777777" w:rsidR="00B56470" w:rsidRPr="0010044C" w:rsidRDefault="00000000">
            <w:r w:rsidRPr="0010044C">
              <w:t>manualna, co najmniej 6-biegowa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0DB236" w14:textId="2A142BC6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67A80EE" w14:textId="62E001B3" w:rsidR="00B56470" w:rsidRDefault="00B56470">
            <w:pPr>
              <w:jc w:val="center"/>
            </w:pPr>
          </w:p>
        </w:tc>
      </w:tr>
      <w:tr w:rsidR="00B56470" w14:paraId="0211541F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CA8F72" w14:textId="77777777" w:rsidR="00B56470" w:rsidRPr="0010044C" w:rsidRDefault="00000000">
            <w:pPr>
              <w:jc w:val="center"/>
            </w:pPr>
            <w:r w:rsidRPr="0010044C">
              <w:t>12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EDC51A" w14:textId="77777777" w:rsidR="00B56470" w:rsidRPr="0010044C" w:rsidRDefault="00000000">
            <w:r w:rsidRPr="0010044C">
              <w:t>Drzwi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AF7B98" w14:textId="77777777" w:rsidR="00B56470" w:rsidRPr="0010044C" w:rsidRDefault="00000000">
            <w:r w:rsidRPr="0010044C">
              <w:t>co najmniej 4 drzwi, w tym prawe drzwi boczne przesuwne i tylne drzwi dwuskrzydłowe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254784" w14:textId="46AE27C3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356FDE" w14:textId="223847B9" w:rsidR="00B56470" w:rsidRDefault="00B56470">
            <w:pPr>
              <w:jc w:val="center"/>
            </w:pPr>
          </w:p>
        </w:tc>
      </w:tr>
      <w:tr w:rsidR="00B56470" w14:paraId="1A6B9F28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D4CCC6" w14:textId="77777777" w:rsidR="00B56470" w:rsidRPr="0010044C" w:rsidRDefault="00000000">
            <w:pPr>
              <w:jc w:val="center"/>
            </w:pPr>
            <w:r w:rsidRPr="0010044C">
              <w:t>13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C0CBE2" w14:textId="77777777" w:rsidR="00B56470" w:rsidRPr="0010044C" w:rsidRDefault="00000000">
            <w:r w:rsidRPr="0010044C">
              <w:t>Kolor nadwozia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5A628F" w14:textId="77777777" w:rsidR="00B56470" w:rsidRPr="0010044C" w:rsidRDefault="00000000">
            <w:r w:rsidRPr="0010044C">
              <w:t>szary lub granatowy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83F066" w14:textId="64243C8D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8AA5AD6" w14:textId="5D33DDD7" w:rsidR="00B56470" w:rsidRDefault="00B56470">
            <w:pPr>
              <w:jc w:val="center"/>
            </w:pPr>
          </w:p>
        </w:tc>
      </w:tr>
      <w:tr w:rsidR="00B56470" w14:paraId="637B3F1D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DC58C16" w14:textId="77777777" w:rsidR="00B56470" w:rsidRPr="0010044C" w:rsidRDefault="00000000">
            <w:pPr>
              <w:jc w:val="center"/>
            </w:pPr>
            <w:r w:rsidRPr="0010044C">
              <w:t>14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E9BF792" w14:textId="77777777" w:rsidR="00B56470" w:rsidRPr="0010044C" w:rsidRDefault="00000000">
            <w:r w:rsidRPr="0010044C">
              <w:t>Koło zapasowe i narzędzia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754BC6" w14:textId="77777777" w:rsidR="00B56470" w:rsidRPr="0010044C" w:rsidRDefault="00000000">
            <w:r w:rsidRPr="0010044C">
              <w:t>pełnowymiarowe koło zapasowe wraz z podstawowymi narzędziami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EE89316" w14:textId="29D25B2C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B5FC0FB" w14:textId="06006734" w:rsidR="00B56470" w:rsidRDefault="00B56470">
            <w:pPr>
              <w:jc w:val="center"/>
            </w:pPr>
          </w:p>
        </w:tc>
      </w:tr>
      <w:tr w:rsidR="00B56470" w14:paraId="4A6F5883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A3124E3" w14:textId="77777777" w:rsidR="00B56470" w:rsidRPr="0010044C" w:rsidRDefault="00000000">
            <w:pPr>
              <w:jc w:val="center"/>
            </w:pPr>
            <w:r w:rsidRPr="0010044C">
              <w:t>15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A60DAC7" w14:textId="77777777" w:rsidR="00B56470" w:rsidRPr="0010044C" w:rsidRDefault="00000000">
            <w:r w:rsidRPr="0010044C">
              <w:t>ABS i elektroniczny układ stabilizacji toru jazdy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B5D49F" w14:textId="77777777" w:rsidR="00B56470" w:rsidRPr="0010044C" w:rsidRDefault="00000000">
            <w:r w:rsidRPr="0010044C">
              <w:t>wymagane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AAA8073" w14:textId="5883DC8D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A0E8774" w14:textId="55B102EF" w:rsidR="00B56470" w:rsidRDefault="00B56470">
            <w:pPr>
              <w:jc w:val="center"/>
            </w:pPr>
          </w:p>
        </w:tc>
      </w:tr>
      <w:tr w:rsidR="00B56470" w14:paraId="3FBBA1E7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A37E98" w14:textId="77777777" w:rsidR="00B56470" w:rsidRPr="0010044C" w:rsidRDefault="00000000">
            <w:pPr>
              <w:jc w:val="center"/>
            </w:pPr>
            <w:r w:rsidRPr="0010044C">
              <w:t>16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3C615E" w14:textId="77777777" w:rsidR="00B56470" w:rsidRPr="0010044C" w:rsidRDefault="00000000">
            <w:r w:rsidRPr="0010044C">
              <w:t>System wspomagania ruszania pod górę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7005F4" w14:textId="77777777" w:rsidR="00B56470" w:rsidRPr="0010044C" w:rsidRDefault="00000000">
            <w:r w:rsidRPr="0010044C">
              <w:t>wymagany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A11AF7" w14:textId="02CA7261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94277D" w14:textId="2B92A7C4" w:rsidR="00B56470" w:rsidRDefault="00B56470">
            <w:pPr>
              <w:jc w:val="center"/>
            </w:pPr>
          </w:p>
        </w:tc>
      </w:tr>
      <w:tr w:rsidR="00B56470" w14:paraId="1AC8DD94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3EFD4D" w14:textId="77777777" w:rsidR="00B56470" w:rsidRPr="0010044C" w:rsidRDefault="00000000">
            <w:pPr>
              <w:jc w:val="center"/>
            </w:pPr>
            <w:r w:rsidRPr="0010044C">
              <w:t>17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883968" w14:textId="77777777" w:rsidR="00B56470" w:rsidRPr="0010044C" w:rsidRDefault="00000000">
            <w:r w:rsidRPr="0010044C">
              <w:t>Układ wspomagania awaryjnego hamowania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00F1ABC" w14:textId="77777777" w:rsidR="00B56470" w:rsidRPr="0010044C" w:rsidRDefault="00000000">
            <w:r w:rsidRPr="0010044C">
              <w:t>wymagany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814A81" w14:textId="343ACA58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1141726" w14:textId="4E716F07" w:rsidR="00B56470" w:rsidRDefault="00B56470">
            <w:pPr>
              <w:jc w:val="center"/>
            </w:pPr>
          </w:p>
        </w:tc>
      </w:tr>
      <w:tr w:rsidR="00B56470" w14:paraId="27C1CBAC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E94943" w14:textId="77777777" w:rsidR="00B56470" w:rsidRPr="0010044C" w:rsidRDefault="00000000">
            <w:pPr>
              <w:jc w:val="center"/>
            </w:pPr>
            <w:r w:rsidRPr="0010044C">
              <w:t>18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EAC68A7" w14:textId="77777777" w:rsidR="00B56470" w:rsidRPr="0010044C" w:rsidRDefault="00000000">
            <w:r w:rsidRPr="0010044C">
              <w:t>Poduszki powietrzne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37BC4A" w14:textId="77777777" w:rsidR="00B56470" w:rsidRPr="0010044C" w:rsidRDefault="00000000">
            <w:r w:rsidRPr="0010044C">
              <w:t>kierowcy oraz pasażera z możliwością dezaktywacji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3F32C1" w14:textId="70BD504F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38B0815" w14:textId="29BECEB4" w:rsidR="00B56470" w:rsidRDefault="00B56470">
            <w:pPr>
              <w:jc w:val="center"/>
            </w:pPr>
          </w:p>
        </w:tc>
      </w:tr>
      <w:tr w:rsidR="00B56470" w14:paraId="0A60138E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0AF483F" w14:textId="77777777" w:rsidR="00B56470" w:rsidRPr="0010044C" w:rsidRDefault="00000000">
            <w:pPr>
              <w:jc w:val="center"/>
            </w:pPr>
            <w:r w:rsidRPr="0010044C">
              <w:t>19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736CA7" w14:textId="77777777" w:rsidR="00B56470" w:rsidRPr="0010044C" w:rsidRDefault="00000000">
            <w:r w:rsidRPr="0010044C">
              <w:t>Kamera cofania oraz czujniki parkowania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A1C45B8" w14:textId="77777777" w:rsidR="00B56470" w:rsidRPr="0010044C" w:rsidRDefault="00000000">
            <w:r w:rsidRPr="0010044C">
              <w:t>kamera cofania oraz czujniki z przodu i z tyłu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9AB71D8" w14:textId="180C875D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3B48AD" w14:textId="33B1C890" w:rsidR="00B56470" w:rsidRDefault="00B56470">
            <w:pPr>
              <w:jc w:val="center"/>
            </w:pPr>
          </w:p>
        </w:tc>
      </w:tr>
      <w:tr w:rsidR="00B56470" w14:paraId="36D7E655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DAE80F" w14:textId="77777777" w:rsidR="00B56470" w:rsidRPr="0010044C" w:rsidRDefault="00000000">
            <w:pPr>
              <w:jc w:val="center"/>
            </w:pPr>
            <w:r w:rsidRPr="0010044C">
              <w:t>20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054723" w14:textId="77777777" w:rsidR="00B56470" w:rsidRPr="0010044C" w:rsidRDefault="00000000">
            <w:r w:rsidRPr="0010044C">
              <w:t>Klimatyzacja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86F2B1" w14:textId="77777777" w:rsidR="00B56470" w:rsidRPr="0010044C" w:rsidRDefault="00000000">
            <w:r w:rsidRPr="0010044C">
              <w:t>automatyczna w przedniej części pojazdu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0193623" w14:textId="4668049E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3E9B49" w14:textId="1F86061B" w:rsidR="00B56470" w:rsidRDefault="00B56470">
            <w:pPr>
              <w:jc w:val="center"/>
            </w:pPr>
          </w:p>
        </w:tc>
      </w:tr>
      <w:tr w:rsidR="00B56470" w14:paraId="21035F54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AC282C" w14:textId="77777777" w:rsidR="00B56470" w:rsidRPr="0010044C" w:rsidRDefault="00000000">
            <w:pPr>
              <w:jc w:val="center"/>
            </w:pPr>
            <w:r w:rsidRPr="0010044C">
              <w:t>21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E8DC992" w14:textId="77777777" w:rsidR="00B56470" w:rsidRPr="0010044C" w:rsidRDefault="00000000">
            <w:r w:rsidRPr="0010044C">
              <w:t>Tempomat, centralny zamek i kluczyki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07AB89C" w14:textId="77777777" w:rsidR="00B56470" w:rsidRPr="0010044C" w:rsidRDefault="00000000">
            <w:r w:rsidRPr="0010044C">
              <w:t>tempomat, centralny zamek z pilotem, min. 2 komplety kluczyków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0918F4" w14:textId="73A4F214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B0F3224" w14:textId="19E7D2EB" w:rsidR="00B56470" w:rsidRDefault="00B56470">
            <w:pPr>
              <w:jc w:val="center"/>
            </w:pPr>
          </w:p>
        </w:tc>
      </w:tr>
      <w:tr w:rsidR="00B56470" w14:paraId="67DBAF60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6CE199" w14:textId="77777777" w:rsidR="00B56470" w:rsidRPr="0010044C" w:rsidRDefault="00000000">
            <w:pPr>
              <w:jc w:val="center"/>
            </w:pPr>
            <w:r w:rsidRPr="0010044C">
              <w:t>22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1177A63" w14:textId="77777777" w:rsidR="00B56470" w:rsidRPr="0010044C" w:rsidRDefault="00000000">
            <w:r w:rsidRPr="0010044C">
              <w:t>Szyby przednie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BEC63C" w14:textId="77777777" w:rsidR="00B56470" w:rsidRPr="0010044C" w:rsidRDefault="00000000">
            <w:r w:rsidRPr="0010044C">
              <w:t>elektrycznie sterowane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DC7D453" w14:textId="6D933957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294227" w14:textId="440BB2BF" w:rsidR="00B56470" w:rsidRDefault="00B56470">
            <w:pPr>
              <w:jc w:val="center"/>
            </w:pPr>
          </w:p>
        </w:tc>
      </w:tr>
      <w:tr w:rsidR="00B56470" w14:paraId="6A569B89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1E3F493" w14:textId="77777777" w:rsidR="00B56470" w:rsidRPr="0010044C" w:rsidRDefault="00000000">
            <w:pPr>
              <w:jc w:val="center"/>
            </w:pPr>
            <w:r w:rsidRPr="0010044C">
              <w:t>23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12AB186" w14:textId="77777777" w:rsidR="00B56470" w:rsidRPr="0010044C" w:rsidRDefault="00000000">
            <w:r w:rsidRPr="0010044C">
              <w:t>Lusterka boczne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DE940E9" w14:textId="77777777" w:rsidR="00B56470" w:rsidRPr="0010044C" w:rsidRDefault="00000000">
            <w:r w:rsidRPr="0010044C">
              <w:t>elektrycznie sterowane, składane i podgrzewane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6C25AE" w14:textId="0FD511D8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EE4193" w14:textId="7C1A57BE" w:rsidR="00B56470" w:rsidRDefault="00B56470">
            <w:pPr>
              <w:jc w:val="center"/>
            </w:pPr>
          </w:p>
        </w:tc>
      </w:tr>
      <w:tr w:rsidR="00B56470" w14:paraId="533490DC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99CFA2" w14:textId="77777777" w:rsidR="00B56470" w:rsidRPr="0010044C" w:rsidRDefault="00000000">
            <w:pPr>
              <w:jc w:val="center"/>
            </w:pPr>
            <w:r w:rsidRPr="0010044C">
              <w:lastRenderedPageBreak/>
              <w:t>24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BF2CCF" w14:textId="77777777" w:rsidR="00B56470" w:rsidRPr="0010044C" w:rsidRDefault="00000000">
            <w:r w:rsidRPr="0010044C">
              <w:t>System multimedialny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26A217" w14:textId="00D09493" w:rsidR="00B56470" w:rsidRPr="0010044C" w:rsidRDefault="0010044C">
            <w:proofErr w:type="spellStart"/>
            <w:r w:rsidRPr="0010044C">
              <w:t>wymagany</w:t>
            </w:r>
            <w:proofErr w:type="spellEnd"/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4254299" w14:textId="19A510C8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478A3E5" w14:textId="6C818CC4" w:rsidR="00B56470" w:rsidRDefault="00B56470">
            <w:pPr>
              <w:jc w:val="center"/>
            </w:pPr>
          </w:p>
        </w:tc>
      </w:tr>
      <w:tr w:rsidR="00B56470" w14:paraId="27683B90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2A62DC0" w14:textId="77777777" w:rsidR="00B56470" w:rsidRPr="0010044C" w:rsidRDefault="00000000">
            <w:pPr>
              <w:jc w:val="center"/>
            </w:pPr>
            <w:r w:rsidRPr="0010044C">
              <w:t>25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35F2D1" w14:textId="77777777" w:rsidR="00B56470" w:rsidRPr="0010044C" w:rsidRDefault="00000000">
            <w:r w:rsidRPr="0010044C">
              <w:t>Komputer pokładowy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B1347D" w14:textId="77777777" w:rsidR="00B56470" w:rsidRPr="0010044C" w:rsidRDefault="00000000">
            <w:r w:rsidRPr="0010044C">
              <w:t>wymagany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5375CDA" w14:textId="41021950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7F1EEF0" w14:textId="0891F14D" w:rsidR="00B56470" w:rsidRDefault="00B56470">
            <w:pPr>
              <w:jc w:val="center"/>
            </w:pPr>
          </w:p>
        </w:tc>
      </w:tr>
      <w:tr w:rsidR="00B56470" w14:paraId="183D1A10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C1DD00" w14:textId="77777777" w:rsidR="00B56470" w:rsidRPr="0010044C" w:rsidRDefault="00000000">
            <w:pPr>
              <w:jc w:val="center"/>
            </w:pPr>
            <w:r w:rsidRPr="0010044C">
              <w:t>26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C483318" w14:textId="77777777" w:rsidR="00B56470" w:rsidRPr="0010044C" w:rsidRDefault="00000000">
            <w:r w:rsidRPr="0010044C">
              <w:t>Fotel kierowcy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8DD27B6" w14:textId="77777777" w:rsidR="00B56470" w:rsidRPr="0010044C" w:rsidRDefault="00000000">
            <w:r w:rsidRPr="0010044C">
              <w:t>z regulacją i podłokietnikiem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7496508" w14:textId="61E2C547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5B5BDBF" w14:textId="53B7185F" w:rsidR="00B56470" w:rsidRDefault="00B56470">
            <w:pPr>
              <w:jc w:val="center"/>
            </w:pPr>
          </w:p>
        </w:tc>
      </w:tr>
      <w:tr w:rsidR="00B56470" w14:paraId="4DE6AF13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B1D8AD6" w14:textId="77777777" w:rsidR="00B56470" w:rsidRPr="0010044C" w:rsidRDefault="00000000">
            <w:pPr>
              <w:jc w:val="center"/>
            </w:pPr>
            <w:r w:rsidRPr="0010044C">
              <w:t>27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7642855" w14:textId="77777777" w:rsidR="00B56470" w:rsidRPr="0010044C" w:rsidRDefault="00000000">
            <w:r w:rsidRPr="0010044C">
              <w:t>Układ siedzeń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6C10A2" w14:textId="77777777" w:rsidR="00B56470" w:rsidRPr="0010044C" w:rsidRDefault="00000000">
            <w:r w:rsidRPr="0010044C">
              <w:t>przód 1+2; drugi rząd siedzeń dla 4 osób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4C6E2D5" w14:textId="322EDDB6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CF8BFE5" w14:textId="4AFC69DB" w:rsidR="00B56470" w:rsidRDefault="00B56470">
            <w:pPr>
              <w:jc w:val="center"/>
            </w:pPr>
          </w:p>
        </w:tc>
      </w:tr>
      <w:tr w:rsidR="00B56470" w14:paraId="4BA46B38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5D7418C" w14:textId="77777777" w:rsidR="00B56470" w:rsidRPr="0010044C" w:rsidRDefault="00000000">
            <w:pPr>
              <w:jc w:val="center"/>
            </w:pPr>
            <w:r w:rsidRPr="0010044C">
              <w:t>28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FA62F0" w14:textId="77777777" w:rsidR="00B56470" w:rsidRPr="0010044C" w:rsidRDefault="00000000">
            <w:r w:rsidRPr="0010044C">
              <w:t>Hak holowniczy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9B26B2E" w14:textId="77777777" w:rsidR="00B56470" w:rsidRPr="0010044C" w:rsidRDefault="00000000">
            <w:r w:rsidRPr="0010044C">
              <w:t>z instalacją elektryczną 13-pin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CC67CF4" w14:textId="5075CF20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5B49427" w14:textId="5297CCED" w:rsidR="00B56470" w:rsidRDefault="00B56470">
            <w:pPr>
              <w:jc w:val="center"/>
            </w:pPr>
          </w:p>
        </w:tc>
      </w:tr>
      <w:tr w:rsidR="00B56470" w14:paraId="5D6E6866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7DB20F05" w14:textId="77777777" w:rsidR="00B56470" w:rsidRPr="0010044C" w:rsidRDefault="00000000">
            <w:pPr>
              <w:jc w:val="center"/>
            </w:pPr>
            <w:r w:rsidRPr="0010044C">
              <w:t>29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2F71E31" w14:textId="77777777" w:rsidR="00B56470" w:rsidRPr="0010044C" w:rsidRDefault="00000000">
            <w:r w:rsidRPr="0010044C">
              <w:t>Asystent utrzymania pasa ruchu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D4DFC84" w14:textId="77777777" w:rsidR="00B56470" w:rsidRPr="0010044C" w:rsidRDefault="00000000">
            <w:r w:rsidRPr="0010044C">
              <w:t>wymagany lub rozwiązanie równoważne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3DD2F11" w14:textId="249D72D2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7637439" w14:textId="474AAA25" w:rsidR="00B56470" w:rsidRDefault="00B56470">
            <w:pPr>
              <w:jc w:val="center"/>
            </w:pPr>
          </w:p>
        </w:tc>
      </w:tr>
      <w:tr w:rsidR="00B56470" w14:paraId="59861BA7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FA80C02" w14:textId="77777777" w:rsidR="00B56470" w:rsidRPr="0010044C" w:rsidRDefault="00000000">
            <w:pPr>
              <w:jc w:val="center"/>
            </w:pPr>
            <w:r w:rsidRPr="0010044C">
              <w:t>30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CE1ABB4" w14:textId="77777777" w:rsidR="00B56470" w:rsidRPr="0010044C" w:rsidRDefault="00000000">
            <w:r w:rsidRPr="0010044C">
              <w:t>Światła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884DF5A" w14:textId="77777777" w:rsidR="00B56470" w:rsidRPr="0010044C" w:rsidRDefault="00000000">
            <w:r w:rsidRPr="0010044C">
              <w:t>światła do jazdy dziennej oraz światła przeciwmgielne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C7933B2" w14:textId="166E2EB4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C10FC1" w14:textId="1C025A07" w:rsidR="00B56470" w:rsidRDefault="00B56470">
            <w:pPr>
              <w:jc w:val="center"/>
            </w:pPr>
          </w:p>
        </w:tc>
      </w:tr>
      <w:tr w:rsidR="00B56470" w14:paraId="02475BAF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8DFCCE2" w14:textId="77777777" w:rsidR="00B56470" w:rsidRPr="0010044C" w:rsidRDefault="00000000">
            <w:pPr>
              <w:jc w:val="center"/>
            </w:pPr>
            <w:r w:rsidRPr="0010044C">
              <w:t>31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CC3AD35" w14:textId="77777777" w:rsidR="00B56470" w:rsidRPr="0010044C" w:rsidRDefault="00000000">
            <w:r w:rsidRPr="0010044C">
              <w:t>Ogrzewanie postojowe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9D87915" w14:textId="77777777" w:rsidR="00B56470" w:rsidRPr="0010044C" w:rsidRDefault="00000000">
            <w:r w:rsidRPr="0010044C">
              <w:t>wymagane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0AA08A0" w14:textId="21447F95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619AE7A" w14:textId="5BDF4414" w:rsidR="00B56470" w:rsidRDefault="00B56470">
            <w:pPr>
              <w:jc w:val="center"/>
            </w:pPr>
          </w:p>
        </w:tc>
      </w:tr>
      <w:tr w:rsidR="00B56470" w14:paraId="206A3D09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695087E" w14:textId="77777777" w:rsidR="00B56470" w:rsidRPr="0010044C" w:rsidRDefault="00000000">
            <w:pPr>
              <w:jc w:val="center"/>
            </w:pPr>
            <w:r w:rsidRPr="0010044C">
              <w:t>32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E737AEE" w14:textId="77777777" w:rsidR="00B56470" w:rsidRPr="0010044C" w:rsidRDefault="00000000">
            <w:r w:rsidRPr="0010044C">
              <w:t>Zabudowa ścian bocznych części ładunkowej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3FCCED" w14:textId="77777777" w:rsidR="00B56470" w:rsidRPr="0010044C" w:rsidRDefault="00000000">
            <w:r w:rsidRPr="0010044C">
              <w:t>do wysokości minimum wzmocnienia wzdłużnego ścian zabudowy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DA56DD6" w14:textId="1F43A203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E7382B6" w14:textId="00AB1267" w:rsidR="00B56470" w:rsidRDefault="00B56470">
            <w:pPr>
              <w:jc w:val="center"/>
            </w:pPr>
          </w:p>
        </w:tc>
      </w:tr>
      <w:tr w:rsidR="00B56470" w14:paraId="7ED8F954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B44F99" w14:textId="77777777" w:rsidR="00B56470" w:rsidRPr="0010044C" w:rsidRDefault="00000000">
            <w:pPr>
              <w:jc w:val="center"/>
            </w:pPr>
            <w:r w:rsidRPr="0010044C">
              <w:t>33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E5E6570" w14:textId="77777777" w:rsidR="00B56470" w:rsidRPr="0010044C" w:rsidRDefault="00000000">
            <w:r w:rsidRPr="0010044C">
              <w:t>Przegroda między częścią pasażerską a ładunkową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3666771E" w14:textId="77777777" w:rsidR="00B56470" w:rsidRPr="0010044C" w:rsidRDefault="00000000">
            <w:r w:rsidRPr="0010044C">
              <w:t>z wnęką ułatwiającą przewóz dłuższych przedmiotów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13F49670" w14:textId="3DEDAD92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93C06AE" w14:textId="62287DB3" w:rsidR="00B56470" w:rsidRDefault="00B56470">
            <w:pPr>
              <w:jc w:val="center"/>
            </w:pPr>
          </w:p>
        </w:tc>
      </w:tr>
      <w:tr w:rsidR="00B56470" w14:paraId="04487704" w14:textId="77777777" w:rsidTr="003B46FB">
        <w:trPr>
          <w:jc w:val="center"/>
        </w:trPr>
        <w:tc>
          <w:tcPr>
            <w:tcW w:w="510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E20D97" w14:textId="77777777" w:rsidR="00B56470" w:rsidRPr="0010044C" w:rsidRDefault="00000000">
            <w:pPr>
              <w:jc w:val="center"/>
            </w:pPr>
            <w:r w:rsidRPr="0010044C">
              <w:t>34</w:t>
            </w:r>
          </w:p>
        </w:tc>
        <w:tc>
          <w:tcPr>
            <w:tcW w:w="1892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F304048" w14:textId="77777777" w:rsidR="00B56470" w:rsidRPr="0010044C" w:rsidRDefault="00000000">
            <w:r w:rsidRPr="0010044C">
              <w:t>Dokumenty przy odbiorze</w:t>
            </w:r>
          </w:p>
        </w:tc>
        <w:tc>
          <w:tcPr>
            <w:tcW w:w="4394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91EEF9D" w14:textId="77777777" w:rsidR="00B56470" w:rsidRPr="0010044C" w:rsidRDefault="00000000">
            <w:r w:rsidRPr="0010044C">
              <w:t>dokumenty do rejestracji, instrukcja obsługi w języku polskim, dokument gwarancyjny, dokumenty potwierdzające parametry i wyposażenie</w:t>
            </w:r>
          </w:p>
        </w:tc>
        <w:tc>
          <w:tcPr>
            <w:tcW w:w="1985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02DB0B44" w14:textId="466B2228" w:rsidR="00B56470" w:rsidRDefault="00B56470"/>
        </w:tc>
        <w:tc>
          <w:tcPr>
            <w:tcW w:w="1197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4BF025" w14:textId="170A221D" w:rsidR="00B56470" w:rsidRDefault="00B56470">
            <w:pPr>
              <w:jc w:val="center"/>
            </w:pPr>
          </w:p>
        </w:tc>
      </w:tr>
    </w:tbl>
    <w:p w14:paraId="6B0A8814" w14:textId="77777777" w:rsidR="00B56470" w:rsidRDefault="00B56470"/>
    <w:p w14:paraId="0E1346E1" w14:textId="77777777" w:rsidR="00B56470" w:rsidRDefault="00000000">
      <w:pPr>
        <w:pStyle w:val="Nagwek1"/>
        <w:spacing w:before="0"/>
      </w:pPr>
      <w:r>
        <w:rPr>
          <w:b w:val="0"/>
        </w:rPr>
        <w:t>VI. Oświadczenia wykonawcy</w:t>
      </w:r>
    </w:p>
    <w:p w14:paraId="1492D086" w14:textId="77777777" w:rsidR="00B56470" w:rsidRPr="002E6211" w:rsidRDefault="00000000">
      <w:pPr>
        <w:pStyle w:val="Listapunktowana"/>
        <w:spacing w:after="40"/>
        <w:rPr>
          <w:sz w:val="24"/>
          <w:szCs w:val="24"/>
        </w:rPr>
      </w:pPr>
      <w:r w:rsidRPr="002E6211">
        <w:rPr>
          <w:szCs w:val="24"/>
        </w:rPr>
        <w:t>oświadczam, że zapoznałem(-am) się z treścią zapytania ofertowego oraz istotnymi postanowieniami umowy i akceptuję je bez zastrzeżeń;</w:t>
      </w:r>
    </w:p>
    <w:p w14:paraId="5F5673A7" w14:textId="77777777" w:rsidR="00B56470" w:rsidRPr="002E6211" w:rsidRDefault="00000000">
      <w:pPr>
        <w:pStyle w:val="Listapunktowana"/>
        <w:spacing w:after="40"/>
        <w:rPr>
          <w:sz w:val="24"/>
          <w:szCs w:val="24"/>
        </w:rPr>
      </w:pPr>
      <w:r w:rsidRPr="002E6211">
        <w:rPr>
          <w:szCs w:val="24"/>
        </w:rPr>
        <w:t>oświadczam, że oferowany pojazd spełnia wszystkie wymagania minimalne określone przez Zamawiającego;</w:t>
      </w:r>
    </w:p>
    <w:p w14:paraId="129FB8BE" w14:textId="77777777" w:rsidR="00B56470" w:rsidRPr="002E6211" w:rsidRDefault="00000000">
      <w:pPr>
        <w:pStyle w:val="Listapunktowana"/>
        <w:spacing w:after="40"/>
        <w:rPr>
          <w:sz w:val="24"/>
          <w:szCs w:val="24"/>
        </w:rPr>
      </w:pPr>
      <w:r w:rsidRPr="002E6211">
        <w:rPr>
          <w:szCs w:val="24"/>
        </w:rPr>
        <w:t>oświadczam, że prowadzę działalność gospodarczą polegającą na sprzedaży samochodów, w tym samochodów objętych przedmiotem zamówienia;</w:t>
      </w:r>
    </w:p>
    <w:p w14:paraId="147F1A28" w14:textId="77777777" w:rsidR="00B56470" w:rsidRPr="002E6211" w:rsidRDefault="00000000">
      <w:pPr>
        <w:pStyle w:val="Listapunktowana"/>
        <w:spacing w:after="40"/>
        <w:rPr>
          <w:sz w:val="24"/>
          <w:szCs w:val="24"/>
        </w:rPr>
      </w:pPr>
      <w:r w:rsidRPr="002E6211">
        <w:rPr>
          <w:szCs w:val="24"/>
        </w:rPr>
        <w:lastRenderedPageBreak/>
        <w:t>oświadczam, że cena oferty obejmuje wszystkie koszty związane z realizacją zamówienia;</w:t>
      </w:r>
    </w:p>
    <w:p w14:paraId="6B1B2ECB" w14:textId="77777777" w:rsidR="00B56470" w:rsidRPr="002E6211" w:rsidRDefault="00000000">
      <w:pPr>
        <w:pStyle w:val="Listapunktowana"/>
        <w:spacing w:after="40"/>
        <w:rPr>
          <w:sz w:val="24"/>
          <w:szCs w:val="24"/>
        </w:rPr>
      </w:pPr>
      <w:r w:rsidRPr="002E6211">
        <w:rPr>
          <w:szCs w:val="24"/>
        </w:rPr>
        <w:t>zobowiązuję się do zawarcia umowy na warunkach określonych przez Zamawiającego, w przypadku wyboru mojej oferty.</w:t>
      </w:r>
    </w:p>
    <w:p w14:paraId="0CDF1FC7" w14:textId="77777777" w:rsidR="00B56470" w:rsidRDefault="00000000">
      <w:pPr>
        <w:pStyle w:val="Nagwek1"/>
        <w:spacing w:before="0"/>
      </w:pPr>
      <w:r>
        <w:rPr>
          <w:b w:val="0"/>
        </w:rPr>
        <w:t>VII. Wykaz załączników do oferty</w:t>
      </w:r>
    </w:p>
    <w:tbl>
      <w:tblPr>
        <w:tblW w:w="10654" w:type="dxa"/>
        <w:jc w:val="center"/>
        <w:tblLayout w:type="fixed"/>
        <w:tblLook w:val="04A0" w:firstRow="1" w:lastRow="0" w:firstColumn="1" w:lastColumn="0" w:noHBand="0" w:noVBand="1"/>
      </w:tblPr>
      <w:tblGrid>
        <w:gridCol w:w="2563"/>
        <w:gridCol w:w="5528"/>
        <w:gridCol w:w="2563"/>
      </w:tblGrid>
      <w:tr w:rsidR="00B56470" w14:paraId="2F6805CA" w14:textId="77777777" w:rsidTr="00CD1BA8">
        <w:trPr>
          <w:trHeight w:val="332"/>
          <w:jc w:val="center"/>
        </w:trPr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6D2DCD9" w14:textId="77777777" w:rsidR="00B56470" w:rsidRDefault="00000000">
            <w:pPr>
              <w:jc w:val="center"/>
            </w:pPr>
            <w:r>
              <w:rPr>
                <w:b/>
                <w:sz w:val="20"/>
              </w:rPr>
              <w:t>Lp.</w:t>
            </w:r>
          </w:p>
        </w:tc>
        <w:tc>
          <w:tcPr>
            <w:tcW w:w="5528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26F5C94" w14:textId="77777777" w:rsidR="00B56470" w:rsidRDefault="00000000">
            <w:pPr>
              <w:jc w:val="center"/>
            </w:pPr>
            <w:r>
              <w:rPr>
                <w:b/>
                <w:sz w:val="20"/>
              </w:rPr>
              <w:t>Nazwa załącznika</w:t>
            </w:r>
          </w:p>
        </w:tc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53F7B3F" w14:textId="77777777" w:rsidR="00B56470" w:rsidRDefault="00000000">
            <w:pPr>
              <w:jc w:val="center"/>
            </w:pPr>
            <w:r>
              <w:rPr>
                <w:b/>
                <w:sz w:val="20"/>
              </w:rPr>
              <w:t>Dołączono</w:t>
            </w:r>
          </w:p>
        </w:tc>
      </w:tr>
      <w:tr w:rsidR="00B56470" w14:paraId="5E558038" w14:textId="77777777" w:rsidTr="00CD1BA8">
        <w:trPr>
          <w:trHeight w:val="568"/>
          <w:jc w:val="center"/>
        </w:trPr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9A9E49" w14:textId="77777777" w:rsidR="00B56470" w:rsidRPr="00BD797A" w:rsidRDefault="00000000">
            <w:pPr>
              <w:jc w:val="center"/>
              <w:rPr>
                <w:szCs w:val="24"/>
              </w:rPr>
            </w:pPr>
            <w:r w:rsidRPr="00BD797A">
              <w:rPr>
                <w:szCs w:val="24"/>
              </w:rPr>
              <w:t>1</w:t>
            </w:r>
          </w:p>
        </w:tc>
        <w:tc>
          <w:tcPr>
            <w:tcW w:w="5528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B73515" w14:textId="77777777" w:rsidR="00B56470" w:rsidRPr="00BD797A" w:rsidRDefault="00000000">
            <w:pPr>
              <w:rPr>
                <w:szCs w:val="24"/>
              </w:rPr>
            </w:pPr>
            <w:r w:rsidRPr="00BD797A">
              <w:rPr>
                <w:szCs w:val="24"/>
              </w:rPr>
              <w:t>Dokument / informacja potwierdzająca prowadzenie działalności gospodarczej w zakresie sprzedaży samochodów</w:t>
            </w:r>
          </w:p>
        </w:tc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7C22F2" w14:textId="77777777" w:rsidR="00B56470" w:rsidRPr="00BD797A" w:rsidRDefault="00000000">
            <w:pPr>
              <w:jc w:val="center"/>
              <w:rPr>
                <w:szCs w:val="24"/>
              </w:rPr>
            </w:pPr>
            <w:r w:rsidRPr="00BD797A">
              <w:rPr>
                <w:szCs w:val="24"/>
              </w:rPr>
              <w:t>□</w:t>
            </w:r>
          </w:p>
        </w:tc>
      </w:tr>
      <w:tr w:rsidR="00B56470" w14:paraId="64E8CAF5" w14:textId="77777777" w:rsidTr="00CD1BA8">
        <w:trPr>
          <w:trHeight w:val="332"/>
          <w:jc w:val="center"/>
        </w:trPr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124CA2D" w14:textId="77777777" w:rsidR="00B56470" w:rsidRPr="00BD797A" w:rsidRDefault="00000000">
            <w:pPr>
              <w:jc w:val="center"/>
              <w:rPr>
                <w:szCs w:val="24"/>
              </w:rPr>
            </w:pPr>
            <w:r w:rsidRPr="00BD797A">
              <w:rPr>
                <w:szCs w:val="24"/>
              </w:rPr>
              <w:t>2</w:t>
            </w:r>
          </w:p>
        </w:tc>
        <w:tc>
          <w:tcPr>
            <w:tcW w:w="5528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6CCE0E" w14:textId="77777777" w:rsidR="00B56470" w:rsidRPr="00BD797A" w:rsidRDefault="00000000">
            <w:pPr>
              <w:rPr>
                <w:szCs w:val="24"/>
              </w:rPr>
            </w:pPr>
            <w:r w:rsidRPr="00BD797A">
              <w:rPr>
                <w:szCs w:val="24"/>
              </w:rPr>
              <w:t>Pełnomocnictwo – jeżeli dotyczy</w:t>
            </w:r>
          </w:p>
        </w:tc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29C149" w14:textId="77777777" w:rsidR="00B56470" w:rsidRPr="00BD797A" w:rsidRDefault="00000000">
            <w:pPr>
              <w:jc w:val="center"/>
              <w:rPr>
                <w:szCs w:val="24"/>
              </w:rPr>
            </w:pPr>
            <w:r w:rsidRPr="00BD797A">
              <w:rPr>
                <w:szCs w:val="24"/>
              </w:rPr>
              <w:t>□</w:t>
            </w:r>
          </w:p>
        </w:tc>
      </w:tr>
      <w:tr w:rsidR="00B56470" w14:paraId="20F05BF6" w14:textId="77777777" w:rsidTr="00CD1BA8">
        <w:trPr>
          <w:trHeight w:val="317"/>
          <w:jc w:val="center"/>
        </w:trPr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BF171C" w14:textId="77777777" w:rsidR="00B56470" w:rsidRPr="00BD797A" w:rsidRDefault="00000000">
            <w:pPr>
              <w:jc w:val="center"/>
              <w:rPr>
                <w:szCs w:val="24"/>
              </w:rPr>
            </w:pPr>
            <w:r w:rsidRPr="00BD797A">
              <w:rPr>
                <w:szCs w:val="24"/>
              </w:rPr>
              <w:t>3</w:t>
            </w:r>
          </w:p>
        </w:tc>
        <w:tc>
          <w:tcPr>
            <w:tcW w:w="5528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E65B8C" w14:textId="77777777" w:rsidR="00B56470" w:rsidRPr="00BD797A" w:rsidRDefault="00000000">
            <w:pPr>
              <w:rPr>
                <w:szCs w:val="24"/>
              </w:rPr>
            </w:pPr>
            <w:r w:rsidRPr="00BD797A">
              <w:rPr>
                <w:szCs w:val="24"/>
              </w:rPr>
              <w:t>Inne dokumenty (wskazać jakie)</w:t>
            </w:r>
          </w:p>
        </w:tc>
        <w:tc>
          <w:tcPr>
            <w:tcW w:w="2563" w:type="dxa"/>
            <w:tcBorders>
              <w:top w:val="single" w:sz="6" w:space="0" w:color="A8B3BC"/>
              <w:left w:val="single" w:sz="6" w:space="0" w:color="A8B3BC"/>
              <w:bottom w:val="single" w:sz="6" w:space="0" w:color="A8B3BC"/>
              <w:right w:val="single" w:sz="6" w:space="0" w:color="A8B3B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52E38C" w14:textId="77777777" w:rsidR="00B56470" w:rsidRPr="00BD797A" w:rsidRDefault="00000000">
            <w:pPr>
              <w:jc w:val="center"/>
              <w:rPr>
                <w:szCs w:val="24"/>
              </w:rPr>
            </w:pPr>
            <w:r w:rsidRPr="00BD797A">
              <w:rPr>
                <w:szCs w:val="24"/>
              </w:rPr>
              <w:t>□</w:t>
            </w:r>
          </w:p>
        </w:tc>
      </w:tr>
    </w:tbl>
    <w:p w14:paraId="4004A7A3" w14:textId="77777777" w:rsidR="00B56470" w:rsidRDefault="00B56470"/>
    <w:p w14:paraId="0D9FE5B2" w14:textId="77777777" w:rsidR="00B56470" w:rsidRDefault="00000000">
      <w:pPr>
        <w:spacing w:after="400"/>
      </w:pPr>
      <w:r>
        <w:t>Miejscowość i data: ....................................................................................</w:t>
      </w:r>
    </w:p>
    <w:p w14:paraId="4A3B8A19" w14:textId="77777777" w:rsidR="00B56470" w:rsidRDefault="00000000">
      <w:pPr>
        <w:jc w:val="center"/>
      </w:pPr>
      <w:r>
        <w:t>....................................................................................................................</w:t>
      </w:r>
    </w:p>
    <w:p w14:paraId="692DAFE8" w14:textId="77777777" w:rsidR="00B56470" w:rsidRDefault="00000000">
      <w:pPr>
        <w:jc w:val="center"/>
      </w:pPr>
      <w:r>
        <w:rPr>
          <w:i/>
          <w:sz w:val="19"/>
        </w:rPr>
        <w:t>(podpis osoby uprawnionej do reprezentowania wykonawcy)</w:t>
      </w:r>
    </w:p>
    <w:sectPr w:rsidR="00B56470" w:rsidSect="00034616">
      <w:headerReference w:type="default" r:id="rId8"/>
      <w:footerReference w:type="default" r:id="rId9"/>
      <w:pgSz w:w="12240" w:h="15840"/>
      <w:pgMar w:top="1134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6D5AD" w14:textId="77777777" w:rsidR="00A12B42" w:rsidRDefault="00A12B42">
      <w:pPr>
        <w:spacing w:after="0" w:line="240" w:lineRule="auto"/>
      </w:pPr>
      <w:r>
        <w:separator/>
      </w:r>
    </w:p>
  </w:endnote>
  <w:endnote w:type="continuationSeparator" w:id="0">
    <w:p w14:paraId="3B1BF5F5" w14:textId="77777777" w:rsidR="00A12B42" w:rsidRDefault="00A12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2996" w14:textId="77777777" w:rsidR="00B56470" w:rsidRDefault="00000000">
    <w:pPr>
      <w:pStyle w:val="Stopka"/>
      <w:jc w:val="center"/>
    </w:pPr>
    <w:r>
      <w:rPr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594AD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95D9B" w14:textId="77777777" w:rsidR="00A12B42" w:rsidRDefault="00A12B42">
      <w:pPr>
        <w:spacing w:after="0" w:line="240" w:lineRule="auto"/>
      </w:pPr>
      <w:r>
        <w:separator/>
      </w:r>
    </w:p>
  </w:footnote>
  <w:footnote w:type="continuationSeparator" w:id="0">
    <w:p w14:paraId="3FD1BCF5" w14:textId="77777777" w:rsidR="00A12B42" w:rsidRDefault="00A12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B9DE3" w14:textId="77777777" w:rsidR="00B56470" w:rsidRDefault="00000000">
    <w:pPr>
      <w:pStyle w:val="Nagwek"/>
      <w:jc w:val="center"/>
    </w:pPr>
    <w:r>
      <w:rPr>
        <w:color w:val="666666"/>
        <w:sz w:val="18"/>
      </w:rPr>
      <w:t xml:space="preserve">Miasto i </w:t>
    </w:r>
    <w:proofErr w:type="spellStart"/>
    <w:r>
      <w:rPr>
        <w:color w:val="666666"/>
        <w:sz w:val="18"/>
      </w:rPr>
      <w:t>Gmina</w:t>
    </w:r>
    <w:proofErr w:type="spellEnd"/>
    <w:r>
      <w:rPr>
        <w:color w:val="666666"/>
        <w:sz w:val="18"/>
      </w:rPr>
      <w:t xml:space="preserve"> Lipsko  •  ul. 1 Maja 2, 27-300 Lipsko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6778697">
    <w:abstractNumId w:val="8"/>
  </w:num>
  <w:num w:numId="2" w16cid:durableId="1180198821">
    <w:abstractNumId w:val="6"/>
  </w:num>
  <w:num w:numId="3" w16cid:durableId="10424896">
    <w:abstractNumId w:val="5"/>
  </w:num>
  <w:num w:numId="4" w16cid:durableId="1691444846">
    <w:abstractNumId w:val="4"/>
  </w:num>
  <w:num w:numId="5" w16cid:durableId="431560387">
    <w:abstractNumId w:val="7"/>
  </w:num>
  <w:num w:numId="6" w16cid:durableId="761726178">
    <w:abstractNumId w:val="3"/>
  </w:num>
  <w:num w:numId="7" w16cid:durableId="626467817">
    <w:abstractNumId w:val="2"/>
  </w:num>
  <w:num w:numId="8" w16cid:durableId="473062124">
    <w:abstractNumId w:val="1"/>
  </w:num>
  <w:num w:numId="9" w16cid:durableId="12568680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44C"/>
    <w:rsid w:val="0015074B"/>
    <w:rsid w:val="00165060"/>
    <w:rsid w:val="0029639D"/>
    <w:rsid w:val="002E6211"/>
    <w:rsid w:val="00326F90"/>
    <w:rsid w:val="00392686"/>
    <w:rsid w:val="003B46FB"/>
    <w:rsid w:val="00425586"/>
    <w:rsid w:val="00431B0C"/>
    <w:rsid w:val="00594AD1"/>
    <w:rsid w:val="005B68C9"/>
    <w:rsid w:val="007640A5"/>
    <w:rsid w:val="008866C2"/>
    <w:rsid w:val="009607C6"/>
    <w:rsid w:val="00A12B42"/>
    <w:rsid w:val="00AA1D8D"/>
    <w:rsid w:val="00B47730"/>
    <w:rsid w:val="00B56470"/>
    <w:rsid w:val="00B82097"/>
    <w:rsid w:val="00BD797A"/>
    <w:rsid w:val="00CB0664"/>
    <w:rsid w:val="00CD1B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EF9DE5"/>
  <w14:defaultImageDpi w14:val="300"/>
  <w15:docId w15:val="{C1A399FD-997B-429E-9823-E6FD3CF7F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9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656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Artur Dygas</cp:lastModifiedBy>
  <cp:revision>13</cp:revision>
  <dcterms:created xsi:type="dcterms:W3CDTF">2026-03-30T09:06:00Z</dcterms:created>
  <dcterms:modified xsi:type="dcterms:W3CDTF">2026-03-30T11:02:00Z</dcterms:modified>
  <cp:category/>
</cp:coreProperties>
</file>