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b/>
          <w:sz w:val="19"/>
        </w:rPr>
        <w:t>Załącznik nr 2</w:t>
      </w:r>
    </w:p>
    <w:p>
      <w:pPr>
        <w:spacing w:after="60"/>
        <w:jc w:val="center"/>
      </w:pPr>
      <w:r>
        <w:rPr>
          <w:b/>
          <w:sz w:val="25"/>
        </w:rPr>
        <w:t>FORMULARZ ZGŁOSZENIOWY KANDYDATA NA PARTNERA</w:t>
      </w:r>
    </w:p>
    <w:p>
      <w:pPr>
        <w:spacing w:after="220"/>
        <w:jc w:val="center"/>
      </w:pPr>
      <w:r>
        <w:rPr>
          <w:sz w:val="18"/>
        </w:rPr>
        <w:t>do wspólnego przygotowania i realizacji projektu w ramach Działania FEPK.14.02</w:t>
        <w:br/>
        <w:t>Cyberbezpieczeństwo w szkołach podstawowych i ponadpodstawowych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I. Dane kandydata na partnera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Nazwa podmiotu: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Adres siedziby: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NIP: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KRS / inny rejestr (nr):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Telefon / e-mail: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Osoba do kontaktu: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>Imię i nazwisko, telefon, adres e-mail: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II. Dotychczasowa działalność i doświadczenie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sz w:val="18"/>
        </w:rPr>
        <w:t>Prosimy o krótkie przedstawienie najważniejszych działań lub projektów, w tym okresu realizacji, roli podmiotu i odbiorców wsparcia. Pola można rozszerzać w wersji elektronicznej.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1. Doświadczenie w pracy z dziećmi i młodzieżą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2. Doświadczenie w organizacji i prowadzeniu działań edukacyjnych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3. Doświadczenie w edukacji cyfrowej, rozwijaniu kompetencji cyfrowych i cyberbezpieczeństwie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4. Doświadczenie w opracowywaniu materiałów i narzędzi dydaktycznych (jeżeli dotyczy)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III. Propozycja udziału w projekcie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Proponowany zakres działań kandydata na partnera (w odniesieniu do pkt II ogłoszenia)</w:t>
            </w:r>
          </w:p>
        </w:tc>
      </w:tr>
      <w:tr>
        <w:trPr>
          <w:cantSplit/>
          <w:trHeight w:val="1191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Deklarowany wkład do partnerstwa oraz zasoby organizacyjne, kadrowe i merytoryczne</w:t>
            </w:r>
          </w:p>
        </w:tc>
      </w:tr>
      <w:tr>
        <w:trPr>
          <w:cantSplit/>
          <w:trHeight w:val="992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IV. Kadra przewidziana do realizacji projektu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sz w:val="18"/>
        </w:rPr>
        <w:t>Należy wskazać osoby lub planowane funkcje, kwalifikacje i doświadczenie oraz proponowane zadania w projekcie.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685"/>
        <w:gridCol w:w="3515"/>
      </w:tblGrid>
      <w:tr>
        <w:trPr>
          <w:cantSplit/>
        </w:trPr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Imię i nazwisko / funkcja</w:t>
            </w:r>
          </w:p>
        </w:tc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Kwalifikacje i doświadczenie</w:t>
            </w:r>
          </w:p>
        </w:tc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Proponowane zadania w projekcie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V. Oświadczenia kandydata</w:t>
            </w:r>
          </w:p>
        </w:tc>
      </w:tr>
    </w:tbl>
    <w:p>
      <w:pPr>
        <w:spacing w:after="0"/>
      </w:pPr>
    </w:p>
    <w:p>
      <w:pPr>
        <w:spacing w:after="60"/>
      </w:pPr>
      <w:r>
        <w:t>Oświadczam(y), że:</w:t>
      </w:r>
    </w:p>
    <w:p>
      <w:pPr>
        <w:spacing w:after="60"/>
        <w:ind w:left="283" w:hanging="283"/>
      </w:pPr>
      <w:r>
        <w:rPr>
          <w:sz w:val="18"/>
        </w:rPr>
        <w:t>1. informacje przedstawione w formularzu są zgodne ze stanem faktycznym;</w:t>
      </w:r>
    </w:p>
    <w:p>
      <w:pPr>
        <w:spacing w:after="60"/>
        <w:ind w:left="283" w:hanging="283"/>
      </w:pPr>
      <w:r>
        <w:rPr>
          <w:sz w:val="18"/>
        </w:rPr>
        <w:t>2. reprezentowany podmiot nie podlega wykluczeniu z możliwości otrzymania dofinansowania na podstawie obowiązujących przepisów i regulaminu naboru FEPK.14.02-IP.01-001/26;</w:t>
      </w:r>
    </w:p>
    <w:p>
      <w:pPr>
        <w:spacing w:after="60"/>
        <w:ind w:left="283" w:hanging="283"/>
      </w:pPr>
      <w:r>
        <w:rPr>
          <w:sz w:val="18"/>
        </w:rPr>
        <w:t>3. deklarujemy gotowość do udziału we wspólnym przygotowaniu wniosku o dofinansowanie oraz do realizacji projektu w przypadku wyboru na partnera.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VI. Załączniki</w:t>
            </w:r>
          </w:p>
        </w:tc>
      </w:tr>
    </w:tbl>
    <w:p>
      <w:pPr>
        <w:spacing w:after="0"/>
      </w:pPr>
    </w:p>
    <w:p>
      <w:pPr>
        <w:spacing w:after="60"/>
      </w:pPr>
      <w:r>
        <w:t>1. Dokument potwierdzający status prawny i sposób reprezentacji podmiotu (np. aktualny odpis/wydruk z właściwego rejestru).</w:t>
      </w:r>
    </w:p>
    <w:p>
      <w:pPr>
        <w:spacing w:after="220"/>
      </w:pPr>
      <w:r>
        <w:t>2. Pełnomocnictwo, jeżeli zgłoszenie podpisuje osoba niewskazana jako uprawniona do reprezentacji w odpowiednim rejestrze.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669"/>
      </w:tblGrid>
      <w:tr>
        <w:trPr>
          <w:cantSplit/>
        </w:trPr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9"/>
              </w:rPr>
              <w:t>Data: ................................................</w:t>
            </w:r>
          </w:p>
        </w:tc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9"/>
              </w:rPr>
              <w:t>Miejscowość: ................................................</w:t>
            </w:r>
          </w:p>
        </w:tc>
      </w:tr>
      <w:tr>
        <w:trPr>
          <w:cantSplit/>
        </w:trPr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>..................................................................................</w:t>
              <w:br/>
              <w:t>Podpis osoby/osób uprawnionych do reprezentacji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92" w:right="1191" w:bottom="992" w:left="1191" w:header="482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46464"/>
        <w:sz w:val="16"/>
      </w:rPr>
      <w:t>FEPK.14.02-IP.01-001/26  |  Gmina Brzyska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1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partnera - FEPK.14.02</dc:title>
  <dc:subject>Gmina Brzyska - nabór partnera</dc:subject>
  <dc:creator>Gmina Brzyska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