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3BB173" w14:textId="77777777" w:rsidR="00044CAD" w:rsidRDefault="00000000">
      <w:pPr>
        <w:pStyle w:val="Tytu"/>
      </w:pPr>
      <w:r>
        <w:t>KARTA ZGŁOSZENIA</w:t>
      </w:r>
    </w:p>
    <w:p w14:paraId="72135846" w14:textId="77777777" w:rsidR="00044CAD" w:rsidRDefault="00000000">
      <w:pPr>
        <w:pStyle w:val="Podtytu"/>
      </w:pPr>
      <w:r>
        <w:t xml:space="preserve">Warsztaty fotografii otworkowej i plener | 26-27 </w:t>
      </w:r>
      <w:proofErr w:type="spellStart"/>
      <w:r>
        <w:t>września</w:t>
      </w:r>
      <w:proofErr w:type="spellEnd"/>
      <w:r>
        <w:t xml:space="preserve"> 2026 r.</w:t>
      </w:r>
    </w:p>
    <w:p w14:paraId="3464D2FF" w14:textId="77777777" w:rsidR="00011B51" w:rsidRPr="00011B51" w:rsidRDefault="00011B51" w:rsidP="00011B51"/>
    <w:p w14:paraId="6B2E6AEA" w14:textId="1AFF4653" w:rsidR="00044CAD" w:rsidRDefault="00000000">
      <w:r>
        <w:t>Ryszard Karczmarski | Biblioteka Pedagogiczna w Łosicach</w:t>
      </w:r>
      <w:r>
        <w:br/>
        <w:t xml:space="preserve">ul. Piłsudskiego 9 </w:t>
      </w:r>
    </w:p>
    <w:p w14:paraId="6EC88C04" w14:textId="77777777" w:rsidR="00044CAD" w:rsidRPr="00011B51" w:rsidRDefault="00000000">
      <w:pPr>
        <w:rPr>
          <w:b/>
          <w:bCs/>
        </w:rPr>
      </w:pPr>
      <w:r w:rsidRPr="00011B51">
        <w:rPr>
          <w:b/>
          <w:bCs/>
        </w:rPr>
        <w:t>Projekt „LUDZIE. MIEJSCA. KSZTAŁTY - powiat łosicki w obiektywie”.</w:t>
      </w:r>
      <w:r w:rsidRPr="00011B51">
        <w:rPr>
          <w:b/>
          <w:bCs/>
        </w:rPr>
        <w:br/>
        <w:t>Projekt finansowany ze środków Powiatu Łosickiego.</w:t>
      </w:r>
    </w:p>
    <w:p w14:paraId="1EB05CC8" w14:textId="20871D72" w:rsidR="00044CAD" w:rsidRDefault="00000000">
      <w:proofErr w:type="spellStart"/>
      <w:r>
        <w:t>Wyślij</w:t>
      </w:r>
      <w:proofErr w:type="spellEnd"/>
      <w:r>
        <w:t xml:space="preserve"> </w:t>
      </w:r>
      <w:proofErr w:type="spellStart"/>
      <w:r>
        <w:t>na</w:t>
      </w:r>
      <w:proofErr w:type="spellEnd"/>
      <w:r>
        <w:t xml:space="preserve"> </w:t>
      </w:r>
      <w:r w:rsidR="00011B51">
        <w:t>aska@losice.info</w:t>
      </w:r>
      <w:r>
        <w:t xml:space="preserve"> do 12 </w:t>
      </w:r>
      <w:proofErr w:type="spellStart"/>
      <w:r>
        <w:t>września</w:t>
      </w:r>
      <w:proofErr w:type="spellEnd"/>
      <w:r>
        <w:t xml:space="preserve"> 2026 r., godz. 24.00.</w:t>
      </w:r>
    </w:p>
    <w:p w14:paraId="6EE42AB6" w14:textId="77777777" w:rsidR="00044CAD" w:rsidRDefault="00000000">
      <w:pPr>
        <w:pStyle w:val="Nagwek1"/>
      </w:pPr>
      <w:r>
        <w:t>Dane kandydata</w:t>
      </w:r>
    </w:p>
    <w:p w14:paraId="424781F3" w14:textId="77777777" w:rsidR="00044CAD" w:rsidRDefault="00000000">
      <w:r>
        <w:t>Imię i nazwisko: ........................................................................................................</w:t>
      </w:r>
    </w:p>
    <w:p w14:paraId="4C512E74" w14:textId="77777777" w:rsidR="00044CAD" w:rsidRDefault="00000000">
      <w:r>
        <w:t>Data urodzenia: ...................................  Telefon: .....................................................</w:t>
      </w:r>
    </w:p>
    <w:p w14:paraId="616FF68C" w14:textId="77777777" w:rsidR="00044CAD" w:rsidRDefault="00000000">
      <w:r>
        <w:t>E-mail: .....................................................................................................................</w:t>
      </w:r>
    </w:p>
    <w:p w14:paraId="1F5253F8" w14:textId="77777777" w:rsidR="00044CAD" w:rsidRDefault="00000000">
      <w:r>
        <w:t>Miejscowość i powiat zamieszkania lub pochodzenia:</w:t>
      </w:r>
    </w:p>
    <w:p w14:paraId="346C1548" w14:textId="77777777" w:rsidR="00044CAD" w:rsidRDefault="00000000">
      <w:r>
        <w:t>................................................................................................................................</w:t>
      </w:r>
    </w:p>
    <w:p w14:paraId="317929DF" w14:textId="77777777" w:rsidR="00044CAD" w:rsidRDefault="00000000">
      <w:pPr>
        <w:pStyle w:val="Nagwek1"/>
      </w:pPr>
      <w:r>
        <w:t>Doświadczenie fotograficzne i portfolio</w:t>
      </w:r>
    </w:p>
    <w:p w14:paraId="10482B21" w14:textId="77777777" w:rsidR="00044CAD" w:rsidRDefault="00000000">
      <w:r>
        <w:t>Stopień zaawansowania (zaznacz):</w:t>
      </w:r>
      <w:r>
        <w:br/>
        <w:t>☐ początkujący     ☐ średniozaawansowany     ☐ zaawansowany</w:t>
      </w:r>
    </w:p>
    <w:p w14:paraId="3BAB3FAB" w14:textId="77777777" w:rsidR="00044CAD" w:rsidRDefault="00000000">
      <w:r>
        <w:t>Link do portfolio: .....................................................................................................</w:t>
      </w:r>
      <w:r>
        <w:br/>
        <w:t>lub załącz maksymalnie 5 własnych zdjęć poglądowych.</w:t>
      </w:r>
    </w:p>
    <w:p w14:paraId="33B6632E" w14:textId="77777777" w:rsidR="00044CAD" w:rsidRDefault="00000000">
      <w:r>
        <w:t>Jeśli zabraknie miejsc z zapewnionym aparatem otworkowym, zgadzam się na udział jako słuchacz z własnym aparatem lub telefonem:  ☐ tak   ☐ nie</w:t>
      </w:r>
    </w:p>
    <w:p w14:paraId="7707B04D" w14:textId="77777777" w:rsidR="00044CAD" w:rsidRDefault="00000000">
      <w:pPr>
        <w:pStyle w:val="Nagwek1"/>
      </w:pPr>
      <w:r>
        <w:t>Oświadczenia (zaznacz)</w:t>
      </w:r>
    </w:p>
    <w:p w14:paraId="7D037CF2" w14:textId="77777777" w:rsidR="00044CAD" w:rsidRDefault="00000000">
      <w:r>
        <w:t>☐ Jestem osobą pełnoletnią i akceptuję regulamin. Wezmę udział w obu dniach zajęć. Przekażę prace na wystawę i zgadzam się na ich publikację w mediach w związku z projektem, z podpisem autora i zachowaniem moich praw autorskich.</w:t>
      </w:r>
    </w:p>
    <w:p w14:paraId="09DD3D3D" w14:textId="77777777" w:rsidR="00044CAD" w:rsidRDefault="00000000">
      <w:r>
        <w:t>☐ Wyrażam zgodę na przetwarzanie przez PSAK w Łosicach danych podanych w zgłoszeniu w celu rekrutacji i organizacji mojego udziału w warsztatach oraz plenerze 26-27 września 2026 r.</w:t>
      </w:r>
    </w:p>
    <w:p w14:paraId="0783013D" w14:textId="77777777" w:rsidR="00044CAD" w:rsidRDefault="00000000">
      <w:pPr>
        <w:pStyle w:val="Nagwek1"/>
      </w:pPr>
      <w:r>
        <w:t>Podstawowa informacja o danych osobowych</w:t>
      </w:r>
    </w:p>
    <w:p w14:paraId="47D33DDA" w14:textId="77777777" w:rsidR="00044CAD" w:rsidRDefault="00000000">
      <w:r>
        <w:t xml:space="preserve">Administratorem danych jest Powiatowe Stowarzyszenie Animatorów Kultury w Łosicach, ul. Piłsudskiego 4, 08-200 Łosice; kontakt: psak.losice@interia.pl. Podanie danych jest dobrowolne, ale potrzebne do rozpatrzenia zgłoszenia. Możesz uzyskać dostęp do swoich danych, żądać ich poprawienia, usunięcia lub ograniczenia przetwarzania oraz złożyć skargę do Prezesa UODO. Zgodę możesz wycofać, pisząc na powyższy adres, bez wpływu na zgodność z </w:t>
      </w:r>
      <w:proofErr w:type="spellStart"/>
      <w:r>
        <w:t>prawem</w:t>
      </w:r>
      <w:proofErr w:type="spellEnd"/>
      <w:r>
        <w:t xml:space="preserve"> </w:t>
      </w:r>
      <w:proofErr w:type="spellStart"/>
      <w:r>
        <w:t>wcześniejszego</w:t>
      </w:r>
      <w:proofErr w:type="spellEnd"/>
      <w:r>
        <w:t xml:space="preserve"> </w:t>
      </w:r>
      <w:proofErr w:type="spellStart"/>
      <w:r>
        <w:t>przetwarzania</w:t>
      </w:r>
      <w:proofErr w:type="spellEnd"/>
      <w:r>
        <w:t>.</w:t>
      </w:r>
    </w:p>
    <w:p w14:paraId="501253C6" w14:textId="77777777" w:rsidR="00011B51" w:rsidRDefault="00011B51"/>
    <w:p w14:paraId="0DF8B2FC" w14:textId="77777777" w:rsidR="00044CAD" w:rsidRDefault="00000000">
      <w:r>
        <w:t>Data i podpis / wpisane imię i nazwisko:</w:t>
      </w:r>
      <w:r>
        <w:br/>
        <w:t>................................................................................................................................</w:t>
      </w:r>
    </w:p>
    <w:p w14:paraId="18F71869" w14:textId="77777777" w:rsidR="00044CAD" w:rsidRPr="00011B51" w:rsidRDefault="00000000">
      <w:pPr>
        <w:rPr>
          <w:b/>
          <w:bCs/>
        </w:rPr>
      </w:pPr>
      <w:r w:rsidRPr="00011B51">
        <w:rPr>
          <w:b/>
          <w:bCs/>
        </w:rPr>
        <w:t>Przy zgłoszeniu e-mailem nie trzeba drukować ani skanować karty.</w:t>
      </w:r>
    </w:p>
    <w:sectPr w:rsidR="00044CAD" w:rsidRPr="00011B51" w:rsidSect="00034616">
      <w:headerReference w:type="default" r:id="rId8"/>
      <w:footerReference w:type="default" r:id="rId9"/>
      <w:pgSz w:w="11906" w:h="16838"/>
      <w:pgMar w:top="850" w:right="1020" w:bottom="850" w:left="102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076B78" w14:textId="77777777" w:rsidR="00157CB0" w:rsidRDefault="00157CB0">
      <w:pPr>
        <w:spacing w:after="0" w:line="240" w:lineRule="auto"/>
      </w:pPr>
      <w:r>
        <w:separator/>
      </w:r>
    </w:p>
  </w:endnote>
  <w:endnote w:type="continuationSeparator" w:id="0">
    <w:p w14:paraId="0ADCE8AB" w14:textId="77777777" w:rsidR="00157CB0" w:rsidRDefault="00157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3E5E8" w14:textId="77777777" w:rsidR="00044CAD" w:rsidRDefault="00044CAD">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48E895" w14:textId="77777777" w:rsidR="00157CB0" w:rsidRDefault="00157CB0">
      <w:pPr>
        <w:spacing w:after="0" w:line="240" w:lineRule="auto"/>
      </w:pPr>
      <w:r>
        <w:separator/>
      </w:r>
    </w:p>
  </w:footnote>
  <w:footnote w:type="continuationSeparator" w:id="0">
    <w:p w14:paraId="164A3B7A" w14:textId="77777777" w:rsidR="00157CB0" w:rsidRDefault="00157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D78C97" w14:textId="77777777" w:rsidR="00044CAD" w:rsidRDefault="00044CAD">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086000674">
    <w:abstractNumId w:val="8"/>
  </w:num>
  <w:num w:numId="2" w16cid:durableId="1546484387">
    <w:abstractNumId w:val="6"/>
  </w:num>
  <w:num w:numId="3" w16cid:durableId="1860199845">
    <w:abstractNumId w:val="5"/>
  </w:num>
  <w:num w:numId="4" w16cid:durableId="1476218476">
    <w:abstractNumId w:val="4"/>
  </w:num>
  <w:num w:numId="5" w16cid:durableId="100957278">
    <w:abstractNumId w:val="7"/>
  </w:num>
  <w:num w:numId="6" w16cid:durableId="777795889">
    <w:abstractNumId w:val="3"/>
  </w:num>
  <w:num w:numId="7" w16cid:durableId="708802560">
    <w:abstractNumId w:val="2"/>
  </w:num>
  <w:num w:numId="8" w16cid:durableId="1111899889">
    <w:abstractNumId w:val="1"/>
  </w:num>
  <w:num w:numId="9" w16cid:durableId="5330837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B51"/>
    <w:rsid w:val="00034616"/>
    <w:rsid w:val="00044CAD"/>
    <w:rsid w:val="0006063C"/>
    <w:rsid w:val="0015074B"/>
    <w:rsid w:val="00157CB0"/>
    <w:rsid w:val="0029639D"/>
    <w:rsid w:val="00326F90"/>
    <w:rsid w:val="00AA1D8D"/>
    <w:rsid w:val="00B47730"/>
    <w:rsid w:val="00CB0664"/>
    <w:rsid w:val="00E03D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D20C0"/>
  <w14:defaultImageDpi w14:val="300"/>
  <w15:docId w15:val="{20FEDF74-F724-2F42-B234-EF78229D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60" w:line="250" w:lineRule="auto"/>
    </w:pPr>
    <w:rPr>
      <w:rFonts w:ascii="Arial" w:hAnsi="Arial"/>
      <w:color w:val="000000"/>
    </w:rPr>
  </w:style>
  <w:style w:type="paragraph" w:styleId="Nagwek1">
    <w:name w:val="heading 1"/>
    <w:basedOn w:val="Normalny"/>
    <w:next w:val="Normalny"/>
    <w:link w:val="Nagwek1Znak"/>
    <w:uiPriority w:val="9"/>
    <w:qFormat/>
    <w:rsid w:val="00FC693F"/>
    <w:pPr>
      <w:keepNext/>
      <w:keepLines/>
      <w:spacing w:before="120" w:after="80"/>
      <w:outlineLvl w:val="0"/>
    </w:pPr>
    <w:rPr>
      <w:rFonts w:asciiTheme="majorHAnsi" w:eastAsiaTheme="majorEastAsia" w:hAnsiTheme="majorHAnsi" w:cstheme="majorBidi"/>
      <w:b/>
      <w:bCs/>
      <w:szCs w:val="28"/>
    </w:rPr>
  </w:style>
  <w:style w:type="paragraph" w:styleId="Nagwek2">
    <w:name w:val="heading 2"/>
    <w:basedOn w:val="Normalny"/>
    <w:next w:val="Normalny"/>
    <w:link w:val="Nagwek2Znak"/>
    <w:uiPriority w:val="9"/>
    <w:unhideWhenUsed/>
    <w:qFormat/>
    <w:rsid w:val="00FC693F"/>
    <w:pPr>
      <w:keepNext/>
      <w:keepLines/>
      <w:spacing w:before="160" w:after="60"/>
      <w:outlineLvl w:val="1"/>
    </w:pPr>
    <w:rPr>
      <w:rFonts w:asciiTheme="majorHAnsi" w:eastAsiaTheme="majorEastAsia" w:hAnsiTheme="majorHAnsi" w:cstheme="majorBidi"/>
      <w:b/>
      <w:bCs/>
      <w:color w:val="203864"/>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80"/>
      <w:contextualSpacing/>
    </w:pPr>
    <w:rPr>
      <w:rFonts w:asciiTheme="majorHAnsi" w:eastAsiaTheme="majorEastAsia" w:hAnsiTheme="majorHAnsi" w:cstheme="majorBidi"/>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spacing w:after="80"/>
    </w:pPr>
    <w:rPr>
      <w:rFonts w:asciiTheme="majorHAnsi" w:eastAsiaTheme="majorEastAsia" w:hAnsiTheme="majorHAnsi" w:cstheme="majorBidi"/>
      <w:i/>
      <w:iCs/>
      <w:spacing w:val="15"/>
      <w:sz w:val="21"/>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rPr>
      <w:sz w:val="21"/>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rPr>
      <w:sz w:val="21"/>
    </w:r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 Title"/>
    <w:basedOn w:val="Normalny"/>
    <w:pPr>
      <w:keepNext/>
      <w:spacing w:after="100" w:line="252" w:lineRule="auto"/>
    </w:pPr>
    <w:rPr>
      <w:b/>
      <w:color w:val="203864"/>
      <w:sz w:val="34"/>
    </w:rPr>
  </w:style>
  <w:style w:type="paragraph" w:customStyle="1" w:styleId="FormHeading">
    <w:name w:val="Form Heading"/>
    <w:basedOn w:val="Normalny"/>
    <w:pPr>
      <w:keepNext/>
      <w:spacing w:before="140" w:after="100" w:line="252" w:lineRule="auto"/>
    </w:pPr>
    <w:rPr>
      <w:b/>
      <w:color w:val="203864"/>
    </w:rPr>
  </w:style>
  <w:style w:type="paragraph" w:customStyle="1" w:styleId="FormText">
    <w:name w:val="Form Text"/>
    <w:basedOn w:val="Normalny"/>
    <w:pPr>
      <w:spacing w:after="100" w:line="252" w:lineRule="auto"/>
    </w:pPr>
    <w:rPr>
      <w:sz w:val="20"/>
    </w:rPr>
  </w:style>
  <w:style w:type="paragraph" w:customStyle="1" w:styleId="FormSmall">
    <w:name w:val="Form Small"/>
    <w:basedOn w:val="Normalny"/>
    <w:pPr>
      <w:spacing w:after="100" w:line="252"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267</Words>
  <Characters>2272</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 fotografia otworkowa i plener</dc:title>
  <dc:subject>Pierwszy moduł projektu LUDZIE. MIEJSCA. KSZTAŁTY</dc:subject>
  <dc:creator>Powiatowe Stowarzyszenie Animatorów Kultury w Łosicach</dc:creator>
  <cp:keywords/>
  <dc:description>generated by python-docx</dc:description>
  <cp:lastModifiedBy>Joanna GĄSKA</cp:lastModifiedBy>
  <cp:revision>2</cp:revision>
  <dcterms:created xsi:type="dcterms:W3CDTF">2026-09-07T11:16:00Z</dcterms:created>
  <dcterms:modified xsi:type="dcterms:W3CDTF">2026-09-07T11:16:00Z</dcterms:modified>
  <cp:category/>
</cp:coreProperties>
</file>