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7E9B2" w14:textId="77777777" w:rsidR="0023332F" w:rsidRDefault="00000000">
      <w:pPr>
        <w:jc w:val="center"/>
      </w:pPr>
      <w:r>
        <w:rPr>
          <w:b/>
          <w:sz w:val="28"/>
        </w:rPr>
        <w:t>FORMULARZ ZGŁASZANIA UWAG I OPINII</w:t>
      </w:r>
    </w:p>
    <w:p w14:paraId="06ED24D7" w14:textId="77777777" w:rsidR="0023332F" w:rsidRDefault="00000000">
      <w:pPr>
        <w:jc w:val="center"/>
      </w:pPr>
      <w:r>
        <w:t>do projektu Rocznego Programu Współpracy Gminy Zabrodzie z organizacjami pozarządowymi oraz podmiotami wymienionymi w art. 3 ust. 3 ustawy o działalności pożytku publicznego i o wolontariacie na 2027 rok</w:t>
      </w:r>
    </w:p>
    <w:p w14:paraId="52AAF10B" w14:textId="77777777" w:rsidR="0023332F" w:rsidRDefault="00000000">
      <w:pPr>
        <w:jc w:val="both"/>
      </w:pPr>
      <w:r>
        <w:t>Nazwa organizacji/podmiotu: ................................................................................................................</w:t>
      </w:r>
    </w:p>
    <w:p w14:paraId="02EE21E5" w14:textId="77777777" w:rsidR="0023332F" w:rsidRDefault="00000000">
      <w:pPr>
        <w:jc w:val="both"/>
      </w:pPr>
      <w:r>
        <w:t>Adres siedziby: ....................................................................................................................................</w:t>
      </w:r>
    </w:p>
    <w:p w14:paraId="0496FB14" w14:textId="77777777" w:rsidR="0023332F" w:rsidRDefault="00000000">
      <w:pPr>
        <w:jc w:val="both"/>
      </w:pPr>
      <w:r>
        <w:t>Osoba do kontaktu (opcjonalnie): .........................................................................................................</w:t>
      </w:r>
    </w:p>
    <w:p w14:paraId="2F2ADA2D" w14:textId="77777777" w:rsidR="0023332F" w:rsidRDefault="00000000">
      <w:pPr>
        <w:jc w:val="both"/>
      </w:pPr>
      <w:r>
        <w:t>Telefon lub adres e-mail do kontaktu (opcjonalnie): .............................................................................</w:t>
      </w:r>
    </w:p>
    <w:p w14:paraId="1A00CBC1" w14:textId="77777777" w:rsidR="0023332F" w:rsidRDefault="00000000">
      <w:pPr>
        <w:jc w:val="both"/>
      </w:pPr>
      <w:r>
        <w:rPr>
          <w:b/>
        </w:rPr>
        <w:t>Uwagi do projektu programu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361"/>
        <w:gridCol w:w="2363"/>
        <w:gridCol w:w="2364"/>
        <w:gridCol w:w="2364"/>
      </w:tblGrid>
      <w:tr w:rsidR="0023332F" w14:paraId="495D3313" w14:textId="77777777">
        <w:trPr>
          <w:jc w:val="center"/>
        </w:trPr>
        <w:tc>
          <w:tcPr>
            <w:tcW w:w="2365" w:type="dxa"/>
          </w:tcPr>
          <w:p w14:paraId="2B95666C" w14:textId="77777777" w:rsidR="0023332F" w:rsidRDefault="00000000">
            <w:r>
              <w:t>Lp.</w:t>
            </w:r>
          </w:p>
        </w:tc>
        <w:tc>
          <w:tcPr>
            <w:tcW w:w="2365" w:type="dxa"/>
          </w:tcPr>
          <w:p w14:paraId="1D86FB04" w14:textId="77777777" w:rsidR="0023332F" w:rsidRDefault="00000000">
            <w:r>
              <w:t>Rozdział / paragraf</w:t>
            </w:r>
          </w:p>
        </w:tc>
        <w:tc>
          <w:tcPr>
            <w:tcW w:w="2365" w:type="dxa"/>
          </w:tcPr>
          <w:p w14:paraId="5E588601" w14:textId="77777777" w:rsidR="0023332F" w:rsidRDefault="00000000">
            <w:r>
              <w:t>Proponowana zmiana / treść uwagi</w:t>
            </w:r>
          </w:p>
        </w:tc>
        <w:tc>
          <w:tcPr>
            <w:tcW w:w="2365" w:type="dxa"/>
          </w:tcPr>
          <w:p w14:paraId="0519C9BE" w14:textId="77777777" w:rsidR="0023332F" w:rsidRDefault="00000000">
            <w:r>
              <w:t>Uzasadnienie</w:t>
            </w:r>
          </w:p>
        </w:tc>
      </w:tr>
      <w:tr w:rsidR="0023332F" w14:paraId="4E60458A" w14:textId="77777777">
        <w:trPr>
          <w:jc w:val="center"/>
        </w:trPr>
        <w:tc>
          <w:tcPr>
            <w:tcW w:w="2365" w:type="dxa"/>
          </w:tcPr>
          <w:p w14:paraId="177D2A75" w14:textId="77777777" w:rsidR="0023332F" w:rsidRDefault="00000000">
            <w:r>
              <w:t>1</w:t>
            </w:r>
          </w:p>
        </w:tc>
        <w:tc>
          <w:tcPr>
            <w:tcW w:w="2365" w:type="dxa"/>
          </w:tcPr>
          <w:p w14:paraId="37D29A14" w14:textId="77777777" w:rsidR="0023332F" w:rsidRDefault="00000000">
            <w:r>
              <w:br/>
            </w:r>
            <w:r>
              <w:br/>
            </w:r>
            <w:r>
              <w:br/>
            </w:r>
          </w:p>
        </w:tc>
        <w:tc>
          <w:tcPr>
            <w:tcW w:w="2365" w:type="dxa"/>
          </w:tcPr>
          <w:p w14:paraId="256DC75C" w14:textId="77777777" w:rsidR="0023332F" w:rsidRDefault="00000000">
            <w:r>
              <w:br/>
            </w:r>
            <w:r>
              <w:br/>
            </w:r>
            <w:r>
              <w:br/>
            </w:r>
          </w:p>
        </w:tc>
        <w:tc>
          <w:tcPr>
            <w:tcW w:w="2365" w:type="dxa"/>
          </w:tcPr>
          <w:p w14:paraId="7F85E2F1" w14:textId="77777777" w:rsidR="0023332F" w:rsidRDefault="00000000">
            <w:r>
              <w:br/>
            </w:r>
            <w:r>
              <w:br/>
            </w:r>
            <w:r>
              <w:br/>
            </w:r>
          </w:p>
        </w:tc>
      </w:tr>
      <w:tr w:rsidR="0023332F" w14:paraId="0BB03CD7" w14:textId="77777777">
        <w:trPr>
          <w:jc w:val="center"/>
        </w:trPr>
        <w:tc>
          <w:tcPr>
            <w:tcW w:w="2365" w:type="dxa"/>
          </w:tcPr>
          <w:p w14:paraId="5E58A110" w14:textId="77777777" w:rsidR="0023332F" w:rsidRDefault="00000000">
            <w:r>
              <w:t>2</w:t>
            </w:r>
          </w:p>
        </w:tc>
        <w:tc>
          <w:tcPr>
            <w:tcW w:w="2365" w:type="dxa"/>
          </w:tcPr>
          <w:p w14:paraId="0927CC2A" w14:textId="77777777" w:rsidR="0023332F" w:rsidRDefault="00000000">
            <w:r>
              <w:br/>
            </w:r>
            <w:r>
              <w:br/>
            </w:r>
            <w:r>
              <w:br/>
            </w:r>
          </w:p>
        </w:tc>
        <w:tc>
          <w:tcPr>
            <w:tcW w:w="2365" w:type="dxa"/>
          </w:tcPr>
          <w:p w14:paraId="56D02991" w14:textId="77777777" w:rsidR="0023332F" w:rsidRDefault="00000000">
            <w:r>
              <w:br/>
            </w:r>
            <w:r>
              <w:br/>
            </w:r>
            <w:r>
              <w:br/>
            </w:r>
          </w:p>
        </w:tc>
        <w:tc>
          <w:tcPr>
            <w:tcW w:w="2365" w:type="dxa"/>
          </w:tcPr>
          <w:p w14:paraId="0AD7965E" w14:textId="77777777" w:rsidR="0023332F" w:rsidRDefault="00000000">
            <w:r>
              <w:br/>
            </w:r>
            <w:r>
              <w:br/>
            </w:r>
            <w:r>
              <w:br/>
            </w:r>
          </w:p>
        </w:tc>
      </w:tr>
      <w:tr w:rsidR="0023332F" w14:paraId="3CD49A0D" w14:textId="77777777">
        <w:trPr>
          <w:jc w:val="center"/>
        </w:trPr>
        <w:tc>
          <w:tcPr>
            <w:tcW w:w="2365" w:type="dxa"/>
          </w:tcPr>
          <w:p w14:paraId="031AA96C" w14:textId="77777777" w:rsidR="0023332F" w:rsidRDefault="00000000">
            <w:r>
              <w:t>3</w:t>
            </w:r>
          </w:p>
        </w:tc>
        <w:tc>
          <w:tcPr>
            <w:tcW w:w="2365" w:type="dxa"/>
          </w:tcPr>
          <w:p w14:paraId="30E2593F" w14:textId="77777777" w:rsidR="0023332F" w:rsidRDefault="00000000">
            <w:r>
              <w:br/>
            </w:r>
            <w:r>
              <w:br/>
            </w:r>
            <w:r>
              <w:br/>
            </w:r>
          </w:p>
        </w:tc>
        <w:tc>
          <w:tcPr>
            <w:tcW w:w="2365" w:type="dxa"/>
          </w:tcPr>
          <w:p w14:paraId="76868487" w14:textId="77777777" w:rsidR="0023332F" w:rsidRDefault="00000000">
            <w:r>
              <w:br/>
            </w:r>
            <w:r>
              <w:br/>
            </w:r>
            <w:r>
              <w:br/>
            </w:r>
          </w:p>
        </w:tc>
        <w:tc>
          <w:tcPr>
            <w:tcW w:w="2365" w:type="dxa"/>
          </w:tcPr>
          <w:p w14:paraId="21971A31" w14:textId="77777777" w:rsidR="0023332F" w:rsidRDefault="00000000">
            <w:r>
              <w:br/>
            </w:r>
            <w:r>
              <w:br/>
            </w:r>
            <w:r>
              <w:br/>
            </w:r>
          </w:p>
        </w:tc>
      </w:tr>
      <w:tr w:rsidR="0023332F" w14:paraId="00BA6FD0" w14:textId="77777777">
        <w:trPr>
          <w:jc w:val="center"/>
        </w:trPr>
        <w:tc>
          <w:tcPr>
            <w:tcW w:w="2365" w:type="dxa"/>
          </w:tcPr>
          <w:p w14:paraId="4326ACCE" w14:textId="77777777" w:rsidR="0023332F" w:rsidRDefault="00000000">
            <w:r>
              <w:t>4</w:t>
            </w:r>
          </w:p>
        </w:tc>
        <w:tc>
          <w:tcPr>
            <w:tcW w:w="2365" w:type="dxa"/>
          </w:tcPr>
          <w:p w14:paraId="3DC02AA3" w14:textId="77777777" w:rsidR="0023332F" w:rsidRDefault="00000000">
            <w:r>
              <w:br/>
            </w:r>
            <w:r>
              <w:br/>
            </w:r>
            <w:r>
              <w:br/>
            </w:r>
          </w:p>
        </w:tc>
        <w:tc>
          <w:tcPr>
            <w:tcW w:w="2365" w:type="dxa"/>
          </w:tcPr>
          <w:p w14:paraId="103073DA" w14:textId="77777777" w:rsidR="0023332F" w:rsidRDefault="00000000">
            <w:r>
              <w:br/>
            </w:r>
            <w:r>
              <w:br/>
            </w:r>
            <w:r>
              <w:br/>
            </w:r>
          </w:p>
        </w:tc>
        <w:tc>
          <w:tcPr>
            <w:tcW w:w="2365" w:type="dxa"/>
          </w:tcPr>
          <w:p w14:paraId="2DD9345C" w14:textId="77777777" w:rsidR="0023332F" w:rsidRDefault="00000000">
            <w:r>
              <w:br/>
            </w:r>
            <w:r>
              <w:br/>
            </w:r>
            <w:r>
              <w:br/>
            </w:r>
          </w:p>
        </w:tc>
      </w:tr>
    </w:tbl>
    <w:p w14:paraId="0B602F7F" w14:textId="77777777" w:rsidR="0023332F" w:rsidRDefault="00000000">
      <w:pPr>
        <w:jc w:val="both"/>
      </w:pPr>
      <w:r>
        <w:t>Uwagi ogólne (opcjonalnie):</w:t>
      </w:r>
    </w:p>
    <w:p w14:paraId="040ABFB5" w14:textId="77777777" w:rsidR="0023332F" w:rsidRDefault="00000000">
      <w:pPr>
        <w:jc w:val="both"/>
      </w:pPr>
      <w:r>
        <w:t>..........................................................................................................................................................</w:t>
      </w:r>
    </w:p>
    <w:p w14:paraId="2B6933F2" w14:textId="77777777" w:rsidR="0023332F" w:rsidRDefault="00000000">
      <w:pPr>
        <w:jc w:val="both"/>
      </w:pPr>
      <w:r>
        <w:t>..........................................................................................................................................................</w:t>
      </w:r>
    </w:p>
    <w:p w14:paraId="7DFA9B0C" w14:textId="77777777" w:rsidR="0023332F" w:rsidRDefault="00000000">
      <w:pPr>
        <w:jc w:val="both"/>
      </w:pPr>
      <w:r>
        <w:t>Data: …………………………                    Podpis osoby upoważnionej: …………………………………</w:t>
      </w:r>
    </w:p>
    <w:p w14:paraId="121B1289" w14:textId="77777777" w:rsidR="0023332F" w:rsidRDefault="00000000">
      <w:pPr>
        <w:jc w:val="both"/>
      </w:pPr>
      <w:r>
        <w:t>Informacja: formularz należy dostarczyć w terminie i w sposób wskazany w ogłoszeniu Wójta Gminy Zabrodzie. Podanie danych kontaktowych jest dobrowolne i służy wyłącznie usprawnieniu komunikacji w toku konsultacji.</w:t>
      </w:r>
    </w:p>
    <w:sectPr w:rsidR="0023332F" w:rsidSect="00034616">
      <w:pgSz w:w="12240" w:h="15840"/>
      <w:pgMar w:top="1304" w:right="1361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51677989">
    <w:abstractNumId w:val="8"/>
  </w:num>
  <w:num w:numId="2" w16cid:durableId="2121335728">
    <w:abstractNumId w:val="6"/>
  </w:num>
  <w:num w:numId="3" w16cid:durableId="2082091955">
    <w:abstractNumId w:val="5"/>
  </w:num>
  <w:num w:numId="4" w16cid:durableId="1512452849">
    <w:abstractNumId w:val="4"/>
  </w:num>
  <w:num w:numId="5" w16cid:durableId="1025866992">
    <w:abstractNumId w:val="7"/>
  </w:num>
  <w:num w:numId="6" w16cid:durableId="1841771528">
    <w:abstractNumId w:val="3"/>
  </w:num>
  <w:num w:numId="7" w16cid:durableId="1642881361">
    <w:abstractNumId w:val="2"/>
  </w:num>
  <w:num w:numId="8" w16cid:durableId="1724712684">
    <w:abstractNumId w:val="1"/>
  </w:num>
  <w:num w:numId="9" w16cid:durableId="1552417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2AE3"/>
    <w:rsid w:val="0023332F"/>
    <w:rsid w:val="0029639D"/>
    <w:rsid w:val="00326F90"/>
    <w:rsid w:val="00AA1D8D"/>
    <w:rsid w:val="00B47730"/>
    <w:rsid w:val="00CB0664"/>
    <w:rsid w:val="00EE660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02AB0F"/>
  <w14:defaultImageDpi w14:val="300"/>
  <w15:docId w15:val="{A648D60A-88D4-4DCB-9597-3E57F23EA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/>
    </w:pPr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GOPS Zabrodzie</cp:lastModifiedBy>
  <cp:revision>2</cp:revision>
  <dcterms:created xsi:type="dcterms:W3CDTF">2026-10-13T12:21:00Z</dcterms:created>
  <dcterms:modified xsi:type="dcterms:W3CDTF">2026-10-13T12:21:00Z</dcterms:modified>
  <cp:category/>
</cp:coreProperties>
</file>