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right"/>
      </w:pPr>
      <w:r>
        <w:rPr>
          <w:sz w:val="16"/>
        </w:rPr>
        <w:t>Załącznik nr 1 do Regulaminu rekrutacji i uczestnictwa</w:t>
      </w:r>
    </w:p>
    <w:p>
      <w:pPr>
        <w:jc w:val="center"/>
      </w:pPr>
      <w:r>
        <w:rPr>
          <w:b/>
          <w:sz w:val="28"/>
        </w:rPr>
        <w:t>FORMULARZ ZGŁOSZENIOWY – OSOBA DOROSŁA</w:t>
      </w:r>
    </w:p>
    <w:p>
      <w:pPr>
        <w:jc w:val="center"/>
      </w:pPr>
      <w:r>
        <w:rPr>
          <w:b/>
          <w:sz w:val="20"/>
        </w:rPr>
        <w:t>Projekt „RAZEM DLA BEZPIECZEŃSTWA”</w:t>
        <w:br/>
        <w:t>Nr projektu: FEOP.06.08-IZ.00-0007/25</w:t>
      </w:r>
    </w:p>
    <w:p>
      <w:pPr>
        <w:spacing w:before="60" w:after="60"/>
      </w:pPr>
      <w:r>
        <w:rPr>
          <w:i/>
          <w:sz w:val="17"/>
        </w:rPr>
        <w:t>Prosimy wpisać dane czytelnie. Jeżeli czegoś nie wiesz albo nie jesteś pewien/pewna – pracownik projektu pomoże wypełnić formularz.</w:t>
      </w:r>
    </w:p>
    <w:p>
      <w:pPr>
        <w:spacing w:before="120" w:after="60"/>
      </w:pPr>
      <w:r>
        <w:rPr>
          <w:b/>
          <w:sz w:val="21"/>
        </w:rPr>
        <w:t>I. DANE OSOBY ZGŁASZAJĄCEJ SIĘ DO PROJEKTU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969"/>
        <w:gridCol w:w="5669"/>
      </w:tblGrid>
      <w:tr>
        <w:tc>
          <w:tcPr>
            <w:tcW w:type="dxa" w:w="3969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  <w:shd w:fill="F2F2F2"/>
          </w:tcPr>
          <w:p>
            <w:r>
              <w:rPr>
                <w:b/>
              </w:rPr>
              <w:t>Imię (imiona)</w:t>
            </w:r>
          </w:p>
        </w:tc>
        <w:tc>
          <w:tcPr>
            <w:tcW w:type="dxa" w:w="5669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r/>
          </w:p>
        </w:tc>
      </w:tr>
      <w:tr>
        <w:tc>
          <w:tcPr>
            <w:tcW w:type="dxa" w:w="3969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  <w:shd w:fill="F2F2F2"/>
          </w:tcPr>
          <w:p>
            <w:r>
              <w:rPr>
                <w:b/>
              </w:rPr>
              <w:t>Nazwisko</w:t>
            </w:r>
          </w:p>
        </w:tc>
        <w:tc>
          <w:tcPr>
            <w:tcW w:type="dxa" w:w="5669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r/>
          </w:p>
        </w:tc>
      </w:tr>
      <w:tr>
        <w:tc>
          <w:tcPr>
            <w:tcW w:type="dxa" w:w="3969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  <w:shd w:fill="F2F2F2"/>
          </w:tcPr>
          <w:p>
            <w:r>
              <w:rPr>
                <w:b/>
              </w:rPr>
              <w:t>PESEL (jeżeli nie masz PESEL – numer dokumentu)</w:t>
            </w:r>
          </w:p>
        </w:tc>
        <w:tc>
          <w:tcPr>
            <w:tcW w:type="dxa" w:w="5669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r/>
          </w:p>
        </w:tc>
      </w:tr>
      <w:tr>
        <w:tc>
          <w:tcPr>
            <w:tcW w:type="dxa" w:w="3969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  <w:shd w:fill="F2F2F2"/>
          </w:tcPr>
          <w:p>
            <w:r>
              <w:rPr>
                <w:b/>
              </w:rPr>
              <w:t>Data urodzenia</w:t>
            </w:r>
          </w:p>
        </w:tc>
        <w:tc>
          <w:tcPr>
            <w:tcW w:type="dxa" w:w="5669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r/>
          </w:p>
        </w:tc>
      </w:tr>
      <w:tr>
        <w:tc>
          <w:tcPr>
            <w:tcW w:type="dxa" w:w="3969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  <w:shd w:fill="F2F2F2"/>
          </w:tcPr>
          <w:p>
            <w:r>
              <w:rPr>
                <w:b/>
              </w:rPr>
              <w:t>Adres zamieszkania</w:t>
            </w:r>
          </w:p>
        </w:tc>
        <w:tc>
          <w:tcPr>
            <w:tcW w:type="dxa" w:w="5669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r/>
          </w:p>
        </w:tc>
      </w:tr>
      <w:tr>
        <w:tc>
          <w:tcPr>
            <w:tcW w:type="dxa" w:w="3969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  <w:shd w:fill="F2F2F2"/>
          </w:tcPr>
          <w:p>
            <w:r>
              <w:rPr>
                <w:b/>
              </w:rPr>
              <w:t>Gmina</w:t>
            </w:r>
          </w:p>
        </w:tc>
        <w:tc>
          <w:tcPr>
            <w:tcW w:type="dxa" w:w="5669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r/>
          </w:p>
        </w:tc>
      </w:tr>
      <w:tr>
        <w:tc>
          <w:tcPr>
            <w:tcW w:type="dxa" w:w="3969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  <w:shd w:fill="F2F2F2"/>
          </w:tcPr>
          <w:p>
            <w:r>
              <w:rPr>
                <w:b/>
              </w:rPr>
              <w:t>Telefon kontaktowy</w:t>
            </w:r>
          </w:p>
        </w:tc>
        <w:tc>
          <w:tcPr>
            <w:tcW w:type="dxa" w:w="5669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r/>
          </w:p>
        </w:tc>
      </w:tr>
      <w:tr>
        <w:tc>
          <w:tcPr>
            <w:tcW w:type="dxa" w:w="3969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  <w:shd w:fill="F2F2F2"/>
          </w:tcPr>
          <w:p>
            <w:r>
              <w:rPr>
                <w:b/>
              </w:rPr>
              <w:t>E-mail (jeżeli posiadasz)</w:t>
            </w:r>
          </w:p>
        </w:tc>
        <w:tc>
          <w:tcPr>
            <w:tcW w:type="dxa" w:w="5669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r/>
          </w:p>
        </w:tc>
      </w:tr>
      <w:tr>
        <w:tc>
          <w:tcPr>
            <w:tcW w:type="dxa" w:w="3969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  <w:shd w:fill="F2F2F2"/>
          </w:tcPr>
          <w:p>
            <w:r>
              <w:rPr>
                <w:b/>
              </w:rPr>
              <w:t>Miejsce pracy – jeżeli dotyczy</w:t>
            </w:r>
          </w:p>
        </w:tc>
        <w:tc>
          <w:tcPr>
            <w:tcW w:type="dxa" w:w="5669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r/>
          </w:p>
        </w:tc>
      </w:tr>
      <w:tr>
        <w:tc>
          <w:tcPr>
            <w:tcW w:type="dxa" w:w="3969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  <w:shd w:fill="F2F2F2"/>
          </w:tcPr>
          <w:p>
            <w:r>
              <w:rPr>
                <w:b/>
              </w:rPr>
              <w:t>Miejsce nauki – jeżeli dotyczy</w:t>
            </w:r>
          </w:p>
        </w:tc>
        <w:tc>
          <w:tcPr>
            <w:tcW w:type="dxa" w:w="5669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r/>
          </w:p>
        </w:tc>
      </w:tr>
    </w:tbl>
    <w:p>
      <w:pPr>
        <w:spacing w:before="120" w:after="60"/>
      </w:pPr>
      <w:r>
        <w:rPr>
          <w:b/>
          <w:sz w:val="21"/>
        </w:rPr>
        <w:t>II. DLACZEGO ZGŁASZASZ SIĘ DO PROJEKTU?</w:t>
      </w:r>
    </w:p>
    <w:p>
      <w:r>
        <w:t>□ moja rodzina potrzebuje wsparcia w trudnej lub kryzysowej sytuacji;</w:t>
      </w:r>
    </w:p>
    <w:p>
      <w:r>
        <w:t>□ doświadczam przemocy lub potrzebuję wsparcia w związku z przemocą w rodzinie;</w:t>
      </w:r>
    </w:p>
    <w:p>
      <w:r>
        <w:t>□ jestem osobą bliską / członkiem otoczenia osoby zagrożonej wykluczeniem społecznym;</w:t>
      </w:r>
    </w:p>
    <w:p>
      <w:r>
        <w:t>□ inna sytuacja związana z zakresem projektu – krótko: ...............................................................</w:t>
      </w:r>
    </w:p>
    <w:p>
      <w:pPr>
        <w:spacing w:before="60" w:after="60"/>
      </w:pPr>
      <w:r>
        <w:rPr>
          <w:i/>
          <w:sz w:val="17"/>
        </w:rPr>
        <w:t>Nie musisz samodzielnie ustalać, do której „grupy docelowej” należysz. Ostateczną kwalifikację sprawdza personel projektu na podstawie rozmowy i dokumentów.</w:t>
      </w:r>
    </w:p>
    <w:p>
      <w:pPr>
        <w:spacing w:before="120" w:after="60"/>
      </w:pPr>
      <w:r>
        <w:rPr>
          <w:b/>
          <w:sz w:val="21"/>
        </w:rPr>
        <w:t>III. CZY POTRZEBUJESZ SZCZEGÓLNEJ POMOCY W UDZIALE W PROJEKCIE?</w:t>
      </w:r>
    </w:p>
    <w:p>
      <w:r>
        <w:t>□ nie</w:t>
      </w:r>
    </w:p>
    <w:p>
      <w:r>
        <w:t>□ tak – mam trudność z dojazdem</w:t>
      </w:r>
    </w:p>
    <w:p>
      <w:r>
        <w:t>□ tak – potrzebuję kontaktu telefonicznego / online</w:t>
      </w:r>
    </w:p>
    <w:p>
      <w:r>
        <w:t>□ tak – potrzebuję dostosowania miejsca lub materiałów</w:t>
      </w:r>
    </w:p>
    <w:p>
      <w:r>
        <w:t>□ tak – inna potrzeba: ........................................................................................................</w:t>
      </w:r>
    </w:p>
    <w:p>
      <w:pPr>
        <w:spacing w:before="120" w:after="60"/>
      </w:pPr>
      <w:r>
        <w:rPr>
          <w:b/>
          <w:sz w:val="21"/>
        </w:rPr>
        <w:t>IV. OŚWIADCZENIA</w:t>
      </w:r>
    </w:p>
    <w:p>
      <w:r>
        <w:t>□ Podane przeze mnie informacje są zgodne z prawdą.</w:t>
      </w:r>
    </w:p>
    <w:p>
      <w:r>
        <w:t>□ Zapoznałem/am się z Regulaminem rekrutacji i uczestnictwa w projekcie.</w:t>
      </w:r>
    </w:p>
    <w:p>
      <w:r>
        <w:t>□ Zostałem/am poinformowany/a, że udział w projekcie jest bezpłatny.</w:t>
      </w:r>
    </w:p>
    <w:p>
      <w:r>
        <w:t>□ Zobowiązuję się poinformować personel projektu, jeżeli zmienią się dane mające znaczenie dla udziału w projekcie.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5270"/>
        <w:gridCol w:w="5270"/>
      </w:tblGrid>
      <w:tr>
        <w:tc>
          <w:tcPr>
            <w:tcW w:type="dxa" w:w="5270"/>
          </w:tcPr>
          <w:p>
            <w:pPr>
              <w:jc w:val="center"/>
            </w:pPr>
            <w:r>
              <w:rPr>
                <w:sz w:val="16"/>
              </w:rPr>
              <w:t>........................................................</w:t>
              <w:br/>
              <w:t>miejscowość i data</w:t>
            </w:r>
          </w:p>
        </w:tc>
        <w:tc>
          <w:tcPr>
            <w:tcW w:type="dxa" w:w="5270"/>
          </w:tcPr>
          <w:p>
            <w:pPr>
              <w:jc w:val="center"/>
            </w:pPr>
            <w:r>
              <w:rPr>
                <w:sz w:val="16"/>
              </w:rPr>
              <w:t>........................................................</w:t>
              <w:br/>
              <w:t>podpis uczestnika/uczestniczki</w:t>
            </w:r>
          </w:p>
        </w:tc>
      </w:tr>
    </w:tbl>
    <w:p>
      <w:pPr>
        <w:spacing w:before="120" w:after="60"/>
      </w:pPr>
      <w:r>
        <w:rPr>
          <w:b/>
          <w:sz w:val="21"/>
        </w:rPr>
        <w:t>V. CZĘŚĆ WYPEŁNIANA PRZEZ PERSONEL PROJEKTU</w:t>
      </w:r>
    </w:p>
    <w:p>
      <w:pPr>
        <w:spacing w:before="60" w:after="60"/>
      </w:pPr>
      <w:r>
        <w:rPr>
          <w:b/>
        </w:rPr>
        <w:t>PONIŻSZE POLA WYPEŁNIA WYŁĄCZNIE PERSONEL PROJEKTU. Uczestnik pozostawia je puste.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635"/>
        <w:gridCol w:w="2635"/>
        <w:gridCol w:w="2635"/>
        <w:gridCol w:w="2635"/>
      </w:tblGrid>
      <w:tr>
        <w:tc>
          <w:tcPr>
            <w:tcW w:type="dxa" w:w="2635"/>
            <w:shd w:fill="E7E6E6"/>
          </w:tcPr>
          <w:p>
            <w:r>
              <w:rPr>
                <w:b/>
              </w:rPr>
              <w:t>Kryterium / informacja projektowa</w:t>
            </w:r>
          </w:p>
        </w:tc>
        <w:tc>
          <w:tcPr>
            <w:tcW w:type="dxa" w:w="2635"/>
            <w:shd w:fill="E7E6E6"/>
          </w:tcPr>
          <w:p>
            <w:r>
              <w:rPr>
                <w:b/>
              </w:rPr>
              <w:t>Wynik</w:t>
            </w:r>
          </w:p>
        </w:tc>
        <w:tc>
          <w:tcPr>
            <w:tcW w:type="dxa" w:w="2635"/>
            <w:shd w:fill="E7E6E6"/>
          </w:tcPr>
          <w:p>
            <w:r>
              <w:rPr>
                <w:b/>
              </w:rPr>
              <w:t>Dokument / podstawa</w:t>
            </w:r>
          </w:p>
        </w:tc>
        <w:tc>
          <w:tcPr>
            <w:tcW w:type="dxa" w:w="2635"/>
            <w:shd w:fill="E7E6E6"/>
          </w:tcPr>
          <w:p>
            <w:r>
              <w:rPr>
                <w:b/>
              </w:rPr>
              <w:t>Uwagi</w:t>
            </w:r>
          </w:p>
        </w:tc>
      </w:tr>
      <w:tr>
        <w:tc>
          <w:tcPr>
            <w:tcW w:type="dxa" w:w="2635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r>
              <w:t>Kwalifikowalność do grupy docelowej</w:t>
            </w:r>
          </w:p>
        </w:tc>
        <w:tc>
          <w:tcPr>
            <w:tcW w:type="dxa" w:w="2635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r>
              <w:t>□ TAK □ NIE</w:t>
            </w:r>
          </w:p>
        </w:tc>
        <w:tc>
          <w:tcPr>
            <w:tcW w:type="dxa" w:w="2635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r/>
          </w:p>
        </w:tc>
        <w:tc>
          <w:tcPr>
            <w:tcW w:type="dxa" w:w="2635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r/>
          </w:p>
        </w:tc>
      </w:tr>
      <w:tr>
        <w:tc>
          <w:tcPr>
            <w:tcW w:type="dxa" w:w="2635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r>
              <w:t>Mieszka / pracuje / uczy się na terenie Gminy Prudnik</w:t>
            </w:r>
          </w:p>
        </w:tc>
        <w:tc>
          <w:tcPr>
            <w:tcW w:type="dxa" w:w="2635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r>
              <w:t>□ TAK □ NIE</w:t>
            </w:r>
          </w:p>
        </w:tc>
        <w:tc>
          <w:tcPr>
            <w:tcW w:type="dxa" w:w="2635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r/>
          </w:p>
        </w:tc>
        <w:tc>
          <w:tcPr>
            <w:tcW w:type="dxa" w:w="2635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r/>
          </w:p>
        </w:tc>
      </w:tr>
      <w:tr>
        <w:tc>
          <w:tcPr>
            <w:tcW w:type="dxa" w:w="2635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r>
              <w:t>OSI</w:t>
            </w:r>
          </w:p>
        </w:tc>
        <w:tc>
          <w:tcPr>
            <w:tcW w:type="dxa" w:w="2635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r>
              <w:t>□ TAK □ NIE</w:t>
            </w:r>
          </w:p>
        </w:tc>
        <w:tc>
          <w:tcPr>
            <w:tcW w:type="dxa" w:w="2635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r/>
          </w:p>
        </w:tc>
        <w:tc>
          <w:tcPr>
            <w:tcW w:type="dxa" w:w="2635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r/>
          </w:p>
        </w:tc>
      </w:tr>
      <w:tr>
        <w:tc>
          <w:tcPr>
            <w:tcW w:type="dxa" w:w="2635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r>
              <w:t>Obszar wiejski</w:t>
            </w:r>
          </w:p>
        </w:tc>
        <w:tc>
          <w:tcPr>
            <w:tcW w:type="dxa" w:w="2635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r>
              <w:t>□ TAK □ NIE</w:t>
            </w:r>
          </w:p>
        </w:tc>
        <w:tc>
          <w:tcPr>
            <w:tcW w:type="dxa" w:w="2635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r/>
          </w:p>
        </w:tc>
        <w:tc>
          <w:tcPr>
            <w:tcW w:type="dxa" w:w="2635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r/>
          </w:p>
        </w:tc>
      </w:tr>
      <w:tr>
        <w:tc>
          <w:tcPr>
            <w:tcW w:type="dxa" w:w="2635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r>
              <w:t>Znaczny lub umiarkowany stopień niepełnosprawności – 2 pkt</w:t>
            </w:r>
          </w:p>
        </w:tc>
        <w:tc>
          <w:tcPr>
            <w:tcW w:type="dxa" w:w="2635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r>
              <w:t>□ TAK □ NIE</w:t>
            </w:r>
          </w:p>
        </w:tc>
        <w:tc>
          <w:tcPr>
            <w:tcW w:type="dxa" w:w="2635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r/>
          </w:p>
        </w:tc>
        <w:tc>
          <w:tcPr>
            <w:tcW w:type="dxa" w:w="2635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r/>
          </w:p>
        </w:tc>
      </w:tr>
      <w:tr>
        <w:tc>
          <w:tcPr>
            <w:tcW w:type="dxa" w:w="2635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r>
              <w:t>Niepełnosprawność sprzężona – 3 pkt</w:t>
            </w:r>
          </w:p>
        </w:tc>
        <w:tc>
          <w:tcPr>
            <w:tcW w:type="dxa" w:w="2635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r>
              <w:t>□ TAK □ NIE</w:t>
            </w:r>
          </w:p>
        </w:tc>
        <w:tc>
          <w:tcPr>
            <w:tcW w:type="dxa" w:w="2635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r/>
          </w:p>
        </w:tc>
        <w:tc>
          <w:tcPr>
            <w:tcW w:type="dxa" w:w="2635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r/>
          </w:p>
        </w:tc>
      </w:tr>
      <w:tr>
        <w:tc>
          <w:tcPr>
            <w:tcW w:type="dxa" w:w="2635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r>
              <w:t>Korzystanie z FE PŻ 2021–2027 – 1 pkt</w:t>
            </w:r>
          </w:p>
        </w:tc>
        <w:tc>
          <w:tcPr>
            <w:tcW w:type="dxa" w:w="2635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r>
              <w:t>□ TAK □ NIE</w:t>
            </w:r>
          </w:p>
        </w:tc>
        <w:tc>
          <w:tcPr>
            <w:tcW w:type="dxa" w:w="2635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r/>
          </w:p>
        </w:tc>
        <w:tc>
          <w:tcPr>
            <w:tcW w:type="dxa" w:w="2635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r/>
          </w:p>
        </w:tc>
      </w:tr>
      <w:tr>
        <w:tc>
          <w:tcPr>
            <w:tcW w:type="dxa" w:w="2635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r>
              <w:t>Dziecko wychowujące się poza rodziną biologiczną – 1 pkt</w:t>
            </w:r>
          </w:p>
        </w:tc>
        <w:tc>
          <w:tcPr>
            <w:tcW w:type="dxa" w:w="2635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r>
              <w:t>□ TAK □ NIE</w:t>
            </w:r>
          </w:p>
        </w:tc>
        <w:tc>
          <w:tcPr>
            <w:tcW w:type="dxa" w:w="2635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r/>
          </w:p>
        </w:tc>
        <w:tc>
          <w:tcPr>
            <w:tcW w:type="dxa" w:w="2635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r/>
          </w:p>
        </w:tc>
      </w:tr>
    </w:tbl>
    <w:p>
      <w:r>
        <w:t>Łączna liczba punktów: ............ pkt</w:t>
      </w:r>
    </w:p>
    <w:p>
      <w:r>
        <w:t>Data i godzina wpływu formularza: ........................................................</w:t>
      </w:r>
    </w:p>
    <w:p>
      <w:r>
        <w:t>Wynik rekrutacji: □ zakwalifikowano   □ lista rezerwowa   □ nie zakwalifikowano</w:t>
      </w:r>
    </w:p>
    <w:p>
      <w:r>
        <w:t>Podpis osoby weryfikującej: ........................................................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794" w:right="850" w:bottom="794" w:left="850" w:header="0" w:footer="216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after="0" w:before="0"/>
      <w:jc w:val="center"/>
    </w:pPr>
    <w:r>
      <w:rPr>
        <w:rFonts w:ascii="Arial" w:hAnsi="Arial"/>
        <w:i/>
        <w:color w:val="646464"/>
        <w:sz w:val="15"/>
      </w:rPr>
      <w:t>Projekt: „RAZEM DLA BEZPIECZEŃSTWA”</w:t>
    </w:r>
  </w:p>
  <w:p>
    <w:pPr>
      <w:spacing w:after="0" w:before="0"/>
      <w:jc w:val="center"/>
    </w:pPr>
    <w:r>
      <w:rPr>
        <w:rFonts w:ascii="Arial" w:hAnsi="Arial"/>
        <w:b/>
        <w:i/>
        <w:color w:val="646464"/>
        <w:sz w:val="15"/>
      </w:rPr>
      <w:t>Nr umowy o dofinansowanie: FEOP.06.08-IZ.00-0007/25 z dnia 23.07.2026 r.</w:t>
    </w:r>
  </w:p>
  <w:p>
    <w:pPr>
      <w:spacing w:after="0" w:before="0"/>
      <w:jc w:val="center"/>
    </w:pPr>
    <w:r>
      <w:rPr>
        <w:rFonts w:ascii="Arial" w:hAnsi="Arial"/>
        <w:i/>
        <w:color w:val="646464"/>
        <w:sz w:val="15"/>
      </w:rPr>
      <w:t>realizowany przez Spółdzielnię Socjalną „Parasol” w partnerstwie z Gminą Prudnik</w:t>
    </w:r>
  </w:p>
  <w:p>
    <w:pPr>
      <w:spacing w:after="0" w:before="0"/>
      <w:jc w:val="center"/>
    </w:pPr>
    <w:r>
      <w:rPr>
        <w:rFonts w:ascii="Arial" w:hAnsi="Arial"/>
        <w:i/>
        <w:color w:val="646464"/>
        <w:sz w:val="15"/>
      </w:rPr>
      <w:t>ze środków Europejskiego Funduszu Społecznego Plus w ramach Funduszy Europejskich dla Opolskiego 2021-2027,</w:t>
    </w:r>
  </w:p>
  <w:p>
    <w:pPr>
      <w:spacing w:after="0" w:before="0"/>
      <w:jc w:val="center"/>
    </w:pPr>
    <w:r>
      <w:rPr>
        <w:rFonts w:ascii="Arial" w:hAnsi="Arial"/>
        <w:i/>
        <w:color w:val="646464"/>
        <w:sz w:val="15"/>
      </w:rPr>
      <w:t>w ramach działania 6. Fundusze europejskie wspierające włączenie społeczne w opolskim.</w:t>
    </w:r>
  </w:p>
  <w:p>
    <w:pPr>
      <w:spacing w:after="0" w:before="0"/>
      <w:jc w:val="center"/>
    </w:pPr>
    <w:r>
      <w:rPr>
        <w:rFonts w:ascii="Arial" w:hAnsi="Arial"/>
        <w:i/>
        <w:color w:val="646464"/>
        <w:sz w:val="15"/>
      </w:rPr>
      <w:t>6.8 Profilaktyka zachowań społecznych dzieci i młodzieży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center"/>
    </w:pPr>
    <w:r>
      <w:drawing>
        <wp:inline xmlns:a="http://schemas.openxmlformats.org/drawingml/2006/main" xmlns:pic="http://schemas.openxmlformats.org/drawingml/2006/picture">
          <wp:extent cx="6099048" cy="789736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099048" cy="789736"/>
                  </a:xfrm>
                  <a:prstGeom prst="rect"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