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F7B7E" w14:textId="77777777" w:rsidR="00DB40AC" w:rsidRDefault="00000000">
      <w:pPr>
        <w:jc w:val="right"/>
      </w:pPr>
      <w:r>
        <w:t>……………………………………, dnia ……………………… r.</w:t>
      </w:r>
    </w:p>
    <w:p w14:paraId="2F316F42" w14:textId="77777777" w:rsidR="00DB40AC" w:rsidRDefault="00000000">
      <w:r>
        <w:t>Wnioskodawca (przedsiębiorca):</w:t>
      </w:r>
    </w:p>
    <w:p w14:paraId="168612B1" w14:textId="77777777" w:rsidR="00DB40AC" w:rsidRDefault="00000000">
      <w:r>
        <w:t>Nazwa / imię i nazwisko: ....................................................................................................</w:t>
      </w:r>
    </w:p>
    <w:p w14:paraId="3087D05E" w14:textId="77777777" w:rsidR="00DB40AC" w:rsidRDefault="00000000">
      <w:r>
        <w:t>Adres siedziby / prowadzenia działalności: ................................................................................</w:t>
      </w:r>
    </w:p>
    <w:p w14:paraId="6551653C" w14:textId="77777777" w:rsidR="00DB40AC" w:rsidRDefault="00000000">
      <w:r>
        <w:t>NIP / KRS (jeżeli dotyczy): ......................................................................................................</w:t>
      </w:r>
    </w:p>
    <w:p w14:paraId="7EA5ACBF" w14:textId="77777777" w:rsidR="00DB40AC" w:rsidRDefault="00000000">
      <w:r>
        <w:t>Adres do korespondencji (jeżeli inny): .....................................................................................</w:t>
      </w:r>
    </w:p>
    <w:p w14:paraId="34E1288D" w14:textId="77777777" w:rsidR="00DB40AC" w:rsidRDefault="00000000">
      <w:r>
        <w:t>Dane kontaktowe (dobrowolnie): ..............................................................................................</w:t>
      </w:r>
    </w:p>
    <w:p w14:paraId="3CDD8B28" w14:textId="77777777" w:rsidR="00DB40AC" w:rsidRDefault="00000000">
      <w:pPr>
        <w:jc w:val="right"/>
      </w:pPr>
      <w:r>
        <w:rPr>
          <w:b/>
        </w:rPr>
        <w:t>WÓJT GMINY LANCKORONA</w:t>
      </w:r>
      <w:r>
        <w:rPr>
          <w:b/>
        </w:rPr>
        <w:br/>
        <w:t>ul. Krakowska 8</w:t>
      </w:r>
      <w:r>
        <w:rPr>
          <w:b/>
        </w:rPr>
        <w:br/>
        <w:t>34-143 Lanckorona</w:t>
      </w:r>
    </w:p>
    <w:p w14:paraId="1A304085" w14:textId="77777777" w:rsidR="00DB40AC" w:rsidRDefault="00000000">
      <w:pPr>
        <w:jc w:val="center"/>
      </w:pPr>
      <w:r>
        <w:rPr>
          <w:b/>
        </w:rPr>
        <w:t>WNIOSEK O WYDANIE DECYZJI</w:t>
      </w:r>
      <w:r>
        <w:rPr>
          <w:b/>
        </w:rPr>
        <w:br/>
        <w:t>O ŚRODOWISKOWYCH UWARUNKOWANIACH</w:t>
      </w:r>
    </w:p>
    <w:p w14:paraId="4827F0A1" w14:textId="77777777" w:rsidR="00DB40AC" w:rsidRDefault="00000000" w:rsidP="001E7FCD">
      <w:pPr>
        <w:jc w:val="both"/>
      </w:pPr>
      <w:r>
        <w:t>Na podstawie art. 71 ust. 2 i art. 73 ust. 1 ustawy z dnia 3 października 2008 r. o udostępnianiu informacji o środowisku i jego ochronie, udziale społeczeństwa w ochronie środowiska oraz o ocenach oddziaływania na środowisko (Dz. U. z 2026 r. poz. 670, z późn. zm.) wnoszę o wydanie decyzji o środowiskowych uwarunkowaniach dla przedsięwzięcia pn.:</w:t>
      </w:r>
    </w:p>
    <w:p w14:paraId="3F4720D0" w14:textId="77777777" w:rsidR="00DB40AC" w:rsidRDefault="00000000">
      <w:r>
        <w:rPr>
          <w:b/>
        </w:rPr>
        <w:t>„..............................................................................................................................................</w:t>
      </w:r>
      <w:r>
        <w:rPr>
          <w:b/>
        </w:rPr>
        <w:br/>
        <w:t>................................................................................................................................................”</w:t>
      </w:r>
    </w:p>
    <w:p w14:paraId="26C29A9D" w14:textId="77777777" w:rsidR="00DB40AC" w:rsidRDefault="00000000">
      <w:r>
        <w:rPr>
          <w:b/>
        </w:rPr>
        <w:t>1. Lokalizacja przedsięwzięcia</w:t>
      </w:r>
    </w:p>
    <w:p w14:paraId="12B244B7" w14:textId="77777777" w:rsidR="00DB40AC" w:rsidRDefault="00000000">
      <w:r>
        <w:t>Miejscowość: ........................................  Gmina: .................................................................</w:t>
      </w:r>
    </w:p>
    <w:p w14:paraId="5C02E57D" w14:textId="77777777" w:rsidR="00DB40AC" w:rsidRDefault="00000000">
      <w:r>
        <w:t>Obręb ewidencyjny: ...................................  Nr działki / działek: ...........................................</w:t>
      </w:r>
    </w:p>
    <w:p w14:paraId="762AD169" w14:textId="77777777" w:rsidR="00DB40AC" w:rsidRDefault="00000000">
      <w:r>
        <w:t>................................................................................................................................................</w:t>
      </w:r>
    </w:p>
    <w:p w14:paraId="63B0A3A7" w14:textId="77777777" w:rsidR="00DB40AC" w:rsidRDefault="00000000">
      <w:r>
        <w:rPr>
          <w:b/>
        </w:rPr>
        <w:t>2. Rodzaj i zakres planowanego przedsięwzięcia</w:t>
      </w:r>
    </w:p>
    <w:p w14:paraId="0A8316E9" w14:textId="77777777" w:rsidR="00DB40AC" w:rsidRDefault="00000000">
      <w:r>
        <w:t>................................................................................................................................................</w:t>
      </w:r>
    </w:p>
    <w:p w14:paraId="6212A8EE" w14:textId="77777777" w:rsidR="00DB40AC" w:rsidRDefault="00000000">
      <w:r>
        <w:t>................................................................................................................................................</w:t>
      </w:r>
    </w:p>
    <w:p w14:paraId="00E7ACD3" w14:textId="77777777" w:rsidR="00DB40AC" w:rsidRDefault="00000000">
      <w:r>
        <w:t>................................................................................................................................................</w:t>
      </w:r>
    </w:p>
    <w:p w14:paraId="52DDBF84" w14:textId="77777777" w:rsidR="00DB40AC" w:rsidRDefault="00000000">
      <w:r>
        <w:rPr>
          <w:b/>
        </w:rPr>
        <w:t>3. Kwalifikacja przedsięwzięcia</w:t>
      </w:r>
    </w:p>
    <w:p w14:paraId="200912E2" w14:textId="77777777" w:rsidR="00DB40AC" w:rsidRDefault="00000000">
      <w:r>
        <w:t>☐ przedsięwzięcie mogące zawsze znacząco oddziaływać na środowisko</w:t>
      </w:r>
    </w:p>
    <w:p w14:paraId="17262492" w14:textId="77777777" w:rsidR="00DB40AC" w:rsidRDefault="00000000">
      <w:r>
        <w:t>☐ przedsięwzięcie mogące potencjalnie znacząco oddziaływać na środowisko</w:t>
      </w:r>
    </w:p>
    <w:p w14:paraId="2D55BEEB" w14:textId="77777777" w:rsidR="00DB40AC" w:rsidRDefault="00000000" w:rsidP="001E7FCD">
      <w:pPr>
        <w:jc w:val="both"/>
      </w:pPr>
      <w:r>
        <w:t>Podstawa kwalifikacji: § ........ ust. ........ pkt ........ rozporządzenia Rady Ministrów z dnia 10 września 2019 r. w sprawie przedsięwzięć mogących znacząco oddziaływać na środowisko (z późn. zm.).</w:t>
      </w:r>
    </w:p>
    <w:p w14:paraId="4D8A1AF5" w14:textId="77777777" w:rsidR="00DB40AC" w:rsidRDefault="00000000">
      <w:r>
        <w:rPr>
          <w:b/>
        </w:rPr>
        <w:t>4. Dokumentacja przedsięwzięcia</w:t>
      </w:r>
    </w:p>
    <w:p w14:paraId="4638FDD3" w14:textId="54AE2D68" w:rsidR="00DB40AC" w:rsidRDefault="00000000" w:rsidP="001E7FCD">
      <w:pPr>
        <w:jc w:val="both"/>
      </w:pPr>
      <w:proofErr w:type="spellStart"/>
      <w:r>
        <w:t>Szczegółowe</w:t>
      </w:r>
      <w:proofErr w:type="spellEnd"/>
      <w:r>
        <w:t xml:space="preserve"> </w:t>
      </w:r>
      <w:proofErr w:type="spellStart"/>
      <w:r>
        <w:t>informacje</w:t>
      </w:r>
      <w:proofErr w:type="spellEnd"/>
      <w:r>
        <w:t xml:space="preserve"> o </w:t>
      </w:r>
      <w:proofErr w:type="spellStart"/>
      <w:r>
        <w:t>przedsięwzięciu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przewidywanym</w:t>
      </w:r>
      <w:proofErr w:type="spellEnd"/>
      <w:r>
        <w:t xml:space="preserve"> </w:t>
      </w:r>
      <w:proofErr w:type="spellStart"/>
      <w:r>
        <w:t>oddziaływaniu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środowisko</w:t>
      </w:r>
      <w:proofErr w:type="spellEnd"/>
      <w:r>
        <w:t xml:space="preserve"> </w:t>
      </w:r>
      <w:proofErr w:type="spellStart"/>
      <w:r>
        <w:t>zawarto</w:t>
      </w:r>
      <w:proofErr w:type="spellEnd"/>
      <w:r>
        <w:t xml:space="preserve"> </w:t>
      </w:r>
      <w:r w:rsidR="001E7FCD">
        <w:br/>
      </w:r>
      <w:r>
        <w:t xml:space="preserve">w </w:t>
      </w:r>
      <w:proofErr w:type="spellStart"/>
      <w:r>
        <w:t>dołączonej</w:t>
      </w:r>
      <w:proofErr w:type="spellEnd"/>
      <w:r>
        <w:t xml:space="preserve"> </w:t>
      </w:r>
      <w:proofErr w:type="spellStart"/>
      <w:r>
        <w:t>karcie</w:t>
      </w:r>
      <w:proofErr w:type="spellEnd"/>
      <w:r>
        <w:t xml:space="preserve"> </w:t>
      </w:r>
      <w:proofErr w:type="spellStart"/>
      <w:r>
        <w:t>informacyjnej</w:t>
      </w:r>
      <w:proofErr w:type="spellEnd"/>
      <w:r>
        <w:t xml:space="preserve"> </w:t>
      </w:r>
      <w:proofErr w:type="spellStart"/>
      <w:r>
        <w:t>przedsięwzięcia</w:t>
      </w:r>
      <w:proofErr w:type="spellEnd"/>
      <w:r>
        <w:t xml:space="preserve"> albo raporcie o oddziaływaniu przedsięwzięcia na środowisko, odpowiednio do właściwego trybu postępowania.</w:t>
      </w:r>
    </w:p>
    <w:p w14:paraId="136E52CF" w14:textId="77777777" w:rsidR="00DB40AC" w:rsidRDefault="00000000">
      <w:r>
        <w:rPr>
          <w:b/>
        </w:rPr>
        <w:t>5. Załączniki (zaznaczyć dołączone dokumenty)</w:t>
      </w:r>
    </w:p>
    <w:p w14:paraId="0A6B89CC" w14:textId="3910D403" w:rsidR="00DB40AC" w:rsidRDefault="00000000" w:rsidP="001E7FCD">
      <w:pPr>
        <w:jc w:val="both"/>
      </w:pPr>
      <w:r>
        <w:t xml:space="preserve">☐ Karta </w:t>
      </w:r>
      <w:proofErr w:type="spellStart"/>
      <w:r>
        <w:t>informacyjna</w:t>
      </w:r>
      <w:proofErr w:type="spellEnd"/>
      <w:r>
        <w:t xml:space="preserve"> </w:t>
      </w:r>
      <w:proofErr w:type="spellStart"/>
      <w:r>
        <w:t>przedsięwzięcia</w:t>
      </w:r>
      <w:proofErr w:type="spellEnd"/>
      <w:r>
        <w:t xml:space="preserve"> (KIP)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 OOŚ – </w:t>
      </w:r>
      <w:proofErr w:type="spellStart"/>
      <w:r>
        <w:t>odpowiednio</w:t>
      </w:r>
      <w:proofErr w:type="spellEnd"/>
      <w:r>
        <w:t xml:space="preserve"> do </w:t>
      </w:r>
      <w:proofErr w:type="spellStart"/>
      <w:r>
        <w:t>rodzaju</w:t>
      </w:r>
      <w:proofErr w:type="spellEnd"/>
      <w:r>
        <w:t xml:space="preserve"> </w:t>
      </w:r>
      <w:proofErr w:type="spellStart"/>
      <w:r>
        <w:t>przedsięwzięcia</w:t>
      </w:r>
      <w:proofErr w:type="spellEnd"/>
      <w:r>
        <w:t xml:space="preserve"> </w:t>
      </w:r>
      <w:r w:rsidR="001E7FCD">
        <w:br/>
      </w:r>
      <w:proofErr w:type="spellStart"/>
      <w:r>
        <w:t>i</w:t>
      </w:r>
      <w:proofErr w:type="spellEnd"/>
      <w:r>
        <w:t xml:space="preserve"> </w:t>
      </w:r>
      <w:proofErr w:type="spellStart"/>
      <w:r>
        <w:t>trybu</w:t>
      </w:r>
      <w:proofErr w:type="spellEnd"/>
      <w:r>
        <w:t xml:space="preserve"> </w:t>
      </w:r>
      <w:proofErr w:type="spellStart"/>
      <w:r>
        <w:t>postępowania</w:t>
      </w:r>
      <w:proofErr w:type="spellEnd"/>
      <w:r>
        <w:t>.</w:t>
      </w:r>
    </w:p>
    <w:p w14:paraId="5A920C3B" w14:textId="77777777" w:rsidR="00DB40AC" w:rsidRDefault="00000000" w:rsidP="001E7FCD">
      <w:pPr>
        <w:jc w:val="both"/>
      </w:pPr>
      <w:r>
        <w:t>☐ Poświadczona przez właściwy organ kopia mapy ewidencyjnej – w zakresie wymaganym art. 74 ust. 1 pkt 3 ustawy ooś.</w:t>
      </w:r>
    </w:p>
    <w:p w14:paraId="2FEC2B52" w14:textId="77777777" w:rsidR="00DB40AC" w:rsidRDefault="00000000" w:rsidP="001E7FCD">
      <w:pPr>
        <w:jc w:val="both"/>
      </w:pPr>
      <w:r>
        <w:lastRenderedPageBreak/>
        <w:t>☐ Mapa z zaznaczonym terenem przedsięwzięcia i wymaganym obszarem – zgodnie z art. 74 ust. 1 pkt 3a ustawy ooś.</w:t>
      </w:r>
    </w:p>
    <w:p w14:paraId="1246B43F" w14:textId="77777777" w:rsidR="00DB40AC" w:rsidRDefault="00000000" w:rsidP="001E7FCD">
      <w:pPr>
        <w:jc w:val="both"/>
      </w:pPr>
      <w:r>
        <w:t>☐ Wypis z rejestru gruntów lub inny właściwy dokument – jeżeli wymagany art. 74 ust. 1 pkt 6 i ust. 1a ustawy ooś.</w:t>
      </w:r>
    </w:p>
    <w:p w14:paraId="3D7D84FE" w14:textId="77777777" w:rsidR="00DB40AC" w:rsidRDefault="00000000" w:rsidP="001E7FCD">
      <w:pPr>
        <w:jc w:val="both"/>
      </w:pPr>
      <w:r>
        <w:t>☐ Wypis i wyrys z MPZP albo informacja o braku planu – jeżeli wymagane przepisami.</w:t>
      </w:r>
    </w:p>
    <w:p w14:paraId="1363CF48" w14:textId="77777777" w:rsidR="00DB40AC" w:rsidRDefault="00000000" w:rsidP="001E7FCD">
      <w:pPr>
        <w:jc w:val="both"/>
      </w:pPr>
      <w:r>
        <w:t>☐ Pełnomocnictwo (jeżeli ustanowiono pełnomocnika) wraz z dowodem opłaty skarbowej, jeżeli należna.</w:t>
      </w:r>
    </w:p>
    <w:p w14:paraId="7713A9CF" w14:textId="77777777" w:rsidR="00DB40AC" w:rsidRDefault="00000000" w:rsidP="001E7FCD">
      <w:pPr>
        <w:jc w:val="both"/>
      </w:pPr>
      <w:r>
        <w:t>☐ Dowód uiszczenia opłaty skarbowej od decyzji, jeżeli należna.</w:t>
      </w:r>
    </w:p>
    <w:p w14:paraId="4866744B" w14:textId="77777777" w:rsidR="00DB40AC" w:rsidRDefault="00000000">
      <w:r>
        <w:t>☐ Inne: ..............................................................................................................................</w:t>
      </w:r>
    </w:p>
    <w:p w14:paraId="4B8F5418" w14:textId="77777777" w:rsidR="001E7FCD" w:rsidRDefault="001E7FCD">
      <w:pPr>
        <w:jc w:val="right"/>
      </w:pPr>
    </w:p>
    <w:p w14:paraId="329FF198" w14:textId="77777777" w:rsidR="001E7FCD" w:rsidRDefault="001E7FCD">
      <w:pPr>
        <w:jc w:val="right"/>
      </w:pPr>
    </w:p>
    <w:p w14:paraId="1D883219" w14:textId="5499FD86" w:rsidR="00DB40AC" w:rsidRDefault="00000000">
      <w:pPr>
        <w:jc w:val="right"/>
      </w:pPr>
      <w:r>
        <w:t>............................................................</w:t>
      </w:r>
    </w:p>
    <w:p w14:paraId="0CF69C30" w14:textId="77777777" w:rsidR="00DB40AC" w:rsidRDefault="00000000">
      <w:pPr>
        <w:jc w:val="right"/>
      </w:pPr>
      <w:r>
        <w:t>(podpis wnioskodawcy / osoby uprawnionej)</w:t>
      </w:r>
    </w:p>
    <w:sectPr w:rsidR="00DB40AC" w:rsidSect="00034616">
      <w:pgSz w:w="12240" w:h="15840"/>
      <w:pgMar w:top="1134" w:right="1304" w:bottom="107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6657866">
    <w:abstractNumId w:val="8"/>
  </w:num>
  <w:num w:numId="2" w16cid:durableId="753166820">
    <w:abstractNumId w:val="6"/>
  </w:num>
  <w:num w:numId="3" w16cid:durableId="814488598">
    <w:abstractNumId w:val="5"/>
  </w:num>
  <w:num w:numId="4" w16cid:durableId="1023826651">
    <w:abstractNumId w:val="4"/>
  </w:num>
  <w:num w:numId="5" w16cid:durableId="2145612351">
    <w:abstractNumId w:val="7"/>
  </w:num>
  <w:num w:numId="6" w16cid:durableId="1844129004">
    <w:abstractNumId w:val="3"/>
  </w:num>
  <w:num w:numId="7" w16cid:durableId="1173758462">
    <w:abstractNumId w:val="2"/>
  </w:num>
  <w:num w:numId="8" w16cid:durableId="1501042890">
    <w:abstractNumId w:val="1"/>
  </w:num>
  <w:num w:numId="9" w16cid:durableId="1991403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7FCD"/>
    <w:rsid w:val="0029639D"/>
    <w:rsid w:val="00326F90"/>
    <w:rsid w:val="00910A48"/>
    <w:rsid w:val="00AA1D8D"/>
    <w:rsid w:val="00B47730"/>
    <w:rsid w:val="00CB0664"/>
    <w:rsid w:val="00DB40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05812E"/>
  <w14:defaultImageDpi w14:val="300"/>
  <w15:docId w15:val="{499FD166-EB5D-4C52-B263-C434D2466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Ewa Frosztęga</cp:lastModifiedBy>
  <cp:revision>2</cp:revision>
  <dcterms:created xsi:type="dcterms:W3CDTF">2026-10-13T11:58:00Z</dcterms:created>
  <dcterms:modified xsi:type="dcterms:W3CDTF">2026-10-13T11:58:00Z</dcterms:modified>
  <cp:category/>
</cp:coreProperties>
</file>