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D37E8" w14:textId="77777777" w:rsidR="00657B83" w:rsidRDefault="00000000">
      <w:pPr>
        <w:pStyle w:val="SmallCustom"/>
        <w:rPr>
          <w:rFonts w:hint="eastAsia"/>
        </w:rPr>
      </w:pPr>
      <w:r>
        <w:rPr>
          <w:b/>
        </w:rPr>
        <w:t>ZAŁĄCZNIK NR 4  /  DOKUMENTY REKRUTACYJNE</w:t>
      </w:r>
    </w:p>
    <w:p w14:paraId="02269F0B" w14:textId="77777777" w:rsidR="00657B83" w:rsidRDefault="00000000">
      <w:pPr>
        <w:pStyle w:val="TitleCustom"/>
        <w:rPr>
          <w:rFonts w:hint="eastAsia"/>
        </w:rPr>
      </w:pPr>
      <w:r>
        <w:t>Oświadczenie o świadczeniach i usługach</w:t>
      </w:r>
    </w:p>
    <w:p w14:paraId="1EB021B8" w14:textId="77777777" w:rsidR="00657B83" w:rsidRDefault="00000000">
      <w:pPr>
        <w:pStyle w:val="SmallCustom"/>
        <w:rPr>
          <w:rFonts w:hint="eastAsia"/>
        </w:rPr>
      </w:pPr>
      <w:r>
        <w:t>Informacje służące weryfikacji wyłączeń z Programu Bonu Senioralnego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657B83" w14:paraId="13E7B875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660A5694" w14:textId="77777777" w:rsidR="00657B83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Imię i nazwisko seniora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35A8483A" w14:textId="77777777" w:rsidR="00657B83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657B83" w14:paraId="1393F129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B9C1CBF" w14:textId="77777777" w:rsidR="00657B83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PESEL (w przypadku braku – dane dokumentu)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6F07A6B9" w14:textId="77777777" w:rsidR="00657B83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2D975F61" w14:textId="77777777" w:rsidR="00657B83" w:rsidRDefault="00657B83">
      <w:pPr>
        <w:spacing w:after="0"/>
        <w:rPr>
          <w:rFonts w:hint="eastAsia"/>
        </w:rPr>
      </w:pPr>
    </w:p>
    <w:p w14:paraId="2332C988" w14:textId="77777777" w:rsidR="00657B83" w:rsidRDefault="00000000">
      <w:pPr>
        <w:rPr>
          <w:rFonts w:hint="eastAsia"/>
        </w:rPr>
      </w:pPr>
      <w:r>
        <w:t>Proszę zaznaczyć odpowiedź TAK lub NIE przy każdej pozycji. Zaznaczenie TAK wymaga podania dodatkowych informacji; nie w każdym przypadku oznacza wykluczenie z programu.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657B83" w14:paraId="2693A984" w14:textId="77777777">
        <w:trPr>
          <w:tblHeader/>
        </w:trPr>
        <w:tc>
          <w:tcPr>
            <w:tcW w:w="3419" w:type="dxa"/>
            <w:shd w:val="clear" w:color="auto" w:fill="E8EFF2"/>
          </w:tcPr>
          <w:p w14:paraId="6E6A3035" w14:textId="77777777" w:rsidR="00657B83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Świadczenie lub usługa</w:t>
            </w:r>
          </w:p>
        </w:tc>
        <w:tc>
          <w:tcPr>
            <w:tcW w:w="3419" w:type="dxa"/>
            <w:shd w:val="clear" w:color="auto" w:fill="E8EFF2"/>
          </w:tcPr>
          <w:p w14:paraId="7AC85E3B" w14:textId="77777777" w:rsidR="00657B83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TAK</w:t>
            </w:r>
          </w:p>
        </w:tc>
        <w:tc>
          <w:tcPr>
            <w:tcW w:w="3419" w:type="dxa"/>
            <w:shd w:val="clear" w:color="auto" w:fill="E8EFF2"/>
          </w:tcPr>
          <w:p w14:paraId="73D3FCBC" w14:textId="77777777" w:rsidR="00657B83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NIE</w:t>
            </w:r>
          </w:p>
        </w:tc>
      </w:tr>
      <w:tr w:rsidR="00657B83" w14:paraId="33CD7D9A" w14:textId="77777777">
        <w:trPr>
          <w:cantSplit/>
        </w:trPr>
        <w:tc>
          <w:tcPr>
            <w:tcW w:w="3419" w:type="dxa"/>
          </w:tcPr>
          <w:p w14:paraId="09DAF21E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Ustalono na mnie prawo do specjalnego zasiłku opiekuńczego, świadczenia pielęgnacyjnego lub zasiłku dla opiekuna</w:t>
            </w:r>
          </w:p>
        </w:tc>
        <w:tc>
          <w:tcPr>
            <w:tcW w:w="3419" w:type="dxa"/>
          </w:tcPr>
          <w:p w14:paraId="2F870F1D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6B5B976F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657B83" w14:paraId="3B9FB219" w14:textId="77777777">
        <w:trPr>
          <w:cantSplit/>
        </w:trPr>
        <w:tc>
          <w:tcPr>
            <w:tcW w:w="3419" w:type="dxa"/>
          </w:tcPr>
          <w:p w14:paraId="6D585595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Korzystam ze świadczenia wspierającego</w:t>
            </w:r>
          </w:p>
        </w:tc>
        <w:tc>
          <w:tcPr>
            <w:tcW w:w="3419" w:type="dxa"/>
          </w:tcPr>
          <w:p w14:paraId="70D830C2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30D37797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657B83" w14:paraId="10ECC141" w14:textId="77777777">
        <w:trPr>
          <w:cantSplit/>
        </w:trPr>
        <w:tc>
          <w:tcPr>
            <w:tcW w:w="3419" w:type="dxa"/>
          </w:tcPr>
          <w:p w14:paraId="7880458A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Korzystam ze specjalistycznych usług opiekuńczych w ośrodku wsparcia</w:t>
            </w:r>
          </w:p>
        </w:tc>
        <w:tc>
          <w:tcPr>
            <w:tcW w:w="3419" w:type="dxa"/>
          </w:tcPr>
          <w:p w14:paraId="6BF8C4E1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41A5CE6B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657B83" w14:paraId="25483D5A" w14:textId="77777777">
        <w:trPr>
          <w:cantSplit/>
        </w:trPr>
        <w:tc>
          <w:tcPr>
            <w:tcW w:w="3419" w:type="dxa"/>
          </w:tcPr>
          <w:p w14:paraId="65BEA10B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Korzystam z usług opiekuńczych lub asystencji osobistej dofinansowanych z programu rządowego albo resortowego</w:t>
            </w:r>
          </w:p>
        </w:tc>
        <w:tc>
          <w:tcPr>
            <w:tcW w:w="3419" w:type="dxa"/>
          </w:tcPr>
          <w:p w14:paraId="5D35194E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5918BE45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657B83" w14:paraId="6968D3FC" w14:textId="77777777">
        <w:trPr>
          <w:cantSplit/>
        </w:trPr>
        <w:tc>
          <w:tcPr>
            <w:tcW w:w="3419" w:type="dxa"/>
          </w:tcPr>
          <w:p w14:paraId="5F6668D4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Korzystam z całodobowej opieki w domu pomocy społecznej (DPS)</w:t>
            </w:r>
          </w:p>
        </w:tc>
        <w:tc>
          <w:tcPr>
            <w:tcW w:w="3419" w:type="dxa"/>
          </w:tcPr>
          <w:p w14:paraId="76D083A0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38567F92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657B83" w14:paraId="39EACD8E" w14:textId="77777777">
        <w:trPr>
          <w:cantSplit/>
        </w:trPr>
        <w:tc>
          <w:tcPr>
            <w:tcW w:w="3419" w:type="dxa"/>
          </w:tcPr>
          <w:p w14:paraId="7599637A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Korzystam z całodobowej opieki w zakładzie opiekuńczo-leczniczym (ZOL) albo zakładzie pielęgnacyjno-opiekuńczym (ZPO)</w:t>
            </w:r>
          </w:p>
        </w:tc>
        <w:tc>
          <w:tcPr>
            <w:tcW w:w="3419" w:type="dxa"/>
          </w:tcPr>
          <w:p w14:paraId="188A45F8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0BAAFE4F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657B83" w14:paraId="4EF2AC43" w14:textId="77777777">
        <w:trPr>
          <w:cantSplit/>
        </w:trPr>
        <w:tc>
          <w:tcPr>
            <w:tcW w:w="3419" w:type="dxa"/>
          </w:tcPr>
          <w:p w14:paraId="7FDC848B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Korzystam z całodobowej opieki w placówce dla osób starszych, niepełnosprawnych lub przewlekle chorych</w:t>
            </w:r>
          </w:p>
        </w:tc>
        <w:tc>
          <w:tcPr>
            <w:tcW w:w="3419" w:type="dxa"/>
          </w:tcPr>
          <w:p w14:paraId="49D5BF08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280E7D89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657B83" w14:paraId="091BC39E" w14:textId="77777777">
        <w:trPr>
          <w:cantSplit/>
        </w:trPr>
        <w:tc>
          <w:tcPr>
            <w:tcW w:w="3419" w:type="dxa"/>
          </w:tcPr>
          <w:p w14:paraId="4EC768B8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Korzystam z całodobowej opieki u innego podmiotu</w:t>
            </w:r>
          </w:p>
        </w:tc>
        <w:tc>
          <w:tcPr>
            <w:tcW w:w="3419" w:type="dxa"/>
          </w:tcPr>
          <w:p w14:paraId="530947A4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260E2E87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657B83" w14:paraId="38F4446A" w14:textId="77777777">
        <w:trPr>
          <w:cantSplit/>
        </w:trPr>
        <w:tc>
          <w:tcPr>
            <w:tcW w:w="3419" w:type="dxa"/>
          </w:tcPr>
          <w:p w14:paraId="092C3E52" w14:textId="77777777" w:rsidR="00657B83" w:rsidRDefault="00000000">
            <w:pPr>
              <w:spacing w:before="40" w:after="40"/>
              <w:rPr>
                <w:rFonts w:hint="eastAsia"/>
              </w:rPr>
            </w:pPr>
            <w:r>
              <w:rPr>
                <w:sz w:val="16"/>
              </w:rPr>
              <w:t>Korzystam z instytucjonalnej opieki dziennej</w:t>
            </w:r>
          </w:p>
        </w:tc>
        <w:tc>
          <w:tcPr>
            <w:tcW w:w="3419" w:type="dxa"/>
          </w:tcPr>
          <w:p w14:paraId="015F92EE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3419" w:type="dxa"/>
          </w:tcPr>
          <w:p w14:paraId="4A945E58" w14:textId="77777777" w:rsidR="00657B83" w:rsidRDefault="00000000">
            <w:pPr>
              <w:spacing w:before="40" w:after="40"/>
              <w:jc w:val="center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</w:tbl>
    <w:p w14:paraId="0DF171C6" w14:textId="77777777" w:rsidR="00657B83" w:rsidRDefault="00000000">
      <w:pPr>
        <w:pStyle w:val="SectionCustom"/>
        <w:rPr>
          <w:rFonts w:hint="eastAsia"/>
        </w:rPr>
      </w:pPr>
      <w:r>
        <w:rPr>
          <w:b w:val="0"/>
        </w:rPr>
        <w:t>Jeżeli zaznaczono TAK – informacje uzupełniające</w:t>
      </w:r>
    </w:p>
    <w:p w14:paraId="02A6758D" w14:textId="77777777" w:rsidR="00657B83" w:rsidRDefault="00000000">
      <w:pPr>
        <w:rPr>
          <w:rFonts w:hint="eastAsia"/>
        </w:rPr>
      </w:pPr>
      <w:r>
        <w:t>Nazwa świadczenia lub usługi, podmiot udzielający, okres korzystania:</w:t>
      </w:r>
    </w:p>
    <w:p w14:paraId="46F853AD" w14:textId="77777777" w:rsidR="00657B83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3FAEE932" w14:textId="77777777" w:rsidR="00657B83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3434E95F" w14:textId="77777777" w:rsidR="00657B83" w:rsidRDefault="00000000">
      <w:pPr>
        <w:ind w:left="125"/>
        <w:rPr>
          <w:rFonts w:hint="eastAsia"/>
        </w:rPr>
      </w:pPr>
      <w:r>
        <w:t>☐  Jeżeli dotyczy usług/opieki z pozycji 2–9: opieka miała charakter doraźny i trwała jednorazowo nie dłużej niż 14 dni: TAK / NIE / NIE DOTYCZY</w:t>
      </w:r>
    </w:p>
    <w:p w14:paraId="6CE9C2EB" w14:textId="77777777" w:rsidR="00657B83" w:rsidRDefault="00000000">
      <w:pPr>
        <w:pStyle w:val="SmallCustom"/>
        <w:rPr>
          <w:rFonts w:hint="eastAsia"/>
        </w:rPr>
      </w:pPr>
      <w:r>
        <w:t>Wyjątek dotyczący doraźnych usług lub opieki trwających jednorazowo do 14 dni nie dotyczy ustalonego prawa do świadczeń z pierwszego wiersza.</w:t>
      </w:r>
    </w:p>
    <w:p w14:paraId="5EE7904E" w14:textId="77777777" w:rsidR="00657B83" w:rsidRDefault="00000000">
      <w:pPr>
        <w:rPr>
          <w:rFonts w:hint="eastAsia"/>
        </w:rPr>
      </w:pPr>
      <w:r>
        <w:t>Oświadczam, że podałem/am informacje zgodne ze stanem faktycznym i moją wiedzą.</w:t>
      </w:r>
    </w:p>
    <w:p w14:paraId="7497DF91" w14:textId="77777777" w:rsidR="00657B83" w:rsidRDefault="00657B83">
      <w:pPr>
        <w:spacing w:before="220"/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28"/>
        <w:gridCol w:w="5128"/>
      </w:tblGrid>
      <w:tr w:rsidR="00657B83" w14:paraId="1C2AF4D3" w14:textId="77777777">
        <w:tc>
          <w:tcPr>
            <w:tcW w:w="5128" w:type="dxa"/>
            <w:tcBorders>
              <w:bottom w:val="single" w:sz="6" w:space="0" w:color="8899A1"/>
            </w:tcBorders>
          </w:tcPr>
          <w:p w14:paraId="0168B8B6" w14:textId="77777777" w:rsidR="00657B83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5128" w:type="dxa"/>
            <w:tcBorders>
              <w:bottom w:val="single" w:sz="6" w:space="0" w:color="8899A1"/>
            </w:tcBorders>
          </w:tcPr>
          <w:p w14:paraId="2982DB7C" w14:textId="77777777" w:rsidR="00657B83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657B83" w14:paraId="6F9D1EAD" w14:textId="77777777">
        <w:tc>
          <w:tcPr>
            <w:tcW w:w="5128" w:type="dxa"/>
          </w:tcPr>
          <w:p w14:paraId="36FEFA4A" w14:textId="77777777" w:rsidR="00657B83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Miejscowość, data</w:t>
            </w:r>
          </w:p>
        </w:tc>
        <w:tc>
          <w:tcPr>
            <w:tcW w:w="5128" w:type="dxa"/>
          </w:tcPr>
          <w:p w14:paraId="6ED4AA7B" w14:textId="77777777" w:rsidR="00657B83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Podpis seniora / pełnomocnika</w:t>
            </w:r>
          </w:p>
        </w:tc>
      </w:tr>
    </w:tbl>
    <w:p w14:paraId="79AEC58F" w14:textId="77777777" w:rsidR="00951FFB" w:rsidRDefault="00951FFB"/>
    <w:sectPr w:rsidR="00951FFB" w:rsidSect="00034616">
      <w:headerReference w:type="default" r:id="rId8"/>
      <w:footerReference w:type="default" r:id="rId9"/>
      <w:pgSz w:w="12240" w:h="15840"/>
      <w:pgMar w:top="935" w:right="992" w:bottom="935" w:left="99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0B0D5" w14:textId="77777777" w:rsidR="00951FFB" w:rsidRDefault="00951FF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CDE5A3" w14:textId="77777777" w:rsidR="00951FFB" w:rsidRDefault="00951FF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A6E25" w14:textId="3E684375" w:rsidR="00657B83" w:rsidRDefault="00000000">
    <w:pPr>
      <w:pStyle w:val="Stopka"/>
      <w:jc w:val="center"/>
      <w:rPr>
        <w:rFonts w:hint="eastAsia"/>
      </w:rPr>
    </w:pPr>
    <w:r>
      <w:rPr>
        <w:color w:val="576571"/>
        <w:sz w:val="16"/>
      </w:rPr>
      <w:t xml:space="preserve">GOPS w </w:t>
    </w:r>
    <w:proofErr w:type="spellStart"/>
    <w:r>
      <w:rPr>
        <w:color w:val="576571"/>
        <w:sz w:val="16"/>
      </w:rPr>
      <w:t>Jaśle</w:t>
    </w:r>
    <w:proofErr w:type="spellEnd"/>
    <w:r>
      <w:rPr>
        <w:color w:val="576571"/>
        <w:sz w:val="16"/>
      </w:rPr>
      <w:t xml:space="preserve">  |  ul. </w:t>
    </w:r>
    <w:proofErr w:type="spellStart"/>
    <w:r>
      <w:rPr>
        <w:color w:val="576571"/>
        <w:sz w:val="16"/>
      </w:rPr>
      <w:t>Słowackiego</w:t>
    </w:r>
    <w:proofErr w:type="spellEnd"/>
    <w:r>
      <w:rPr>
        <w:color w:val="576571"/>
        <w:sz w:val="16"/>
      </w:rPr>
      <w:t xml:space="preserve"> 4, 38-200 </w:t>
    </w:r>
    <w:proofErr w:type="spellStart"/>
    <w:r>
      <w:rPr>
        <w:color w:val="576571"/>
        <w:sz w:val="16"/>
      </w:rPr>
      <w:t>Jasło</w:t>
    </w:r>
    <w:proofErr w:type="spellEnd"/>
    <w:r>
      <w:rPr>
        <w:color w:val="576571"/>
        <w:sz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8A3C" w14:textId="77777777" w:rsidR="00951FFB" w:rsidRDefault="00951FF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2623458" w14:textId="77777777" w:rsidR="00951FFB" w:rsidRDefault="00951FF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923E" w14:textId="77777777" w:rsidR="00657B83" w:rsidRDefault="00000000">
    <w:pPr>
      <w:pStyle w:val="Nagwek"/>
      <w:jc w:val="right"/>
      <w:rPr>
        <w:rFonts w:hint="eastAsia"/>
      </w:rPr>
    </w:pPr>
    <w:r>
      <w:rPr>
        <w:b/>
        <w:color w:val="576571"/>
        <w:sz w:val="16"/>
      </w:rPr>
      <w:t>GMINNY OŚRODEK POMOCY SPOŁECZNEJ W JAŚLE  •  BON SENIORALNY 2026–2028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274347">
    <w:abstractNumId w:val="8"/>
  </w:num>
  <w:num w:numId="2" w16cid:durableId="154761634">
    <w:abstractNumId w:val="6"/>
  </w:num>
  <w:num w:numId="3" w16cid:durableId="1942444749">
    <w:abstractNumId w:val="5"/>
  </w:num>
  <w:num w:numId="4" w16cid:durableId="1871261539">
    <w:abstractNumId w:val="4"/>
  </w:num>
  <w:num w:numId="5" w16cid:durableId="1344891292">
    <w:abstractNumId w:val="7"/>
  </w:num>
  <w:num w:numId="6" w16cid:durableId="511603957">
    <w:abstractNumId w:val="3"/>
  </w:num>
  <w:num w:numId="7" w16cid:durableId="1941985794">
    <w:abstractNumId w:val="2"/>
  </w:num>
  <w:num w:numId="8" w16cid:durableId="1375302579">
    <w:abstractNumId w:val="1"/>
  </w:num>
  <w:num w:numId="9" w16cid:durableId="31977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9A8"/>
    <w:rsid w:val="00034616"/>
    <w:rsid w:val="0006063C"/>
    <w:rsid w:val="0015074B"/>
    <w:rsid w:val="0029639D"/>
    <w:rsid w:val="00326F90"/>
    <w:rsid w:val="00657B83"/>
    <w:rsid w:val="00951FFB"/>
    <w:rsid w:val="00AA1D8D"/>
    <w:rsid w:val="00B47730"/>
    <w:rsid w:val="00BB659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F75094"/>
  <w14:defaultImageDpi w14:val="300"/>
  <w15:docId w15:val="{9BFF656F-EC34-46A5-AF8B-72A0174A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2" w:lineRule="auto"/>
    </w:pPr>
    <w:rPr>
      <w:rFonts w:ascii="Carlito" w:hAnsi="Carlito"/>
      <w:color w:val="1E2A3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100"/>
    </w:pPr>
    <w:rPr>
      <w:rFonts w:ascii="Carlito" w:hAnsi="Carlito"/>
      <w:b/>
      <w:color w:val="1A3750"/>
      <w:sz w:val="34"/>
    </w:rPr>
  </w:style>
  <w:style w:type="paragraph" w:customStyle="1" w:styleId="SectionCustom">
    <w:name w:val="SectionCustom"/>
    <w:pPr>
      <w:spacing w:before="120" w:after="100"/>
    </w:pPr>
    <w:rPr>
      <w:rFonts w:ascii="Carlito" w:hAnsi="Carlito"/>
      <w:b/>
      <w:color w:val="106973"/>
      <w:sz w:val="21"/>
    </w:rPr>
  </w:style>
  <w:style w:type="paragraph" w:customStyle="1" w:styleId="SmallCustom">
    <w:name w:val="SmallCustom"/>
    <w:pPr>
      <w:spacing w:after="40"/>
    </w:pPr>
    <w:rPr>
      <w:rFonts w:ascii="Carlito" w:hAnsi="Carlito"/>
      <w:color w:val="576571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Kieś</cp:lastModifiedBy>
  <cp:revision>3</cp:revision>
  <dcterms:created xsi:type="dcterms:W3CDTF">2013-12-23T23:15:00Z</dcterms:created>
  <dcterms:modified xsi:type="dcterms:W3CDTF">2026-10-28T09:31:00Z</dcterms:modified>
  <cp:category/>
</cp:coreProperties>
</file>