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825DA" w14:textId="77777777" w:rsidR="00A5697B" w:rsidRDefault="00000000">
      <w:pPr>
        <w:pStyle w:val="SmallCustom"/>
        <w:rPr>
          <w:rFonts w:hint="eastAsia"/>
        </w:rPr>
      </w:pPr>
      <w:r>
        <w:rPr>
          <w:b/>
        </w:rPr>
        <w:t>ZAŁĄCZNIK NR 3  /  DOKUMENTY REKRUTACYJNE</w:t>
      </w:r>
    </w:p>
    <w:p w14:paraId="0FB0E87A" w14:textId="77777777" w:rsidR="00A5697B" w:rsidRDefault="00000000">
      <w:pPr>
        <w:pStyle w:val="TitleCustom"/>
        <w:rPr>
          <w:rFonts w:hint="eastAsia"/>
        </w:rPr>
      </w:pPr>
      <w:r>
        <w:t>Oświadczenie o obywatelstwie i zamieszkaniu</w:t>
      </w:r>
    </w:p>
    <w:p w14:paraId="10D3405A" w14:textId="77777777" w:rsidR="00A5697B" w:rsidRDefault="00000000">
      <w:pPr>
        <w:pStyle w:val="SmallCustom"/>
        <w:rPr>
          <w:rFonts w:hint="eastAsia"/>
        </w:rPr>
      </w:pPr>
      <w:r>
        <w:t>Do wniosku o objęcie bonem senioralnym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18"/>
        <w:gridCol w:w="6406"/>
      </w:tblGrid>
      <w:tr w:rsidR="00A5697B" w14:paraId="10B28543" w14:textId="77777777">
        <w:trPr>
          <w:cantSplit/>
          <w:jc w:val="center"/>
        </w:trPr>
        <w:tc>
          <w:tcPr>
            <w:tcW w:w="3118" w:type="dxa"/>
            <w:vAlign w:val="center"/>
          </w:tcPr>
          <w:p w14:paraId="135880BC" w14:textId="77777777" w:rsidR="00A5697B" w:rsidRDefault="00000000">
            <w:pPr>
              <w:spacing w:before="80"/>
              <w:rPr>
                <w:rFonts w:hint="eastAsia"/>
              </w:rPr>
            </w:pPr>
            <w:r>
              <w:rPr>
                <w:b/>
                <w:sz w:val="18"/>
              </w:rPr>
              <w:t>Imię i nazwisko seniora</w:t>
            </w:r>
          </w:p>
        </w:tc>
        <w:tc>
          <w:tcPr>
            <w:tcW w:w="6406" w:type="dxa"/>
            <w:tcBorders>
              <w:bottom w:val="single" w:sz="5" w:space="0" w:color="AAB7BE"/>
            </w:tcBorders>
            <w:vAlign w:val="center"/>
          </w:tcPr>
          <w:p w14:paraId="454F5D13" w14:textId="77777777" w:rsidR="00A5697B" w:rsidRDefault="00000000">
            <w:pPr>
              <w:spacing w:before="80"/>
              <w:rPr>
                <w:rFonts w:hint="eastAsia"/>
              </w:rPr>
            </w:pPr>
            <w:r>
              <w:t xml:space="preserve"> </w:t>
            </w:r>
          </w:p>
        </w:tc>
      </w:tr>
      <w:tr w:rsidR="00A5697B" w14:paraId="22CBE011" w14:textId="77777777">
        <w:trPr>
          <w:cantSplit/>
          <w:jc w:val="center"/>
        </w:trPr>
        <w:tc>
          <w:tcPr>
            <w:tcW w:w="3118" w:type="dxa"/>
            <w:vAlign w:val="center"/>
          </w:tcPr>
          <w:p w14:paraId="2BAF0946" w14:textId="77777777" w:rsidR="00A5697B" w:rsidRDefault="00000000">
            <w:pPr>
              <w:spacing w:before="80"/>
              <w:rPr>
                <w:rFonts w:hint="eastAsia"/>
              </w:rPr>
            </w:pPr>
            <w:r>
              <w:rPr>
                <w:b/>
                <w:sz w:val="18"/>
              </w:rPr>
              <w:t>PESEL (w przypadku braku – dane dokumentu)</w:t>
            </w:r>
          </w:p>
        </w:tc>
        <w:tc>
          <w:tcPr>
            <w:tcW w:w="6406" w:type="dxa"/>
            <w:tcBorders>
              <w:bottom w:val="single" w:sz="5" w:space="0" w:color="AAB7BE"/>
            </w:tcBorders>
            <w:vAlign w:val="center"/>
          </w:tcPr>
          <w:p w14:paraId="7503832A" w14:textId="77777777" w:rsidR="00A5697B" w:rsidRDefault="00000000">
            <w:pPr>
              <w:spacing w:before="80"/>
              <w:rPr>
                <w:rFonts w:hint="eastAsia"/>
              </w:rPr>
            </w:pPr>
            <w:r>
              <w:t xml:space="preserve"> </w:t>
            </w:r>
          </w:p>
        </w:tc>
      </w:tr>
    </w:tbl>
    <w:p w14:paraId="025F9EC2" w14:textId="77777777" w:rsidR="00A5697B" w:rsidRDefault="00A5697B">
      <w:pPr>
        <w:spacing w:after="0"/>
        <w:rPr>
          <w:rFonts w:hint="eastAsia"/>
        </w:rPr>
      </w:pPr>
    </w:p>
    <w:p w14:paraId="295A1CE5" w14:textId="77777777" w:rsidR="00A5697B" w:rsidRDefault="00000000">
      <w:pPr>
        <w:rPr>
          <w:rFonts w:hint="eastAsia"/>
        </w:rPr>
      </w:pPr>
      <w:r>
        <w:rPr>
          <w:b/>
        </w:rPr>
        <w:t>Oświadczam, że posiadam obywatelstwo:</w:t>
      </w:r>
    </w:p>
    <w:p w14:paraId="01133B50" w14:textId="77777777" w:rsidR="00A5697B" w:rsidRDefault="00000000">
      <w:pPr>
        <w:spacing w:after="40"/>
        <w:rPr>
          <w:rFonts w:hint="eastAsia"/>
        </w:rPr>
      </w:pPr>
      <w:r>
        <w:rPr>
          <w:color w:val="576571"/>
        </w:rPr>
        <w:t>........................................................................................................................................</w:t>
      </w:r>
    </w:p>
    <w:p w14:paraId="59D7266E" w14:textId="77777777" w:rsidR="00A5697B" w:rsidRDefault="00000000">
      <w:pPr>
        <w:rPr>
          <w:rFonts w:hint="eastAsia"/>
        </w:rPr>
      </w:pPr>
      <w:r>
        <w:rPr>
          <w:b/>
        </w:rPr>
        <w:t>oraz zamieszkuję faktycznie na terenie Gminy Jasło pod adresem:</w:t>
      </w:r>
    </w:p>
    <w:p w14:paraId="2DEA36E9" w14:textId="77777777" w:rsidR="00A5697B" w:rsidRDefault="00000000">
      <w:pPr>
        <w:spacing w:after="40"/>
        <w:rPr>
          <w:rFonts w:hint="eastAsia"/>
        </w:rPr>
      </w:pPr>
      <w:r>
        <w:rPr>
          <w:color w:val="576571"/>
        </w:rPr>
        <w:t>........................................................................................................................................</w:t>
      </w:r>
    </w:p>
    <w:p w14:paraId="0D494BA2" w14:textId="77777777" w:rsidR="00A5697B" w:rsidRDefault="00000000">
      <w:pPr>
        <w:spacing w:after="40"/>
        <w:rPr>
          <w:rFonts w:hint="eastAsia"/>
        </w:rPr>
      </w:pPr>
      <w:r>
        <w:rPr>
          <w:color w:val="576571"/>
        </w:rPr>
        <w:t>........................................................................................................................................</w:t>
      </w:r>
    </w:p>
    <w:p w14:paraId="4FE7482A" w14:textId="77777777" w:rsidR="00A5697B" w:rsidRDefault="00000000">
      <w:pPr>
        <w:spacing w:after="40"/>
        <w:rPr>
          <w:rFonts w:hint="eastAsia"/>
        </w:rPr>
      </w:pPr>
      <w:r>
        <w:rPr>
          <w:color w:val="576571"/>
        </w:rPr>
        <w:t>........................................................................................................................................</w:t>
      </w:r>
    </w:p>
    <w:p w14:paraId="76C84394" w14:textId="77777777" w:rsidR="00A5697B" w:rsidRDefault="00000000">
      <w:pPr>
        <w:rPr>
          <w:rFonts w:hint="eastAsia"/>
        </w:rPr>
      </w:pPr>
      <w:r>
        <w:t>Mieszkam pod podanym adresem od (jeżeli możliwe do wskazania): ..................................................</w:t>
      </w:r>
    </w:p>
    <w:p w14:paraId="7BD57A2D" w14:textId="77777777" w:rsidR="00A5697B" w:rsidRDefault="00000000">
      <w:pPr>
        <w:rPr>
          <w:rFonts w:hint="eastAsia"/>
        </w:rPr>
      </w:pPr>
      <w:r>
        <w:t>Potwierdzam, że powyższe informacje są zgodne z moją wiedzą i rzeczywistym stanem faktycznym.</w:t>
      </w:r>
    </w:p>
    <w:p w14:paraId="47BD0277" w14:textId="77777777" w:rsidR="00A5697B" w:rsidRDefault="00A5697B">
      <w:pPr>
        <w:spacing w:before="220"/>
        <w:rPr>
          <w:rFonts w:hint="eastAsia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128"/>
        <w:gridCol w:w="5128"/>
      </w:tblGrid>
      <w:tr w:rsidR="00A5697B" w14:paraId="343F3A20" w14:textId="77777777">
        <w:tc>
          <w:tcPr>
            <w:tcW w:w="5128" w:type="dxa"/>
            <w:tcBorders>
              <w:bottom w:val="single" w:sz="6" w:space="0" w:color="8899A1"/>
            </w:tcBorders>
          </w:tcPr>
          <w:p w14:paraId="39145B49" w14:textId="77777777" w:rsidR="00A5697B" w:rsidRDefault="00000000">
            <w:pPr>
              <w:rPr>
                <w:rFonts w:hint="eastAsia"/>
              </w:rPr>
            </w:pPr>
            <w:r>
              <w:t xml:space="preserve"> </w:t>
            </w:r>
          </w:p>
        </w:tc>
        <w:tc>
          <w:tcPr>
            <w:tcW w:w="5128" w:type="dxa"/>
            <w:tcBorders>
              <w:bottom w:val="single" w:sz="6" w:space="0" w:color="8899A1"/>
            </w:tcBorders>
          </w:tcPr>
          <w:p w14:paraId="5CFEC101" w14:textId="77777777" w:rsidR="00A5697B" w:rsidRDefault="00000000">
            <w:pPr>
              <w:rPr>
                <w:rFonts w:hint="eastAsia"/>
              </w:rPr>
            </w:pPr>
            <w:r>
              <w:t xml:space="preserve"> </w:t>
            </w:r>
          </w:p>
        </w:tc>
      </w:tr>
      <w:tr w:rsidR="00A5697B" w14:paraId="25265BF6" w14:textId="77777777">
        <w:tc>
          <w:tcPr>
            <w:tcW w:w="5128" w:type="dxa"/>
          </w:tcPr>
          <w:p w14:paraId="78A5B3A4" w14:textId="77777777" w:rsidR="00A5697B" w:rsidRDefault="00000000">
            <w:pPr>
              <w:jc w:val="center"/>
              <w:rPr>
                <w:rFonts w:hint="eastAsia"/>
              </w:rPr>
            </w:pPr>
            <w:r>
              <w:rPr>
                <w:color w:val="576571"/>
                <w:sz w:val="16"/>
              </w:rPr>
              <w:t>Miejscowość, data</w:t>
            </w:r>
          </w:p>
        </w:tc>
        <w:tc>
          <w:tcPr>
            <w:tcW w:w="5128" w:type="dxa"/>
          </w:tcPr>
          <w:p w14:paraId="07E98880" w14:textId="77777777" w:rsidR="00A5697B" w:rsidRDefault="00000000">
            <w:pPr>
              <w:jc w:val="center"/>
              <w:rPr>
                <w:rFonts w:hint="eastAsia"/>
              </w:rPr>
            </w:pPr>
            <w:r>
              <w:rPr>
                <w:color w:val="576571"/>
                <w:sz w:val="16"/>
              </w:rPr>
              <w:t>Podpis seniora / pełnomocnika</w:t>
            </w:r>
          </w:p>
        </w:tc>
      </w:tr>
    </w:tbl>
    <w:p w14:paraId="4BA2AE74" w14:textId="77777777" w:rsidR="005061FB" w:rsidRDefault="005061FB"/>
    <w:sectPr w:rsidR="005061FB" w:rsidSect="00034616">
      <w:headerReference w:type="default" r:id="rId8"/>
      <w:footerReference w:type="default" r:id="rId9"/>
      <w:pgSz w:w="12240" w:h="15840"/>
      <w:pgMar w:top="935" w:right="992" w:bottom="935" w:left="992" w:header="39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FD309" w14:textId="77777777" w:rsidR="005061FB" w:rsidRDefault="005061FB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2DFD5F49" w14:textId="77777777" w:rsidR="005061FB" w:rsidRDefault="005061FB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rlito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FC7AE" w14:textId="529DCB47" w:rsidR="00A5697B" w:rsidRDefault="00000000">
    <w:pPr>
      <w:pStyle w:val="Stopka"/>
      <w:jc w:val="center"/>
      <w:rPr>
        <w:rFonts w:hint="eastAsia"/>
      </w:rPr>
    </w:pPr>
    <w:r>
      <w:rPr>
        <w:color w:val="576571"/>
        <w:sz w:val="16"/>
      </w:rPr>
      <w:t xml:space="preserve">GOPS w </w:t>
    </w:r>
    <w:proofErr w:type="spellStart"/>
    <w:r>
      <w:rPr>
        <w:color w:val="576571"/>
        <w:sz w:val="16"/>
      </w:rPr>
      <w:t>Jaśle</w:t>
    </w:r>
    <w:proofErr w:type="spellEnd"/>
    <w:r>
      <w:rPr>
        <w:color w:val="576571"/>
        <w:sz w:val="16"/>
      </w:rPr>
      <w:t xml:space="preserve">  |  ul. </w:t>
    </w:r>
    <w:proofErr w:type="spellStart"/>
    <w:r>
      <w:rPr>
        <w:color w:val="576571"/>
        <w:sz w:val="16"/>
      </w:rPr>
      <w:t>Słowackiego</w:t>
    </w:r>
    <w:proofErr w:type="spellEnd"/>
    <w:r>
      <w:rPr>
        <w:color w:val="576571"/>
        <w:sz w:val="16"/>
      </w:rPr>
      <w:t xml:space="preserve"> 4, 38-200 </w:t>
    </w:r>
    <w:proofErr w:type="spellStart"/>
    <w:r>
      <w:rPr>
        <w:color w:val="576571"/>
        <w:sz w:val="16"/>
      </w:rPr>
      <w:t>Jasło</w:t>
    </w:r>
    <w:proofErr w:type="spellEnd"/>
    <w:r>
      <w:rPr>
        <w:color w:val="576571"/>
        <w:sz w:val="16"/>
      </w:rP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4E4439" w14:textId="77777777" w:rsidR="005061FB" w:rsidRDefault="005061FB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6C8F4540" w14:textId="77777777" w:rsidR="005061FB" w:rsidRDefault="005061FB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3ECD2" w14:textId="77777777" w:rsidR="00A5697B" w:rsidRDefault="00000000">
    <w:pPr>
      <w:pStyle w:val="Nagwek"/>
      <w:jc w:val="right"/>
      <w:rPr>
        <w:rFonts w:hint="eastAsia"/>
      </w:rPr>
    </w:pPr>
    <w:r>
      <w:rPr>
        <w:b/>
        <w:color w:val="576571"/>
        <w:sz w:val="16"/>
      </w:rPr>
      <w:t>GMINNY OŚRODEK POMOCY SPOŁECZNEJ W JAŚLE  •  BON SENIORALNY 2026–2028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115855401">
    <w:abstractNumId w:val="8"/>
  </w:num>
  <w:num w:numId="2" w16cid:durableId="262037021">
    <w:abstractNumId w:val="6"/>
  </w:num>
  <w:num w:numId="3" w16cid:durableId="1065227993">
    <w:abstractNumId w:val="5"/>
  </w:num>
  <w:num w:numId="4" w16cid:durableId="1489830538">
    <w:abstractNumId w:val="4"/>
  </w:num>
  <w:num w:numId="5" w16cid:durableId="17976314">
    <w:abstractNumId w:val="7"/>
  </w:num>
  <w:num w:numId="6" w16cid:durableId="1856457714">
    <w:abstractNumId w:val="3"/>
  </w:num>
  <w:num w:numId="7" w16cid:durableId="999115741">
    <w:abstractNumId w:val="2"/>
  </w:num>
  <w:num w:numId="8" w16cid:durableId="1999110433">
    <w:abstractNumId w:val="1"/>
  </w:num>
  <w:num w:numId="9" w16cid:durableId="1094013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061FB"/>
    <w:rsid w:val="00992D57"/>
    <w:rsid w:val="00A5697B"/>
    <w:rsid w:val="00AA1D8D"/>
    <w:rsid w:val="00B47730"/>
    <w:rsid w:val="00BD17C5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D8FE0A"/>
  <w14:defaultImageDpi w14:val="300"/>
  <w15:docId w15:val="{9D993F37-96E9-4F17-B520-1C92F37B0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80" w:line="262" w:lineRule="auto"/>
    </w:pPr>
    <w:rPr>
      <w:rFonts w:ascii="Carlito" w:hAnsi="Carlito"/>
      <w:color w:val="1E2A32"/>
      <w:sz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itleCustom">
    <w:name w:val="TitleCustom"/>
    <w:pPr>
      <w:spacing w:after="100"/>
    </w:pPr>
    <w:rPr>
      <w:rFonts w:ascii="Carlito" w:hAnsi="Carlito"/>
      <w:b/>
      <w:color w:val="1A3750"/>
      <w:sz w:val="34"/>
    </w:rPr>
  </w:style>
  <w:style w:type="paragraph" w:customStyle="1" w:styleId="SectionCustom">
    <w:name w:val="SectionCustom"/>
    <w:pPr>
      <w:spacing w:before="120" w:after="100"/>
    </w:pPr>
    <w:rPr>
      <w:rFonts w:ascii="Carlito" w:hAnsi="Carlito"/>
      <w:b/>
      <w:color w:val="106973"/>
      <w:sz w:val="21"/>
    </w:rPr>
  </w:style>
  <w:style w:type="paragraph" w:customStyle="1" w:styleId="SmallCustom">
    <w:name w:val="SmallCustom"/>
    <w:pPr>
      <w:spacing w:after="40"/>
    </w:pPr>
    <w:rPr>
      <w:rFonts w:ascii="Carlito" w:hAnsi="Carlito"/>
      <w:color w:val="576571"/>
      <w:sz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1111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Iwona Kieś</cp:lastModifiedBy>
  <cp:revision>3</cp:revision>
  <dcterms:created xsi:type="dcterms:W3CDTF">2013-12-23T23:15:00Z</dcterms:created>
  <dcterms:modified xsi:type="dcterms:W3CDTF">2026-10-28T09:31:00Z</dcterms:modified>
  <cp:category/>
</cp:coreProperties>
</file>