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73C8" w:rsidRDefault="00921C15">
      <w:pPr>
        <w:keepLines/>
        <w:spacing w:after="60"/>
        <w:jc w:val="center"/>
      </w:pPr>
      <w:r>
        <w:rPr>
          <w:b/>
          <w:color w:val="000000"/>
          <w:sz w:val="26"/>
        </w:rPr>
        <w:t>JADŁOSPIS PRZEDSZKOLNY</w:t>
      </w:r>
    </w:p>
    <w:tbl>
      <w:tblPr>
        <w:tblW w:w="15618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1689"/>
        <w:gridCol w:w="4394"/>
        <w:gridCol w:w="5397"/>
        <w:gridCol w:w="3713"/>
      </w:tblGrid>
      <w:tr w:rsidR="008A73C8" w:rsidTr="002024AD">
        <w:trPr>
          <w:trHeight w:hRule="exact" w:val="397"/>
          <w:jc w:val="center"/>
        </w:trPr>
        <w:tc>
          <w:tcPr>
            <w:tcW w:w="42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8A73C8" w:rsidRDefault="00921C15">
            <w:pPr>
              <w:jc w:val="center"/>
            </w:pPr>
            <w:r>
              <w:rPr>
                <w:b/>
                <w:color w:val="000000"/>
                <w:sz w:val="15"/>
              </w:rPr>
              <w:t>Lp.</w:t>
            </w:r>
          </w:p>
        </w:tc>
        <w:tc>
          <w:tcPr>
            <w:tcW w:w="168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8A73C8" w:rsidRDefault="00921C15">
            <w:pPr>
              <w:jc w:val="center"/>
            </w:pPr>
            <w:r>
              <w:rPr>
                <w:b/>
                <w:color w:val="000000"/>
                <w:sz w:val="15"/>
              </w:rPr>
              <w:t>Data</w:t>
            </w:r>
          </w:p>
        </w:tc>
        <w:tc>
          <w:tcPr>
            <w:tcW w:w="43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8A73C8" w:rsidRDefault="00921C15">
            <w:pPr>
              <w:jc w:val="center"/>
            </w:pPr>
            <w:r>
              <w:rPr>
                <w:b/>
                <w:color w:val="000000"/>
                <w:sz w:val="15"/>
              </w:rPr>
              <w:t>Śniadanie</w:t>
            </w:r>
          </w:p>
        </w:tc>
        <w:tc>
          <w:tcPr>
            <w:tcW w:w="539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8A73C8" w:rsidRDefault="00921C15">
            <w:pPr>
              <w:jc w:val="center"/>
            </w:pPr>
            <w:r>
              <w:rPr>
                <w:b/>
                <w:color w:val="000000"/>
                <w:sz w:val="15"/>
              </w:rPr>
              <w:t>Obiad</w:t>
            </w:r>
          </w:p>
        </w:tc>
        <w:tc>
          <w:tcPr>
            <w:tcW w:w="371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8A73C8" w:rsidRDefault="00921C15">
            <w:pPr>
              <w:jc w:val="center"/>
            </w:pPr>
            <w:r>
              <w:rPr>
                <w:b/>
                <w:color w:val="000000"/>
                <w:sz w:val="15"/>
              </w:rPr>
              <w:t>Podwieczorek</w:t>
            </w:r>
          </w:p>
        </w:tc>
      </w:tr>
      <w:tr w:rsidR="008A73C8" w:rsidTr="002024AD">
        <w:trPr>
          <w:trHeight w:hRule="exact" w:val="1061"/>
          <w:jc w:val="center"/>
        </w:trPr>
        <w:tc>
          <w:tcPr>
            <w:tcW w:w="42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2E2E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Default="00921C15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8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2E2E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Pr="002024AD" w:rsidRDefault="0059442C" w:rsidP="0059442C">
            <w:pPr>
              <w:rPr>
                <w:sz w:val="20"/>
                <w:szCs w:val="20"/>
              </w:rPr>
            </w:pPr>
            <w:r w:rsidRPr="002024AD">
              <w:rPr>
                <w:sz w:val="20"/>
                <w:szCs w:val="20"/>
              </w:rPr>
              <w:t xml:space="preserve">   </w:t>
            </w:r>
            <w:r w:rsidR="00433BB6">
              <w:rPr>
                <w:sz w:val="20"/>
                <w:szCs w:val="20"/>
              </w:rPr>
              <w:t>05</w:t>
            </w:r>
            <w:r w:rsidRPr="002024AD">
              <w:rPr>
                <w:sz w:val="20"/>
                <w:szCs w:val="20"/>
              </w:rPr>
              <w:t>.</w:t>
            </w:r>
            <w:r w:rsidR="00433BB6">
              <w:rPr>
                <w:sz w:val="20"/>
                <w:szCs w:val="20"/>
              </w:rPr>
              <w:t>10</w:t>
            </w:r>
            <w:r w:rsidRPr="002024AD">
              <w:rPr>
                <w:sz w:val="20"/>
                <w:szCs w:val="20"/>
              </w:rPr>
              <w:t>.2026</w:t>
            </w:r>
          </w:p>
          <w:p w:rsidR="004552EE" w:rsidRPr="002024AD" w:rsidRDefault="004552EE" w:rsidP="0059442C">
            <w:pPr>
              <w:rPr>
                <w:sz w:val="20"/>
                <w:szCs w:val="20"/>
              </w:rPr>
            </w:pPr>
            <w:r w:rsidRPr="002024AD">
              <w:rPr>
                <w:sz w:val="20"/>
                <w:szCs w:val="20"/>
              </w:rPr>
              <w:t>PONIEDZIAŁEK</w:t>
            </w:r>
          </w:p>
        </w:tc>
        <w:tc>
          <w:tcPr>
            <w:tcW w:w="43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2E2E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Pr="002024AD" w:rsidRDefault="00433BB6" w:rsidP="0059442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Kawa zbożowa, herbata, chleb słonecznikowy, masło roślinne, kiełbasa krakowska, pomidor, ogórek</w:t>
            </w:r>
            <w:r w:rsidR="00D45DB4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  <w:u w:val="single"/>
              </w:rPr>
              <w:t>J</w:t>
            </w:r>
            <w:r w:rsidRPr="00433BB6">
              <w:rPr>
                <w:rFonts w:cs="Arial"/>
                <w:b/>
                <w:sz w:val="20"/>
                <w:szCs w:val="20"/>
                <w:u w:val="single"/>
              </w:rPr>
              <w:t>abłko</w:t>
            </w:r>
            <w:r w:rsidR="004552EE" w:rsidRPr="00433BB6">
              <w:rPr>
                <w:rFonts w:cs="Arial"/>
                <w:b/>
                <w:sz w:val="20"/>
                <w:szCs w:val="20"/>
                <w:u w:val="single"/>
              </w:rPr>
              <w:t xml:space="preserve"> </w:t>
            </w:r>
            <w:r w:rsidR="004552EE" w:rsidRPr="002024AD">
              <w:rPr>
                <w:rFonts w:cs="Arial"/>
                <w:sz w:val="20"/>
                <w:szCs w:val="20"/>
              </w:rPr>
              <w:t xml:space="preserve">          </w:t>
            </w:r>
            <w:bookmarkStart w:id="0" w:name="_GoBack"/>
            <w:bookmarkEnd w:id="0"/>
            <w:r w:rsidR="004552EE" w:rsidRPr="002024AD">
              <w:rPr>
                <w:rFonts w:cs="Arial"/>
                <w:sz w:val="20"/>
                <w:szCs w:val="20"/>
              </w:rPr>
              <w:t xml:space="preserve">                      </w:t>
            </w:r>
          </w:p>
        </w:tc>
        <w:tc>
          <w:tcPr>
            <w:tcW w:w="539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2E2E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4552EE" w:rsidRPr="002024AD" w:rsidRDefault="004552EE" w:rsidP="004552EE">
            <w:pPr>
              <w:widowControl w:val="0"/>
              <w:spacing w:line="240" w:lineRule="auto"/>
              <w:jc w:val="center"/>
              <w:rPr>
                <w:rFonts w:eastAsia="Lexend" w:cs="Arial"/>
                <w:sz w:val="20"/>
                <w:szCs w:val="20"/>
              </w:rPr>
            </w:pPr>
            <w:r w:rsidRPr="002024AD">
              <w:rPr>
                <w:rFonts w:eastAsia="Lexend" w:cs="Arial"/>
                <w:sz w:val="20"/>
                <w:szCs w:val="20"/>
              </w:rPr>
              <w:t xml:space="preserve">Zupa </w:t>
            </w:r>
            <w:r w:rsidR="00391C48">
              <w:rPr>
                <w:rFonts w:eastAsia="Lexend" w:cs="Arial"/>
                <w:sz w:val="20"/>
                <w:szCs w:val="20"/>
              </w:rPr>
              <w:t xml:space="preserve">jarzynowa </w:t>
            </w:r>
            <w:r w:rsidR="00433BB6">
              <w:rPr>
                <w:rFonts w:eastAsia="Lexend" w:cs="Arial"/>
                <w:sz w:val="20"/>
                <w:szCs w:val="20"/>
              </w:rPr>
              <w:t>(włoszczyzna, brukselka, natka pietruszki) z makaronem. Ryż z polewą jogurtowo-truskawkową, woda z cytryną.</w:t>
            </w:r>
          </w:p>
          <w:p w:rsidR="008A73C8" w:rsidRPr="002024AD" w:rsidRDefault="008A73C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71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2E2E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Pr="002024AD" w:rsidRDefault="00433BB6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Bułka drożdżowa </w:t>
            </w:r>
          </w:p>
        </w:tc>
      </w:tr>
      <w:tr w:rsidR="008A73C8" w:rsidTr="002024AD">
        <w:trPr>
          <w:trHeight w:hRule="exact" w:val="367"/>
          <w:jc w:val="center"/>
        </w:trPr>
        <w:tc>
          <w:tcPr>
            <w:tcW w:w="42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</w:tcPr>
          <w:p w:rsidR="008A73C8" w:rsidRDefault="008A73C8"/>
        </w:tc>
        <w:tc>
          <w:tcPr>
            <w:tcW w:w="168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2024AD" w:rsidRDefault="0059442C">
            <w:pPr>
              <w:jc w:val="center"/>
              <w:rPr>
                <w:b/>
                <w:sz w:val="20"/>
                <w:szCs w:val="20"/>
              </w:rPr>
            </w:pPr>
            <w:r w:rsidRPr="002024AD">
              <w:rPr>
                <w:b/>
                <w:sz w:val="20"/>
                <w:szCs w:val="20"/>
              </w:rPr>
              <w:t>Alergeny</w:t>
            </w:r>
          </w:p>
        </w:tc>
        <w:tc>
          <w:tcPr>
            <w:tcW w:w="43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3D7D03" w:rsidRDefault="004552EE">
            <w:pPr>
              <w:jc w:val="center"/>
              <w:rPr>
                <w:rFonts w:cs="Arial"/>
                <w:b/>
                <w:color w:val="FF0000"/>
                <w:sz w:val="20"/>
                <w:szCs w:val="20"/>
              </w:rPr>
            </w:pPr>
            <w:r w:rsidRPr="003D7D03">
              <w:rPr>
                <w:rFonts w:cs="Arial"/>
                <w:b/>
                <w:color w:val="FF0000"/>
                <w:sz w:val="20"/>
                <w:szCs w:val="20"/>
              </w:rPr>
              <w:t>1, 2</w:t>
            </w:r>
            <w:r w:rsidR="00FC37C8" w:rsidRPr="003D7D03">
              <w:rPr>
                <w:rFonts w:cs="Arial"/>
                <w:b/>
                <w:color w:val="FF0000"/>
                <w:sz w:val="20"/>
                <w:szCs w:val="20"/>
              </w:rPr>
              <w:t>,7</w:t>
            </w:r>
            <w:r w:rsidR="00433BB6" w:rsidRPr="003D7D03">
              <w:rPr>
                <w:rFonts w:cs="Arial"/>
                <w:b/>
                <w:color w:val="FF0000"/>
                <w:sz w:val="20"/>
                <w:szCs w:val="20"/>
              </w:rPr>
              <w:t>,9</w:t>
            </w:r>
          </w:p>
        </w:tc>
        <w:tc>
          <w:tcPr>
            <w:tcW w:w="539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3D7D03" w:rsidRDefault="004552EE">
            <w:pPr>
              <w:jc w:val="center"/>
              <w:rPr>
                <w:rFonts w:cs="Arial"/>
                <w:b/>
                <w:color w:val="FF0000"/>
                <w:sz w:val="20"/>
                <w:szCs w:val="20"/>
              </w:rPr>
            </w:pPr>
            <w:r w:rsidRPr="003D7D03">
              <w:rPr>
                <w:rFonts w:eastAsia="Lexend Black" w:cs="Arial"/>
                <w:b/>
                <w:color w:val="FF0000"/>
                <w:sz w:val="20"/>
                <w:szCs w:val="20"/>
              </w:rPr>
              <w:t>1, 2</w:t>
            </w:r>
            <w:r w:rsidR="00BF6787" w:rsidRPr="003D7D03">
              <w:rPr>
                <w:rFonts w:eastAsia="Lexend Black" w:cs="Arial"/>
                <w:b/>
                <w:color w:val="FF0000"/>
                <w:sz w:val="20"/>
                <w:szCs w:val="20"/>
              </w:rPr>
              <w:t>,</w:t>
            </w:r>
            <w:r w:rsidR="00FC37C8" w:rsidRPr="003D7D03">
              <w:rPr>
                <w:rFonts w:eastAsia="Lexend Black" w:cs="Arial"/>
                <w:b/>
                <w:color w:val="FF0000"/>
                <w:sz w:val="20"/>
                <w:szCs w:val="20"/>
              </w:rPr>
              <w:t>7</w:t>
            </w:r>
          </w:p>
        </w:tc>
        <w:tc>
          <w:tcPr>
            <w:tcW w:w="371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3D7D03" w:rsidRDefault="00433BB6">
            <w:pPr>
              <w:jc w:val="center"/>
              <w:rPr>
                <w:rFonts w:cs="Arial"/>
                <w:b/>
                <w:color w:val="FF0000"/>
                <w:sz w:val="20"/>
                <w:szCs w:val="20"/>
              </w:rPr>
            </w:pPr>
            <w:r w:rsidRPr="003D7D03">
              <w:rPr>
                <w:rFonts w:cs="Arial"/>
                <w:b/>
                <w:color w:val="FF0000"/>
                <w:sz w:val="20"/>
                <w:szCs w:val="20"/>
              </w:rPr>
              <w:t>2,7</w:t>
            </w:r>
          </w:p>
        </w:tc>
      </w:tr>
      <w:tr w:rsidR="008A73C8" w:rsidTr="002024AD">
        <w:trPr>
          <w:trHeight w:hRule="exact" w:val="858"/>
          <w:jc w:val="center"/>
        </w:trPr>
        <w:tc>
          <w:tcPr>
            <w:tcW w:w="42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Default="00921C15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68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Pr="002024AD" w:rsidRDefault="00433B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 w:rsidR="00921C15" w:rsidRPr="002024A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</w:t>
            </w:r>
            <w:r w:rsidR="00921C15" w:rsidRPr="002024AD">
              <w:rPr>
                <w:sz w:val="20"/>
                <w:szCs w:val="20"/>
              </w:rPr>
              <w:t>0.2026</w:t>
            </w:r>
            <w:r w:rsidR="00921C15" w:rsidRPr="002024AD">
              <w:rPr>
                <w:sz w:val="20"/>
                <w:szCs w:val="20"/>
              </w:rPr>
              <w:br/>
              <w:t>WTOREK</w:t>
            </w:r>
          </w:p>
        </w:tc>
        <w:tc>
          <w:tcPr>
            <w:tcW w:w="43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Pr="002024AD" w:rsidRDefault="00433BB6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Owsianka na mleku, serek naturalny z szczypiorkiem, chleb graham, masło, papryka, </w:t>
            </w:r>
            <w:r w:rsidRPr="00433BB6">
              <w:rPr>
                <w:rFonts w:cs="Arial"/>
                <w:b/>
                <w:sz w:val="20"/>
                <w:szCs w:val="20"/>
                <w:u w:val="single"/>
              </w:rPr>
              <w:t>Śliwka</w:t>
            </w:r>
          </w:p>
        </w:tc>
        <w:tc>
          <w:tcPr>
            <w:tcW w:w="539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Pr="002024AD" w:rsidRDefault="00433BB6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eastAsia="Lexend" w:cs="Arial"/>
                <w:sz w:val="20"/>
                <w:szCs w:val="20"/>
              </w:rPr>
              <w:t>Zupa pieczarkowa z kaszą</w:t>
            </w:r>
            <w:r w:rsidR="003D7D03">
              <w:rPr>
                <w:rFonts w:eastAsia="Lexend" w:cs="Arial"/>
                <w:sz w:val="20"/>
                <w:szCs w:val="20"/>
              </w:rPr>
              <w:t>.</w:t>
            </w:r>
            <w:r>
              <w:rPr>
                <w:rFonts w:eastAsia="Lexend" w:cs="Arial"/>
                <w:sz w:val="20"/>
                <w:szCs w:val="20"/>
              </w:rPr>
              <w:t xml:space="preserve"> </w:t>
            </w:r>
            <w:r w:rsidR="003D7D03">
              <w:rPr>
                <w:rFonts w:eastAsia="Lexend" w:cs="Arial"/>
                <w:sz w:val="20"/>
                <w:szCs w:val="20"/>
              </w:rPr>
              <w:t>F</w:t>
            </w:r>
            <w:r>
              <w:rPr>
                <w:rFonts w:eastAsia="Lexend" w:cs="Arial"/>
                <w:sz w:val="20"/>
                <w:szCs w:val="20"/>
              </w:rPr>
              <w:t>ilet drobiowy w warzywach, ziemniaki, ogórek kiszony</w:t>
            </w:r>
            <w:r w:rsidR="003D7D03">
              <w:rPr>
                <w:rFonts w:eastAsia="Lexend" w:cs="Arial"/>
                <w:sz w:val="20"/>
                <w:szCs w:val="20"/>
              </w:rPr>
              <w:t>. Kompot</w:t>
            </w:r>
          </w:p>
        </w:tc>
        <w:tc>
          <w:tcPr>
            <w:tcW w:w="371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Pr="002024AD" w:rsidRDefault="003D7D0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Sok owocowy, ciastka biszkopty</w:t>
            </w:r>
            <w:r w:rsidR="002024AD">
              <w:rPr>
                <w:rFonts w:cs="Arial"/>
                <w:sz w:val="20"/>
                <w:szCs w:val="20"/>
              </w:rPr>
              <w:t>.</w:t>
            </w:r>
          </w:p>
        </w:tc>
      </w:tr>
      <w:tr w:rsidR="008A73C8" w:rsidTr="002024AD">
        <w:trPr>
          <w:trHeight w:hRule="exact" w:val="387"/>
          <w:jc w:val="center"/>
        </w:trPr>
        <w:tc>
          <w:tcPr>
            <w:tcW w:w="42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</w:tcPr>
          <w:p w:rsidR="008A73C8" w:rsidRDefault="008A73C8"/>
        </w:tc>
        <w:tc>
          <w:tcPr>
            <w:tcW w:w="168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2024AD" w:rsidRDefault="00921C15">
            <w:pPr>
              <w:jc w:val="center"/>
              <w:rPr>
                <w:sz w:val="20"/>
                <w:szCs w:val="20"/>
              </w:rPr>
            </w:pPr>
            <w:r w:rsidRPr="002024AD">
              <w:rPr>
                <w:b/>
                <w:sz w:val="20"/>
                <w:szCs w:val="20"/>
              </w:rPr>
              <w:t>ALERGENY</w:t>
            </w:r>
          </w:p>
        </w:tc>
        <w:tc>
          <w:tcPr>
            <w:tcW w:w="43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3D7D03" w:rsidRDefault="00921C15">
            <w:pPr>
              <w:jc w:val="center"/>
              <w:rPr>
                <w:rFonts w:cs="Arial"/>
                <w:color w:val="FF0000"/>
                <w:sz w:val="20"/>
                <w:szCs w:val="20"/>
              </w:rPr>
            </w:pPr>
            <w:r w:rsidRPr="003D7D03">
              <w:rPr>
                <w:rFonts w:cs="Arial"/>
                <w:b/>
                <w:color w:val="FF0000"/>
                <w:sz w:val="20"/>
                <w:szCs w:val="20"/>
              </w:rPr>
              <w:t>1, 2, 7</w:t>
            </w:r>
          </w:p>
        </w:tc>
        <w:tc>
          <w:tcPr>
            <w:tcW w:w="539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3D7D03" w:rsidRDefault="004552EE">
            <w:pPr>
              <w:jc w:val="center"/>
              <w:rPr>
                <w:rFonts w:cs="Arial"/>
                <w:b/>
                <w:color w:val="FF0000"/>
                <w:sz w:val="20"/>
                <w:szCs w:val="20"/>
              </w:rPr>
            </w:pPr>
            <w:r w:rsidRPr="003D7D03">
              <w:rPr>
                <w:rFonts w:eastAsia="Lexend Black" w:cs="Arial"/>
                <w:b/>
                <w:color w:val="FF0000"/>
                <w:sz w:val="20"/>
                <w:szCs w:val="20"/>
              </w:rPr>
              <w:t>1, 2, 7, 9</w:t>
            </w:r>
          </w:p>
        </w:tc>
        <w:tc>
          <w:tcPr>
            <w:tcW w:w="371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3D7D03" w:rsidRDefault="003D7D03">
            <w:pPr>
              <w:jc w:val="center"/>
              <w:rPr>
                <w:rFonts w:cs="Arial"/>
                <w:b/>
                <w:color w:val="FF0000"/>
                <w:sz w:val="20"/>
                <w:szCs w:val="20"/>
              </w:rPr>
            </w:pPr>
            <w:r w:rsidRPr="003D7D03">
              <w:rPr>
                <w:rFonts w:cs="Arial"/>
                <w:b/>
                <w:color w:val="FF0000"/>
                <w:sz w:val="20"/>
                <w:szCs w:val="20"/>
              </w:rPr>
              <w:t>2,7</w:t>
            </w:r>
          </w:p>
        </w:tc>
      </w:tr>
      <w:tr w:rsidR="008A73C8" w:rsidTr="002024AD">
        <w:trPr>
          <w:trHeight w:hRule="exact" w:val="972"/>
          <w:jc w:val="center"/>
        </w:trPr>
        <w:tc>
          <w:tcPr>
            <w:tcW w:w="42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2E2E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Default="00921C15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68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2E2E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Pr="002024AD" w:rsidRDefault="00433B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Pr="002024A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</w:t>
            </w:r>
            <w:r w:rsidRPr="002024AD">
              <w:rPr>
                <w:sz w:val="20"/>
                <w:szCs w:val="20"/>
              </w:rPr>
              <w:t>0.2026</w:t>
            </w:r>
            <w:r w:rsidR="00921C15" w:rsidRPr="002024AD">
              <w:rPr>
                <w:sz w:val="20"/>
                <w:szCs w:val="20"/>
              </w:rPr>
              <w:br/>
              <w:t>ŚRODA</w:t>
            </w:r>
          </w:p>
        </w:tc>
        <w:tc>
          <w:tcPr>
            <w:tcW w:w="43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2E2E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2024AD" w:rsidRPr="002024AD" w:rsidRDefault="003D7D03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Kakao, masło, chleb razowy. Pasta z tuńczyka z zieloną cebulką, pomidor, ogórek zielony</w:t>
            </w:r>
            <w:r>
              <w:rPr>
                <w:rFonts w:cs="Arial"/>
                <w:sz w:val="20"/>
                <w:szCs w:val="20"/>
              </w:rPr>
              <w:br/>
            </w:r>
            <w:r w:rsidRPr="003D7D03">
              <w:rPr>
                <w:rFonts w:cs="Arial"/>
                <w:b/>
                <w:sz w:val="20"/>
                <w:szCs w:val="20"/>
                <w:u w:val="single"/>
              </w:rPr>
              <w:t>Banan</w:t>
            </w:r>
          </w:p>
        </w:tc>
        <w:tc>
          <w:tcPr>
            <w:tcW w:w="539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2E2E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Pr="002024AD" w:rsidRDefault="003D7D0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eastAsia="Lexend" w:cs="Arial"/>
                <w:sz w:val="20"/>
                <w:szCs w:val="20"/>
              </w:rPr>
              <w:t>Zupa z fasoli(Jaś) z ziemniakami i warzywami. Makaron razowy z sosem szpinakowo-śmietanowym. Woda z pomarańczą</w:t>
            </w:r>
            <w:r w:rsidR="00B37176">
              <w:rPr>
                <w:rFonts w:eastAsia="Lexend" w:cs="Arial"/>
                <w:sz w:val="20"/>
                <w:szCs w:val="20"/>
              </w:rPr>
              <w:t xml:space="preserve"> .</w:t>
            </w:r>
          </w:p>
        </w:tc>
        <w:tc>
          <w:tcPr>
            <w:tcW w:w="371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2E2E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Pr="002024AD" w:rsidRDefault="00D14853" w:rsidP="00830B4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</w:t>
            </w:r>
            <w:r w:rsidR="00B37176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3D7D03">
              <w:rPr>
                <w:rFonts w:cs="Arial"/>
                <w:sz w:val="20"/>
                <w:szCs w:val="20"/>
              </w:rPr>
              <w:t>Actimel</w:t>
            </w:r>
            <w:proofErr w:type="spellEnd"/>
            <w:r w:rsidR="00830B41">
              <w:rPr>
                <w:rFonts w:cs="Arial"/>
                <w:sz w:val="20"/>
                <w:szCs w:val="20"/>
              </w:rPr>
              <w:t>.</w:t>
            </w:r>
          </w:p>
        </w:tc>
      </w:tr>
      <w:tr w:rsidR="008A73C8" w:rsidTr="002024AD">
        <w:trPr>
          <w:trHeight w:hRule="exact" w:val="357"/>
          <w:jc w:val="center"/>
        </w:trPr>
        <w:tc>
          <w:tcPr>
            <w:tcW w:w="42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</w:tcPr>
          <w:p w:rsidR="008A73C8" w:rsidRDefault="008A73C8"/>
        </w:tc>
        <w:tc>
          <w:tcPr>
            <w:tcW w:w="168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2024AD" w:rsidRDefault="00921C15">
            <w:pPr>
              <w:jc w:val="center"/>
              <w:rPr>
                <w:sz w:val="20"/>
                <w:szCs w:val="20"/>
              </w:rPr>
            </w:pPr>
            <w:r w:rsidRPr="002024AD">
              <w:rPr>
                <w:b/>
                <w:sz w:val="20"/>
                <w:szCs w:val="20"/>
              </w:rPr>
              <w:t>ALERGENY</w:t>
            </w:r>
          </w:p>
        </w:tc>
        <w:tc>
          <w:tcPr>
            <w:tcW w:w="43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3D7D03" w:rsidRDefault="00921C15">
            <w:pPr>
              <w:jc w:val="center"/>
              <w:rPr>
                <w:rFonts w:cs="Arial"/>
                <w:color w:val="FF0000"/>
                <w:sz w:val="20"/>
                <w:szCs w:val="20"/>
              </w:rPr>
            </w:pPr>
            <w:r w:rsidRPr="003D7D03">
              <w:rPr>
                <w:rFonts w:cs="Arial"/>
                <w:b/>
                <w:color w:val="FF0000"/>
                <w:sz w:val="20"/>
                <w:szCs w:val="20"/>
              </w:rPr>
              <w:t xml:space="preserve">1, 2, </w:t>
            </w:r>
            <w:r w:rsidR="003172F5">
              <w:rPr>
                <w:rFonts w:cs="Arial"/>
                <w:b/>
                <w:color w:val="FF0000"/>
                <w:sz w:val="20"/>
                <w:szCs w:val="20"/>
              </w:rPr>
              <w:t>5,</w:t>
            </w:r>
            <w:r w:rsidRPr="003D7D03">
              <w:rPr>
                <w:rFonts w:cs="Arial"/>
                <w:b/>
                <w:color w:val="FF0000"/>
                <w:sz w:val="20"/>
                <w:szCs w:val="20"/>
              </w:rPr>
              <w:t>7</w:t>
            </w:r>
          </w:p>
        </w:tc>
        <w:tc>
          <w:tcPr>
            <w:tcW w:w="539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3D7D03" w:rsidRDefault="003D7D03">
            <w:pPr>
              <w:jc w:val="center"/>
              <w:rPr>
                <w:rFonts w:cs="Arial"/>
                <w:b/>
                <w:color w:val="FF0000"/>
                <w:sz w:val="20"/>
                <w:szCs w:val="20"/>
              </w:rPr>
            </w:pPr>
            <w:r w:rsidRPr="003D7D03">
              <w:rPr>
                <w:rFonts w:eastAsia="Lexend Black" w:cs="Arial"/>
                <w:b/>
                <w:color w:val="FF0000"/>
                <w:sz w:val="20"/>
                <w:szCs w:val="20"/>
              </w:rPr>
              <w:t>1, 2, 7, 9</w:t>
            </w:r>
          </w:p>
        </w:tc>
        <w:tc>
          <w:tcPr>
            <w:tcW w:w="371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3172F5" w:rsidRDefault="00B37176">
            <w:pPr>
              <w:jc w:val="center"/>
              <w:rPr>
                <w:rFonts w:cs="Arial"/>
                <w:b/>
                <w:color w:val="FF0000"/>
                <w:sz w:val="20"/>
                <w:szCs w:val="20"/>
              </w:rPr>
            </w:pPr>
            <w:r w:rsidRPr="003172F5">
              <w:rPr>
                <w:rFonts w:cs="Arial"/>
                <w:b/>
                <w:color w:val="FF0000"/>
                <w:sz w:val="20"/>
                <w:szCs w:val="20"/>
              </w:rPr>
              <w:t>2,</w:t>
            </w:r>
            <w:r w:rsidR="00830B41" w:rsidRPr="003172F5">
              <w:rPr>
                <w:rFonts w:cs="Arial"/>
                <w:b/>
                <w:color w:val="FF0000"/>
                <w:sz w:val="20"/>
                <w:szCs w:val="20"/>
              </w:rPr>
              <w:t>7</w:t>
            </w:r>
          </w:p>
        </w:tc>
      </w:tr>
      <w:tr w:rsidR="008A73C8" w:rsidTr="002024AD">
        <w:trPr>
          <w:trHeight w:hRule="exact" w:val="985"/>
          <w:jc w:val="center"/>
        </w:trPr>
        <w:tc>
          <w:tcPr>
            <w:tcW w:w="42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Default="00921C15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68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Pr="002024AD" w:rsidRDefault="00433B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2024A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</w:t>
            </w:r>
            <w:r w:rsidRPr="002024AD">
              <w:rPr>
                <w:sz w:val="20"/>
                <w:szCs w:val="20"/>
              </w:rPr>
              <w:t>0.2026</w:t>
            </w:r>
            <w:r w:rsidR="00921C15" w:rsidRPr="002024AD">
              <w:rPr>
                <w:sz w:val="20"/>
                <w:szCs w:val="20"/>
              </w:rPr>
              <w:br/>
              <w:t>CZWARTEK</w:t>
            </w:r>
          </w:p>
        </w:tc>
        <w:tc>
          <w:tcPr>
            <w:tcW w:w="43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Pr="002024AD" w:rsidRDefault="003D7D0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Zupa mleczna, herbata, chleb orkiszowy, masło, pasta z jajka, ogórek, pomidor, papryka</w:t>
            </w:r>
            <w:r w:rsidR="002024AD" w:rsidRPr="002024AD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br/>
            </w:r>
            <w:r w:rsidRPr="003D7D03">
              <w:rPr>
                <w:rFonts w:cs="Arial"/>
                <w:b/>
                <w:sz w:val="20"/>
                <w:szCs w:val="20"/>
                <w:u w:val="single"/>
              </w:rPr>
              <w:t>Mandarynka</w:t>
            </w:r>
            <w:r w:rsidR="002024AD" w:rsidRPr="002024AD">
              <w:rPr>
                <w:rFonts w:cs="Arial"/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539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Pr="002024AD" w:rsidRDefault="003D7D0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eastAsia="Lexend" w:cs="Arial"/>
                <w:sz w:val="20"/>
                <w:szCs w:val="20"/>
              </w:rPr>
              <w:t>Zupa ogórkowa z ryżem brązowym z włoszczyzną i zieloną pietruszką. Kotlet schabowy, mizeria, ziemniaki</w:t>
            </w:r>
            <w:r>
              <w:rPr>
                <w:rFonts w:eastAsia="Lexend" w:cs="Arial"/>
                <w:sz w:val="20"/>
                <w:szCs w:val="20"/>
              </w:rPr>
              <w:br/>
              <w:t>Kompot</w:t>
            </w:r>
          </w:p>
        </w:tc>
        <w:tc>
          <w:tcPr>
            <w:tcW w:w="371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Pr="002024AD" w:rsidRDefault="003D7D0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Weka z masłem i z dżemem</w:t>
            </w:r>
          </w:p>
        </w:tc>
      </w:tr>
      <w:tr w:rsidR="008A73C8" w:rsidTr="002024AD">
        <w:trPr>
          <w:trHeight w:hRule="exact" w:val="351"/>
          <w:jc w:val="center"/>
        </w:trPr>
        <w:tc>
          <w:tcPr>
            <w:tcW w:w="42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</w:tcPr>
          <w:p w:rsidR="008A73C8" w:rsidRDefault="008A73C8"/>
        </w:tc>
        <w:tc>
          <w:tcPr>
            <w:tcW w:w="168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2024AD" w:rsidRDefault="00921C15">
            <w:pPr>
              <w:jc w:val="center"/>
              <w:rPr>
                <w:sz w:val="20"/>
                <w:szCs w:val="20"/>
              </w:rPr>
            </w:pPr>
            <w:r w:rsidRPr="002024AD">
              <w:rPr>
                <w:b/>
                <w:sz w:val="20"/>
                <w:szCs w:val="20"/>
              </w:rPr>
              <w:t>ALERGENY</w:t>
            </w:r>
          </w:p>
        </w:tc>
        <w:tc>
          <w:tcPr>
            <w:tcW w:w="43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3D7D03" w:rsidRDefault="00921C15">
            <w:pPr>
              <w:jc w:val="center"/>
              <w:rPr>
                <w:rFonts w:cs="Arial"/>
                <w:color w:val="FF0000"/>
                <w:sz w:val="20"/>
                <w:szCs w:val="20"/>
              </w:rPr>
            </w:pPr>
            <w:r w:rsidRPr="003D7D03">
              <w:rPr>
                <w:rFonts w:cs="Arial"/>
                <w:b/>
                <w:color w:val="FF0000"/>
                <w:sz w:val="20"/>
                <w:szCs w:val="20"/>
              </w:rPr>
              <w:t>1, 2,</w:t>
            </w:r>
            <w:r w:rsidR="003172F5">
              <w:rPr>
                <w:rFonts w:cs="Arial"/>
                <w:b/>
                <w:color w:val="FF0000"/>
                <w:sz w:val="20"/>
                <w:szCs w:val="20"/>
              </w:rPr>
              <w:t>4,</w:t>
            </w:r>
            <w:r w:rsidRPr="003D7D03">
              <w:rPr>
                <w:rFonts w:cs="Arial"/>
                <w:b/>
                <w:color w:val="FF0000"/>
                <w:sz w:val="20"/>
                <w:szCs w:val="20"/>
              </w:rPr>
              <w:t xml:space="preserve"> 7</w:t>
            </w:r>
            <w:r w:rsidR="002024AD" w:rsidRPr="003D7D03">
              <w:rPr>
                <w:rFonts w:cs="Arial"/>
                <w:b/>
                <w:color w:val="FF0000"/>
                <w:sz w:val="20"/>
                <w:szCs w:val="20"/>
              </w:rPr>
              <w:t>, 9</w:t>
            </w:r>
          </w:p>
        </w:tc>
        <w:tc>
          <w:tcPr>
            <w:tcW w:w="539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3D7D03" w:rsidRDefault="004552EE">
            <w:pPr>
              <w:jc w:val="center"/>
              <w:rPr>
                <w:rFonts w:cs="Arial"/>
                <w:b/>
                <w:color w:val="FF0000"/>
                <w:sz w:val="20"/>
                <w:szCs w:val="20"/>
              </w:rPr>
            </w:pPr>
            <w:r w:rsidRPr="003D7D03">
              <w:rPr>
                <w:rFonts w:eastAsia="Lexend Black" w:cs="Arial"/>
                <w:b/>
                <w:color w:val="FF0000"/>
                <w:sz w:val="20"/>
                <w:szCs w:val="20"/>
              </w:rPr>
              <w:t xml:space="preserve">1, 2, </w:t>
            </w:r>
            <w:r w:rsidR="003172F5">
              <w:rPr>
                <w:rFonts w:eastAsia="Lexend Black" w:cs="Arial"/>
                <w:b/>
                <w:color w:val="FF0000"/>
                <w:sz w:val="20"/>
                <w:szCs w:val="20"/>
              </w:rPr>
              <w:t>4,</w:t>
            </w:r>
            <w:r w:rsidRPr="003D7D03">
              <w:rPr>
                <w:rFonts w:eastAsia="Lexend Black" w:cs="Arial"/>
                <w:b/>
                <w:color w:val="FF0000"/>
                <w:sz w:val="20"/>
                <w:szCs w:val="20"/>
              </w:rPr>
              <w:t>7, 9</w:t>
            </w:r>
          </w:p>
        </w:tc>
        <w:tc>
          <w:tcPr>
            <w:tcW w:w="371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3172F5" w:rsidRDefault="003172F5">
            <w:pPr>
              <w:jc w:val="center"/>
              <w:rPr>
                <w:rFonts w:cs="Arial"/>
                <w:b/>
                <w:color w:val="FF0000"/>
                <w:sz w:val="20"/>
                <w:szCs w:val="20"/>
              </w:rPr>
            </w:pPr>
            <w:r w:rsidRPr="003172F5">
              <w:rPr>
                <w:rFonts w:cs="Arial"/>
                <w:b/>
                <w:color w:val="FF0000"/>
                <w:sz w:val="20"/>
                <w:szCs w:val="20"/>
              </w:rPr>
              <w:t>1,2,7</w:t>
            </w:r>
          </w:p>
          <w:p w:rsidR="003172F5" w:rsidRPr="003D7D03" w:rsidRDefault="003172F5">
            <w:pPr>
              <w:jc w:val="center"/>
              <w:rPr>
                <w:rFonts w:cs="Arial"/>
                <w:color w:val="FF0000"/>
                <w:sz w:val="20"/>
                <w:szCs w:val="20"/>
              </w:rPr>
            </w:pPr>
          </w:p>
        </w:tc>
      </w:tr>
      <w:tr w:rsidR="008A73C8" w:rsidTr="002024AD">
        <w:trPr>
          <w:trHeight w:hRule="exact" w:val="595"/>
          <w:jc w:val="center"/>
        </w:trPr>
        <w:tc>
          <w:tcPr>
            <w:tcW w:w="42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2E2E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Default="00921C15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68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2E2E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Pr="002024AD" w:rsidRDefault="00433B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2024A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</w:t>
            </w:r>
            <w:r w:rsidRPr="002024AD">
              <w:rPr>
                <w:sz w:val="20"/>
                <w:szCs w:val="20"/>
              </w:rPr>
              <w:t>0.2026</w:t>
            </w:r>
            <w:r w:rsidR="00921C15" w:rsidRPr="002024AD">
              <w:rPr>
                <w:sz w:val="20"/>
                <w:szCs w:val="20"/>
              </w:rPr>
              <w:br/>
              <w:t>PIĄTEK</w:t>
            </w:r>
          </w:p>
        </w:tc>
        <w:tc>
          <w:tcPr>
            <w:tcW w:w="43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2E2E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Pr="002024AD" w:rsidRDefault="003172F5" w:rsidP="00102BC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Płatki kukurydziane na mleku, chleb z masłem, ser żółty, pomidor, ogórek </w:t>
            </w:r>
            <w:r w:rsidRPr="003172F5">
              <w:rPr>
                <w:rFonts w:cs="Arial"/>
                <w:b/>
                <w:sz w:val="20"/>
                <w:szCs w:val="20"/>
                <w:u w:val="single"/>
              </w:rPr>
              <w:t>Jabłko</w:t>
            </w:r>
            <w:r>
              <w:rPr>
                <w:rFonts w:cs="Arial"/>
                <w:sz w:val="20"/>
                <w:szCs w:val="20"/>
              </w:rPr>
              <w:br/>
            </w:r>
            <w:r>
              <w:rPr>
                <w:rFonts w:cs="Arial"/>
                <w:sz w:val="20"/>
                <w:szCs w:val="20"/>
              </w:rPr>
              <w:br/>
            </w:r>
          </w:p>
        </w:tc>
        <w:tc>
          <w:tcPr>
            <w:tcW w:w="539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2E2E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Pr="002024AD" w:rsidRDefault="003172F5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eastAsia="Lexend" w:cs="Arial"/>
                <w:sz w:val="20"/>
                <w:szCs w:val="20"/>
              </w:rPr>
              <w:t>Zupa krupnik. Kluski śląskie, surówka marchewka z jabłkiem. Woda z cytryną</w:t>
            </w:r>
          </w:p>
        </w:tc>
        <w:tc>
          <w:tcPr>
            <w:tcW w:w="371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2E2E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:rsidR="008A73C8" w:rsidRPr="002024AD" w:rsidRDefault="00D1485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J</w:t>
            </w:r>
            <w:r w:rsidR="003172F5">
              <w:rPr>
                <w:rFonts w:cs="Arial"/>
                <w:sz w:val="20"/>
                <w:szCs w:val="20"/>
              </w:rPr>
              <w:t>ogurt naturalny</w:t>
            </w:r>
          </w:p>
        </w:tc>
      </w:tr>
      <w:tr w:rsidR="008A73C8" w:rsidTr="002024AD">
        <w:trPr>
          <w:trHeight w:hRule="exact" w:val="351"/>
          <w:jc w:val="center"/>
        </w:trPr>
        <w:tc>
          <w:tcPr>
            <w:tcW w:w="425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</w:tcPr>
          <w:p w:rsidR="008A73C8" w:rsidRDefault="008A73C8"/>
        </w:tc>
        <w:tc>
          <w:tcPr>
            <w:tcW w:w="168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921C15" w:rsidRDefault="00921C15">
            <w:pPr>
              <w:jc w:val="center"/>
              <w:rPr>
                <w:sz w:val="20"/>
                <w:szCs w:val="20"/>
              </w:rPr>
            </w:pPr>
            <w:r w:rsidRPr="00921C15">
              <w:rPr>
                <w:b/>
                <w:sz w:val="20"/>
                <w:szCs w:val="20"/>
              </w:rPr>
              <w:t>ALERGENY</w:t>
            </w:r>
          </w:p>
        </w:tc>
        <w:tc>
          <w:tcPr>
            <w:tcW w:w="43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3D7D03" w:rsidRDefault="00921C15">
            <w:pPr>
              <w:jc w:val="center"/>
              <w:rPr>
                <w:rFonts w:cs="Arial"/>
                <w:color w:val="FF0000"/>
                <w:sz w:val="20"/>
                <w:szCs w:val="20"/>
              </w:rPr>
            </w:pPr>
            <w:r w:rsidRPr="003D7D03">
              <w:rPr>
                <w:rFonts w:cs="Arial"/>
                <w:b/>
                <w:color w:val="FF0000"/>
                <w:sz w:val="20"/>
                <w:szCs w:val="20"/>
              </w:rPr>
              <w:t>1, 2,</w:t>
            </w:r>
            <w:r w:rsidR="003172F5">
              <w:rPr>
                <w:rFonts w:cs="Arial"/>
                <w:b/>
                <w:color w:val="FF0000"/>
                <w:sz w:val="20"/>
                <w:szCs w:val="20"/>
              </w:rPr>
              <w:t xml:space="preserve"> </w:t>
            </w:r>
            <w:r w:rsidRPr="003D7D03">
              <w:rPr>
                <w:rFonts w:cs="Arial"/>
                <w:b/>
                <w:color w:val="FF0000"/>
                <w:sz w:val="20"/>
                <w:szCs w:val="20"/>
              </w:rPr>
              <w:t>7</w:t>
            </w:r>
          </w:p>
        </w:tc>
        <w:tc>
          <w:tcPr>
            <w:tcW w:w="539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3D7D03" w:rsidRDefault="004552EE">
            <w:pPr>
              <w:jc w:val="center"/>
              <w:rPr>
                <w:rFonts w:cs="Arial"/>
                <w:b/>
                <w:color w:val="FF0000"/>
                <w:sz w:val="20"/>
                <w:szCs w:val="20"/>
              </w:rPr>
            </w:pPr>
            <w:r w:rsidRPr="003D7D03">
              <w:rPr>
                <w:rFonts w:eastAsia="Lexend Black" w:cs="Arial"/>
                <w:b/>
                <w:color w:val="FF0000"/>
                <w:sz w:val="20"/>
                <w:szCs w:val="20"/>
              </w:rPr>
              <w:t>1, 2, 7</w:t>
            </w:r>
          </w:p>
        </w:tc>
        <w:tc>
          <w:tcPr>
            <w:tcW w:w="371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D3D3D3"/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:rsidR="008A73C8" w:rsidRPr="003172F5" w:rsidRDefault="003172F5">
            <w:pPr>
              <w:jc w:val="center"/>
              <w:rPr>
                <w:rFonts w:cs="Arial"/>
                <w:b/>
                <w:color w:val="FF0000"/>
                <w:sz w:val="20"/>
                <w:szCs w:val="20"/>
              </w:rPr>
            </w:pPr>
            <w:r w:rsidRPr="003172F5">
              <w:rPr>
                <w:rFonts w:cs="Arial"/>
                <w:b/>
                <w:color w:val="FF0000"/>
                <w:sz w:val="20"/>
                <w:szCs w:val="20"/>
              </w:rPr>
              <w:t>7</w:t>
            </w:r>
          </w:p>
        </w:tc>
      </w:tr>
    </w:tbl>
    <w:p w:rsidR="008A73C8" w:rsidRDefault="00921C15">
      <w:pPr>
        <w:keepLines/>
        <w:spacing w:before="60" w:after="20"/>
        <w:jc w:val="center"/>
      </w:pPr>
      <w:r w:rsidRPr="00921C15">
        <w:rPr>
          <w:b/>
          <w:color w:val="FF0000"/>
          <w:sz w:val="18"/>
        </w:rPr>
        <w:t>Zastrzega się możliwość zmian w jadłospisie</w:t>
      </w:r>
      <w:r>
        <w:rPr>
          <w:b/>
          <w:color w:val="FF0000"/>
          <w:sz w:val="18"/>
        </w:rPr>
        <w:t xml:space="preserve"> </w:t>
      </w:r>
      <w:r w:rsidRPr="00921C15">
        <w:rPr>
          <w:b/>
          <w:color w:val="FF0000"/>
          <w:sz w:val="18"/>
        </w:rPr>
        <w:t>!</w:t>
      </w:r>
    </w:p>
    <w:p w:rsidR="00921C15" w:rsidRDefault="00921C15">
      <w:pPr>
        <w:keepLines/>
        <w:spacing w:after="20"/>
        <w:rPr>
          <w:b/>
          <w:sz w:val="20"/>
          <w:szCs w:val="20"/>
        </w:rPr>
      </w:pPr>
    </w:p>
    <w:p w:rsidR="00921C15" w:rsidRPr="00921C15" w:rsidRDefault="00921C15">
      <w:pPr>
        <w:keepLines/>
        <w:spacing w:after="20"/>
        <w:rPr>
          <w:b/>
          <w:color w:val="FF0000"/>
          <w:sz w:val="20"/>
          <w:szCs w:val="20"/>
        </w:rPr>
      </w:pPr>
      <w:r w:rsidRPr="00921C15">
        <w:rPr>
          <w:b/>
          <w:color w:val="FF0000"/>
          <w:sz w:val="20"/>
          <w:szCs w:val="20"/>
        </w:rPr>
        <w:t>ALERGENY W ŻYWNOŚCI:</w:t>
      </w:r>
    </w:p>
    <w:p w:rsidR="008A73C8" w:rsidRPr="00921C15" w:rsidRDefault="00921C15">
      <w:pPr>
        <w:keepLines/>
        <w:spacing w:after="20"/>
        <w:rPr>
          <w:sz w:val="20"/>
          <w:szCs w:val="20"/>
        </w:rPr>
      </w:pPr>
      <w:r w:rsidRPr="00921C15">
        <w:rPr>
          <w:b/>
          <w:sz w:val="20"/>
          <w:szCs w:val="20"/>
        </w:rPr>
        <w:t xml:space="preserve"> </w:t>
      </w:r>
      <w:r w:rsidRPr="00921C15">
        <w:rPr>
          <w:sz w:val="20"/>
          <w:szCs w:val="20"/>
        </w:rPr>
        <w:t>1. seler   •   2. gluten   •   3. skorupiaki   •   4. jajka   •   5. ryby   •   6. łubin   •   7. mleko i jego przetwory   •   8. mięczaki i małże   •   9. gorczyca i musztarda   •   10. orzechy   •   11. orzeszki ziemne   •   12. ziarna sezamu   •   13. soja   •   14. dwutlenek siarki</w:t>
      </w:r>
    </w:p>
    <w:p w:rsidR="00921C15" w:rsidRDefault="00921C15">
      <w:pPr>
        <w:keepLines/>
        <w:rPr>
          <w:b/>
          <w:sz w:val="20"/>
          <w:szCs w:val="20"/>
        </w:rPr>
      </w:pPr>
    </w:p>
    <w:p w:rsidR="00921C15" w:rsidRDefault="00921C15">
      <w:pPr>
        <w:keepLines/>
        <w:rPr>
          <w:b/>
          <w:color w:val="FF0000"/>
          <w:sz w:val="20"/>
          <w:szCs w:val="20"/>
        </w:rPr>
      </w:pPr>
      <w:r w:rsidRPr="00921C15">
        <w:rPr>
          <w:b/>
          <w:color w:val="FF0000"/>
          <w:sz w:val="20"/>
          <w:szCs w:val="20"/>
        </w:rPr>
        <w:t>UWAGA!</w:t>
      </w:r>
    </w:p>
    <w:p w:rsidR="008A73C8" w:rsidRPr="00921C15" w:rsidRDefault="00921C15">
      <w:pPr>
        <w:keepLines/>
        <w:rPr>
          <w:b/>
          <w:color w:val="FF0000"/>
          <w:sz w:val="20"/>
          <w:szCs w:val="20"/>
        </w:rPr>
      </w:pPr>
      <w:r w:rsidRPr="00921C15">
        <w:rPr>
          <w:sz w:val="20"/>
          <w:szCs w:val="20"/>
        </w:rPr>
        <w:t>Większość produktów używanych w kuchni może zawierać śladowe ilości orzeszków arachidowych, orzechów, soi, sezamu, selera, gorczycy i glutenu. Wędliny mogą zawierać śladowe ilości selera, gorczycy, musztardy i sezamu — zgodnie z oświadczeniem producenta</w:t>
      </w:r>
      <w:r>
        <w:rPr>
          <w:sz w:val="13"/>
        </w:rPr>
        <w:t>.</w:t>
      </w:r>
    </w:p>
    <w:sectPr w:rsidR="008A73C8" w:rsidRPr="00921C15" w:rsidSect="00034616">
      <w:pgSz w:w="16838" w:h="11906" w:orient="landscape"/>
      <w:pgMar w:top="255" w:right="312" w:bottom="255" w:left="312" w:header="85" w:footer="8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exend">
    <w:charset w:val="00"/>
    <w:family w:val="auto"/>
    <w:pitch w:val="default"/>
  </w:font>
  <w:font w:name="Lexend Black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2BC2"/>
    <w:rsid w:val="0015074B"/>
    <w:rsid w:val="002024AD"/>
    <w:rsid w:val="0029639D"/>
    <w:rsid w:val="002D2D35"/>
    <w:rsid w:val="003172F5"/>
    <w:rsid w:val="00326F90"/>
    <w:rsid w:val="00391C48"/>
    <w:rsid w:val="003D7D03"/>
    <w:rsid w:val="003F402B"/>
    <w:rsid w:val="00426E1E"/>
    <w:rsid w:val="00433BB6"/>
    <w:rsid w:val="004552EE"/>
    <w:rsid w:val="00550D37"/>
    <w:rsid w:val="0059442C"/>
    <w:rsid w:val="005D22E3"/>
    <w:rsid w:val="00604DD0"/>
    <w:rsid w:val="00633E53"/>
    <w:rsid w:val="0076446E"/>
    <w:rsid w:val="00830B41"/>
    <w:rsid w:val="00843924"/>
    <w:rsid w:val="008A73C8"/>
    <w:rsid w:val="00921C15"/>
    <w:rsid w:val="00AA1D8D"/>
    <w:rsid w:val="00AE3AC1"/>
    <w:rsid w:val="00B37176"/>
    <w:rsid w:val="00B47730"/>
    <w:rsid w:val="00BF6787"/>
    <w:rsid w:val="00C20D80"/>
    <w:rsid w:val="00C91135"/>
    <w:rsid w:val="00CB0664"/>
    <w:rsid w:val="00D14853"/>
    <w:rsid w:val="00D45DB4"/>
    <w:rsid w:val="00DA4174"/>
    <w:rsid w:val="00FC37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9CEEBC"/>
  <w14:defaultImageDpi w14:val="300"/>
  <w15:docId w15:val="{4A732195-6C03-48C1-9DB0-B841F906D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0"/>
    </w:pPr>
    <w:rPr>
      <w:rFonts w:ascii="Arial" w:hAnsi="Arial"/>
      <w:sz w:val="1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CE882B-016E-4BFB-B031-7A78F1712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300</Words>
  <Characters>1805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Szkoła</cp:lastModifiedBy>
  <cp:revision>18</cp:revision>
  <cp:lastPrinted>2026-09-24T17:32:00Z</cp:lastPrinted>
  <dcterms:created xsi:type="dcterms:W3CDTF">2026-09-01T18:48:00Z</dcterms:created>
  <dcterms:modified xsi:type="dcterms:W3CDTF">2026-10-01T16:34:00Z</dcterms:modified>
  <cp:category/>
</cp:coreProperties>
</file>