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134DE" w14:textId="0193DF64" w:rsidR="008166FC" w:rsidRPr="008B280C" w:rsidRDefault="0067791A">
      <w:pPr>
        <w:spacing w:after="400"/>
        <w:jc w:val="right"/>
        <w:rPr>
          <w:lang w:val="pl-PL"/>
        </w:rPr>
      </w:pPr>
      <w:r w:rsidRPr="008B280C">
        <w:rPr>
          <w:sz w:val="20"/>
          <w:lang w:val="pl-PL"/>
        </w:rPr>
        <w:t>Miejscowość: ........................., dnia ......................... r.</w:t>
      </w:r>
    </w:p>
    <w:p w14:paraId="1B85D442" w14:textId="77777777" w:rsidR="008166FC" w:rsidRPr="008B280C" w:rsidRDefault="0067791A">
      <w:pPr>
        <w:spacing w:after="480"/>
        <w:rPr>
          <w:lang w:val="pl-PL"/>
        </w:rPr>
      </w:pPr>
      <w:r w:rsidRPr="008B280C">
        <w:rPr>
          <w:b/>
          <w:color w:val="7F8C8D"/>
          <w:sz w:val="19"/>
          <w:lang w:val="pl-PL"/>
        </w:rPr>
        <w:t>Nazwa Projektu: „Integracja i Aktywność Społeczna Mieszkańców Gminy Stryszów”</w:t>
      </w:r>
      <w:r w:rsidRPr="008B280C">
        <w:rPr>
          <w:b/>
          <w:color w:val="7F8C8D"/>
          <w:sz w:val="19"/>
          <w:lang w:val="pl-PL"/>
        </w:rPr>
        <w:br/>
      </w:r>
      <w:r w:rsidRPr="008B280C">
        <w:rPr>
          <w:b/>
          <w:color w:val="7F8C8D"/>
          <w:sz w:val="19"/>
          <w:lang w:val="pl-PL"/>
        </w:rPr>
        <w:t>Działanie: FEMP.8.4 Inicjatywy lokalne na rzecz transformacji</w:t>
      </w:r>
    </w:p>
    <w:p w14:paraId="782CB6DF" w14:textId="77777777" w:rsidR="008166FC" w:rsidRPr="008B280C" w:rsidRDefault="0067791A">
      <w:pPr>
        <w:spacing w:before="200" w:after="400"/>
        <w:jc w:val="center"/>
        <w:rPr>
          <w:lang w:val="pl-PL"/>
        </w:rPr>
      </w:pPr>
      <w:r w:rsidRPr="008B280C">
        <w:rPr>
          <w:b/>
          <w:color w:val="2C3E50"/>
          <w:sz w:val="26"/>
          <w:lang w:val="pl-PL"/>
        </w:rPr>
        <w:t>OŚWIADCZENIE UCZESTNIKA PROJEKTU</w:t>
      </w:r>
      <w:r w:rsidRPr="008B280C">
        <w:rPr>
          <w:b/>
          <w:color w:val="2C3E50"/>
          <w:sz w:val="26"/>
          <w:lang w:val="pl-PL"/>
        </w:rPr>
        <w:br/>
        <w:t>O MIEJSCU ZAMIESZKANIA / STATUSIE GEOGRAFICZNYM</w:t>
      </w:r>
    </w:p>
    <w:p w14:paraId="6670937A" w14:textId="77777777" w:rsidR="008166FC" w:rsidRPr="008B280C" w:rsidRDefault="0067791A">
      <w:pPr>
        <w:spacing w:after="200"/>
        <w:rPr>
          <w:lang w:val="pl-PL"/>
        </w:rPr>
      </w:pPr>
      <w:r w:rsidRPr="008B280C">
        <w:rPr>
          <w:b/>
          <w:color w:val="27AE60"/>
          <w:lang w:val="pl-PL"/>
        </w:rPr>
        <w:t>1. DANE IDENTYFIKACYJNE UCZESTNIKA:</w:t>
      </w:r>
    </w:p>
    <w:p w14:paraId="07D6A2F0" w14:textId="77777777" w:rsidR="008166FC" w:rsidRPr="008B280C" w:rsidRDefault="0067791A">
      <w:pPr>
        <w:spacing w:after="100"/>
        <w:ind w:left="288"/>
        <w:rPr>
          <w:lang w:val="pl-PL"/>
        </w:rPr>
      </w:pPr>
      <w:r w:rsidRPr="008B280C">
        <w:rPr>
          <w:b/>
          <w:sz w:val="20"/>
          <w:lang w:val="pl-PL"/>
        </w:rPr>
        <w:t xml:space="preserve">Imię (imiona) i nazwisko: </w:t>
      </w:r>
      <w:r w:rsidRPr="008B280C">
        <w:rPr>
          <w:sz w:val="20"/>
          <w:lang w:val="pl-PL"/>
        </w:rPr>
        <w:t>.......................................................................................................</w:t>
      </w:r>
    </w:p>
    <w:p w14:paraId="50358F14" w14:textId="77777777" w:rsidR="008166FC" w:rsidRPr="008B280C" w:rsidRDefault="0067791A">
      <w:pPr>
        <w:spacing w:after="100"/>
        <w:ind w:left="288"/>
        <w:rPr>
          <w:lang w:val="pl-PL"/>
        </w:rPr>
      </w:pPr>
      <w:r w:rsidRPr="008B280C">
        <w:rPr>
          <w:b/>
          <w:sz w:val="20"/>
          <w:lang w:val="pl-PL"/>
        </w:rPr>
        <w:t xml:space="preserve">Numer PESEL: </w:t>
      </w:r>
      <w:r w:rsidRPr="008B280C">
        <w:rPr>
          <w:sz w:val="20"/>
          <w:lang w:val="pl-PL"/>
        </w:rPr>
        <w:t>.......................................................................................................</w:t>
      </w:r>
    </w:p>
    <w:p w14:paraId="31BECD74" w14:textId="77777777" w:rsidR="008166FC" w:rsidRPr="008B280C" w:rsidRDefault="0067791A">
      <w:pPr>
        <w:spacing w:after="100"/>
        <w:ind w:left="288"/>
        <w:rPr>
          <w:lang w:val="pl-PL"/>
        </w:rPr>
      </w:pPr>
      <w:r w:rsidRPr="008B280C">
        <w:rPr>
          <w:b/>
          <w:sz w:val="20"/>
          <w:lang w:val="pl-PL"/>
        </w:rPr>
        <w:t xml:space="preserve">Adres zamieszkania: </w:t>
      </w:r>
      <w:r w:rsidRPr="008B280C">
        <w:rPr>
          <w:sz w:val="20"/>
          <w:lang w:val="pl-PL"/>
        </w:rPr>
        <w:t>.......................................................................................................</w:t>
      </w:r>
    </w:p>
    <w:p w14:paraId="7FDCB726" w14:textId="77777777" w:rsidR="008166FC" w:rsidRPr="008B280C" w:rsidRDefault="0067791A">
      <w:pPr>
        <w:spacing w:after="100"/>
        <w:ind w:left="288"/>
        <w:rPr>
          <w:lang w:val="pl-PL"/>
        </w:rPr>
      </w:pPr>
      <w:r w:rsidRPr="008B280C">
        <w:rPr>
          <w:b/>
          <w:sz w:val="20"/>
          <w:lang w:val="pl-PL"/>
        </w:rPr>
        <w:t xml:space="preserve">Kod pocztowy i poczta: </w:t>
      </w:r>
      <w:r w:rsidRPr="008B280C">
        <w:rPr>
          <w:sz w:val="20"/>
          <w:lang w:val="pl-PL"/>
        </w:rPr>
        <w:t>.......................................................................................................</w:t>
      </w:r>
    </w:p>
    <w:p w14:paraId="516B2F1B" w14:textId="77777777" w:rsidR="008166FC" w:rsidRPr="008B280C" w:rsidRDefault="008166FC">
      <w:pPr>
        <w:spacing w:after="200"/>
        <w:rPr>
          <w:lang w:val="pl-PL"/>
        </w:rPr>
      </w:pPr>
    </w:p>
    <w:p w14:paraId="17FAF3DB" w14:textId="77777777" w:rsidR="008166FC" w:rsidRPr="008B280C" w:rsidRDefault="0067791A">
      <w:pPr>
        <w:rPr>
          <w:lang w:val="pl-PL"/>
        </w:rPr>
      </w:pPr>
      <w:r w:rsidRPr="008B280C">
        <w:rPr>
          <w:b/>
          <w:color w:val="27AE60"/>
          <w:lang w:val="pl-PL"/>
        </w:rPr>
        <w:t>2. STATUS MIESZKAŃCA GMINY STRYSZÓW LUB MAŁOPOLSKI ZACHODNIEJ:</w:t>
      </w:r>
    </w:p>
    <w:p w14:paraId="1169D242" w14:textId="77777777" w:rsidR="008166FC" w:rsidRPr="008B280C" w:rsidRDefault="0067791A">
      <w:pPr>
        <w:spacing w:after="160"/>
        <w:ind w:left="288"/>
        <w:rPr>
          <w:lang w:val="pl-PL"/>
        </w:rPr>
      </w:pPr>
      <w:r w:rsidRPr="008B280C">
        <w:rPr>
          <w:i/>
          <w:sz w:val="20"/>
          <w:lang w:val="pl-PL"/>
        </w:rPr>
        <w:t>Proszę zaznaczyć właściwy obszar powiązania geograficznego uczestnika (postawić znak „X” przy odpowiedniej opcji):</w:t>
      </w:r>
    </w:p>
    <w:p w14:paraId="23B3DC36" w14:textId="77777777" w:rsidR="008166FC" w:rsidRPr="008B280C" w:rsidRDefault="0067791A">
      <w:pPr>
        <w:ind w:left="576"/>
        <w:rPr>
          <w:bCs/>
          <w:lang w:val="pl-PL"/>
        </w:rPr>
      </w:pPr>
      <w:r w:rsidRPr="008B280C">
        <w:rPr>
          <w:rFonts w:ascii="Consolas" w:hAnsi="Consolas"/>
          <w:lang w:val="pl-PL"/>
        </w:rPr>
        <w:t xml:space="preserve">[  ] </w:t>
      </w:r>
      <w:r w:rsidRPr="008B280C">
        <w:rPr>
          <w:bCs/>
          <w:sz w:val="21"/>
          <w:lang w:val="pl-PL"/>
        </w:rPr>
        <w:t>Zamieszkuję / uczę się / pracuję na terenie Gminy Stryszów (Główny obszar wsparcia)</w:t>
      </w:r>
    </w:p>
    <w:p w14:paraId="4613B9DD" w14:textId="77777777" w:rsidR="008166FC" w:rsidRPr="008B280C" w:rsidRDefault="0067791A">
      <w:pPr>
        <w:ind w:left="576"/>
        <w:rPr>
          <w:lang w:val="pl-PL"/>
        </w:rPr>
      </w:pPr>
      <w:r w:rsidRPr="008B280C">
        <w:rPr>
          <w:rFonts w:ascii="Consolas" w:hAnsi="Consolas"/>
          <w:lang w:val="pl-PL"/>
        </w:rPr>
        <w:t xml:space="preserve">[  ] </w:t>
      </w:r>
      <w:r w:rsidRPr="008B280C">
        <w:rPr>
          <w:sz w:val="21"/>
          <w:lang w:val="pl-PL"/>
        </w:rPr>
        <w:t>Zamieszkuję / uczę się / pracuję na terenie Małopolski Zachodniej (powiaty: wadowicki, oświęcimski, chrzanowski, olkuski)</w:t>
      </w:r>
    </w:p>
    <w:p w14:paraId="7DCE409A" w14:textId="77777777" w:rsidR="008166FC" w:rsidRPr="008B280C" w:rsidRDefault="008166FC">
      <w:pPr>
        <w:spacing w:after="200"/>
        <w:rPr>
          <w:lang w:val="pl-PL"/>
        </w:rPr>
      </w:pPr>
    </w:p>
    <w:p w14:paraId="6C9154AB" w14:textId="77777777" w:rsidR="008166FC" w:rsidRPr="008B280C" w:rsidRDefault="0067791A">
      <w:pPr>
        <w:rPr>
          <w:lang w:val="pl-PL"/>
        </w:rPr>
      </w:pPr>
      <w:r w:rsidRPr="008B280C">
        <w:rPr>
          <w:b/>
          <w:color w:val="27AE60"/>
          <w:lang w:val="pl-PL"/>
        </w:rPr>
        <w:t>3. TREŚĆ OŚWIADCZENIA:</w:t>
      </w:r>
    </w:p>
    <w:p w14:paraId="1E6A26B9" w14:textId="5BC28F67" w:rsidR="008166FC" w:rsidRPr="008B280C" w:rsidRDefault="008B280C">
      <w:pPr>
        <w:spacing w:after="200"/>
        <w:ind w:firstLine="432"/>
        <w:jc w:val="both"/>
        <w:rPr>
          <w:lang w:val="pl-PL"/>
        </w:rPr>
      </w:pPr>
      <w:r>
        <w:rPr>
          <w:sz w:val="21"/>
          <w:lang w:val="pl-PL"/>
        </w:rPr>
        <w:t>N</w:t>
      </w:r>
      <w:r w:rsidR="0067791A" w:rsidRPr="008B280C">
        <w:rPr>
          <w:sz w:val="21"/>
          <w:lang w:val="pl-PL"/>
        </w:rPr>
        <w:t xml:space="preserve">iniejszym oświadczam, że wskazany powyżej status geograficzny jest zgodny ze stanem faktycznym, a moje stałe miejsce zamieszkania, nauki lub pracy </w:t>
      </w:r>
      <w:r w:rsidR="0067791A" w:rsidRPr="008B280C">
        <w:rPr>
          <w:sz w:val="21"/>
          <w:lang w:val="pl-PL"/>
        </w:rPr>
        <w:t>znajduje się na obszarze zaznaczonym w punkcie 2 niniejszego dokumentu.</w:t>
      </w:r>
    </w:p>
    <w:p w14:paraId="00BD5F7E" w14:textId="7C0526C8" w:rsidR="00FB702B" w:rsidRPr="00FB702B" w:rsidRDefault="0067791A" w:rsidP="00FB702B">
      <w:pPr>
        <w:spacing w:after="480"/>
        <w:ind w:firstLine="432"/>
        <w:jc w:val="both"/>
        <w:rPr>
          <w:sz w:val="21"/>
          <w:lang w:val="pl-PL"/>
        </w:rPr>
      </w:pPr>
      <w:r w:rsidRPr="008B280C">
        <w:rPr>
          <w:sz w:val="21"/>
          <w:lang w:val="pl-PL"/>
        </w:rPr>
        <w:t>Przedmiotowe oświadczenie składam w celu potwierdzenia kwalifikowalności mojego udziału w projekcie unijnym oraz spełnienia kryterium przynależności do społeczności lokalnej objętej procesem transformacji w ramach działania FEMP.8.4.</w:t>
      </w:r>
    </w:p>
    <w:tbl>
      <w:tblPr>
        <w:tblpPr w:leftFromText="141" w:rightFromText="141" w:vertAnchor="text" w:horzAnchor="margin" w:tblpYSpec="outside"/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FB702B" w14:paraId="501BFB65" w14:textId="77777777" w:rsidTr="00FB702B">
        <w:tc>
          <w:tcPr>
            <w:tcW w:w="5040" w:type="dxa"/>
          </w:tcPr>
          <w:p w14:paraId="25DFE9CD" w14:textId="77777777" w:rsidR="00FB702B" w:rsidRPr="008B280C" w:rsidRDefault="00FB702B" w:rsidP="00FB702B">
            <w:pPr>
              <w:spacing w:after="0"/>
              <w:jc w:val="center"/>
              <w:rPr>
                <w:lang w:val="pl-PL"/>
              </w:rPr>
            </w:pPr>
            <w:r w:rsidRPr="008B280C">
              <w:rPr>
                <w:color w:val="7F8C8D"/>
                <w:sz w:val="17"/>
                <w:lang w:val="pl-PL"/>
              </w:rPr>
              <w:t>...........................................................</w:t>
            </w:r>
            <w:r w:rsidRPr="008B280C">
              <w:rPr>
                <w:color w:val="7F8C8D"/>
                <w:sz w:val="17"/>
                <w:lang w:val="pl-PL"/>
              </w:rPr>
              <w:br/>
              <w:t>(podpis pracownika Urzędu przyjmującego oświadczenie)</w:t>
            </w:r>
          </w:p>
        </w:tc>
        <w:tc>
          <w:tcPr>
            <w:tcW w:w="5040" w:type="dxa"/>
          </w:tcPr>
          <w:p w14:paraId="1A191A8B" w14:textId="77777777" w:rsidR="00FB702B" w:rsidRDefault="00FB702B" w:rsidP="00FB702B">
            <w:pPr>
              <w:spacing w:after="0"/>
              <w:jc w:val="center"/>
            </w:pPr>
            <w:r>
              <w:rPr>
                <w:b/>
                <w:color w:val="2C3E50"/>
                <w:sz w:val="17"/>
              </w:rPr>
              <w:t>...........................................................</w:t>
            </w:r>
            <w:r>
              <w:rPr>
                <w:b/>
                <w:color w:val="2C3E50"/>
                <w:sz w:val="17"/>
              </w:rPr>
              <w:br/>
              <w:t>(czytelny podpis Uczestnika Projektu)</w:t>
            </w:r>
          </w:p>
        </w:tc>
      </w:tr>
    </w:tbl>
    <w:p w14:paraId="0FD14C47" w14:textId="77777777" w:rsidR="0067791A" w:rsidRPr="008B280C" w:rsidRDefault="0067791A" w:rsidP="008B280C">
      <w:pPr>
        <w:rPr>
          <w:b/>
          <w:bCs/>
        </w:rPr>
      </w:pPr>
    </w:p>
    <w:sectPr w:rsidR="0067791A" w:rsidRPr="008B280C" w:rsidSect="00034616">
      <w:headerReference w:type="default" r:id="rId8"/>
      <w:pgSz w:w="12240" w:h="15840"/>
      <w:pgMar w:top="1296" w:right="1008" w:bottom="129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D0C75" w14:textId="77777777" w:rsidR="0067791A" w:rsidRDefault="0067791A" w:rsidP="008B280C">
      <w:pPr>
        <w:spacing w:after="0" w:line="240" w:lineRule="auto"/>
      </w:pPr>
      <w:r>
        <w:separator/>
      </w:r>
    </w:p>
  </w:endnote>
  <w:endnote w:type="continuationSeparator" w:id="0">
    <w:p w14:paraId="6EB6906F" w14:textId="77777777" w:rsidR="0067791A" w:rsidRDefault="0067791A" w:rsidP="008B2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7F630" w14:textId="77777777" w:rsidR="0067791A" w:rsidRDefault="0067791A" w:rsidP="008B280C">
      <w:pPr>
        <w:spacing w:after="0" w:line="240" w:lineRule="auto"/>
      </w:pPr>
      <w:r>
        <w:separator/>
      </w:r>
    </w:p>
  </w:footnote>
  <w:footnote w:type="continuationSeparator" w:id="0">
    <w:p w14:paraId="14F8BC9C" w14:textId="77777777" w:rsidR="0067791A" w:rsidRDefault="0067791A" w:rsidP="008B28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32DAF" w14:textId="68956B78" w:rsidR="00FB702B" w:rsidRDefault="00FB702B">
    <w:pPr>
      <w:pStyle w:val="Nagwek"/>
    </w:pPr>
    <w:r>
      <w:rPr>
        <w:noProof/>
      </w:rPr>
      <w:drawing>
        <wp:inline distT="0" distB="0" distL="0" distR="0" wp14:anchorId="4748DB18" wp14:editId="18DE2266">
          <wp:extent cx="6492240" cy="557530"/>
          <wp:effectExtent l="0" t="0" r="0" b="0"/>
          <wp:docPr id="147227123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2271234" name="Obraz 147227123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92240" cy="557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67848082">
    <w:abstractNumId w:val="8"/>
  </w:num>
  <w:num w:numId="2" w16cid:durableId="676033646">
    <w:abstractNumId w:val="6"/>
  </w:num>
  <w:num w:numId="3" w16cid:durableId="135101810">
    <w:abstractNumId w:val="5"/>
  </w:num>
  <w:num w:numId="4" w16cid:durableId="831602652">
    <w:abstractNumId w:val="4"/>
  </w:num>
  <w:num w:numId="5" w16cid:durableId="2072848045">
    <w:abstractNumId w:val="7"/>
  </w:num>
  <w:num w:numId="6" w16cid:durableId="504825067">
    <w:abstractNumId w:val="3"/>
  </w:num>
  <w:num w:numId="7" w16cid:durableId="574363160">
    <w:abstractNumId w:val="2"/>
  </w:num>
  <w:num w:numId="8" w16cid:durableId="306908121">
    <w:abstractNumId w:val="1"/>
  </w:num>
  <w:num w:numId="9" w16cid:durableId="1149633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222EA"/>
    <w:rsid w:val="0067791A"/>
    <w:rsid w:val="008166FC"/>
    <w:rsid w:val="008B280C"/>
    <w:rsid w:val="00AA1D8D"/>
    <w:rsid w:val="00B47730"/>
    <w:rsid w:val="00CB0664"/>
    <w:rsid w:val="00FB70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DD99DCB"/>
  <w14:defaultImageDpi w14:val="300"/>
  <w15:docId w15:val="{B93202DF-D759-415F-AD30-CB83C08D8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 w:line="312" w:lineRule="auto"/>
    </w:pPr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273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Sabina SK. Kasiarz</cp:lastModifiedBy>
  <cp:revision>3</cp:revision>
  <dcterms:created xsi:type="dcterms:W3CDTF">2026-05-27T09:08:00Z</dcterms:created>
  <dcterms:modified xsi:type="dcterms:W3CDTF">2026-05-27T09:10:00Z</dcterms:modified>
  <cp:category/>
</cp:coreProperties>
</file>