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D396" w14:textId="77777777" w:rsidR="00EB3F34" w:rsidRDefault="00000000">
      <w:pPr>
        <w:pStyle w:val="SmallCustom"/>
        <w:rPr>
          <w:rFonts w:hint="eastAsia"/>
        </w:rPr>
      </w:pPr>
      <w:r>
        <w:rPr>
          <w:b/>
        </w:rPr>
        <w:t>ZAŁĄCZNIK NR 1  /  DOKUMENTY REKRUTACYJNE</w:t>
      </w:r>
    </w:p>
    <w:p w14:paraId="664F0E10" w14:textId="77777777" w:rsidR="00EB3F34" w:rsidRDefault="00000000">
      <w:pPr>
        <w:pStyle w:val="TitleCustom"/>
        <w:rPr>
          <w:rFonts w:hint="eastAsia"/>
        </w:rPr>
      </w:pPr>
      <w:r>
        <w:t>Wniosek o objęcie bonem senioralnym</w:t>
      </w:r>
    </w:p>
    <w:p w14:paraId="01DB5D39" w14:textId="77777777" w:rsidR="00EB3F34" w:rsidRDefault="00000000">
      <w:pPr>
        <w:pStyle w:val="SmallCustom"/>
        <w:rPr>
          <w:rFonts w:hint="eastAsia"/>
        </w:rPr>
      </w:pPr>
      <w:r>
        <w:t>Wniosek o zawarcie umowy w ramach Programu Bonu Senioralnego na lata 2026–2028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EB3F34" w14:paraId="74211B57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57940C47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Data wpływu (wypełnia GOPS)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65A7DEF4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274FF347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522DD9B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Numer wniosku / znak sprawy (GOPS)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59C46AC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4134A683" w14:textId="77777777" w:rsidR="00EB3F34" w:rsidRDefault="00EB3F34">
      <w:pPr>
        <w:spacing w:after="0"/>
        <w:rPr>
          <w:rFonts w:hint="eastAsia"/>
        </w:rPr>
      </w:pPr>
    </w:p>
    <w:p w14:paraId="1BE4C084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A. Dane seniora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EB3F34" w14:paraId="4433D29F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1BA4206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183B140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6054C19B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1323E698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PESEL (jeżeli nadano)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63521DF9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317BF2D0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E944395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W razie braku PESEL: rodzaj, seria i numer dokumentu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08F170AB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70BDA83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7B1EF338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Data urodzenia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6D65AD7E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4DC6298D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6EC3AE6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Obywatelstwo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F9C6472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4EEADE52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634F2A5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Adres zamieszkania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784D7769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1D125E82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35FCE47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Adres do korespondencji (jeżeli inny)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2D792F25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6A4E0F41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64C06050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Telefon (dobrowolnie)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433BDB04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7DE11224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FAC128B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E-mail (dobrowolnie)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75047D9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114B0C4B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3E81E5C4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Preferowany sposób kontaktu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18585F41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07235E42" w14:textId="77777777" w:rsidR="00EB3F34" w:rsidRDefault="00EB3F34">
      <w:pPr>
        <w:spacing w:after="0"/>
        <w:rPr>
          <w:rFonts w:hint="eastAsia"/>
        </w:rPr>
      </w:pPr>
    </w:p>
    <w:p w14:paraId="72E3C89D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B. Dane pełnomocnika lub przedstawiciela (jeśli dotyczy)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EB3F34" w14:paraId="02AC1CF4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794298B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7A0A92BC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518461B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1FDF6A6D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Adres do korespondencji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9028A66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3E191A23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5EA68512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Telefon (dobrowolnie)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354BF595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7AE5CE12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640C95B7" w14:textId="77777777" w:rsidR="00EB3F34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Podstawa reprezentacji / dokument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1D887FD" w14:textId="77777777" w:rsidR="00EB3F34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5D1F8E96" w14:textId="77777777" w:rsidR="00EB3F34" w:rsidRDefault="00EB3F34">
      <w:pPr>
        <w:spacing w:after="0"/>
        <w:rPr>
          <w:rFonts w:hint="eastAsia"/>
        </w:rPr>
      </w:pPr>
    </w:p>
    <w:p w14:paraId="1EADE8AF" w14:textId="77777777" w:rsidR="00EB3F34" w:rsidRDefault="00000000">
      <w:pPr>
        <w:rPr>
          <w:rFonts w:hint="eastAsia"/>
        </w:rPr>
      </w:pPr>
      <w:r>
        <w:br w:type="page"/>
      </w:r>
    </w:p>
    <w:p w14:paraId="10C45366" w14:textId="77777777" w:rsidR="00EB3F34" w:rsidRDefault="00000000">
      <w:pPr>
        <w:pStyle w:val="SmallCustom"/>
        <w:rPr>
          <w:rFonts w:hint="eastAsia"/>
        </w:rPr>
      </w:pPr>
      <w:r>
        <w:lastRenderedPageBreak/>
        <w:t>ZAŁĄCZNIK NR 1  •  WNIOSEK  •  CIĄG DALSZY</w:t>
      </w:r>
    </w:p>
    <w:p w14:paraId="56C03104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C. Potrzeby seniora – w jakich czynnościach potrzebna jest pomoc?</w:t>
      </w:r>
    </w:p>
    <w:p w14:paraId="262552CD" w14:textId="77777777" w:rsidR="00EB3F34" w:rsidRDefault="00000000">
      <w:pPr>
        <w:ind w:left="125"/>
        <w:rPr>
          <w:rFonts w:hint="eastAsia"/>
        </w:rPr>
      </w:pPr>
      <w:r>
        <w:t>☐  Higiena osobista, kąpiel i ubieranie</w:t>
      </w:r>
    </w:p>
    <w:p w14:paraId="00E64EFB" w14:textId="77777777" w:rsidR="00EB3F34" w:rsidRDefault="00000000">
      <w:pPr>
        <w:ind w:left="125"/>
        <w:rPr>
          <w:rFonts w:hint="eastAsia"/>
        </w:rPr>
      </w:pPr>
      <w:r>
        <w:t>☐  Przygotowanie posiłków i pomoc przy jedzeniu</w:t>
      </w:r>
    </w:p>
    <w:p w14:paraId="1E7091C2" w14:textId="77777777" w:rsidR="00EB3F34" w:rsidRDefault="00000000">
      <w:pPr>
        <w:ind w:left="125"/>
        <w:rPr>
          <w:rFonts w:hint="eastAsia"/>
        </w:rPr>
      </w:pPr>
      <w:r>
        <w:t>☐  Utrzymanie porządku, pranie, ogrzewanie mieszkania</w:t>
      </w:r>
    </w:p>
    <w:p w14:paraId="5F947726" w14:textId="77777777" w:rsidR="00EB3F34" w:rsidRDefault="00000000">
      <w:pPr>
        <w:ind w:left="125"/>
        <w:rPr>
          <w:rFonts w:hint="eastAsia"/>
        </w:rPr>
      </w:pPr>
      <w:r>
        <w:t>☐  Zakupy, codzienne sprawy i sprawy urzędowe</w:t>
      </w:r>
    </w:p>
    <w:p w14:paraId="5DABD092" w14:textId="77777777" w:rsidR="00EB3F34" w:rsidRDefault="00000000">
      <w:pPr>
        <w:ind w:left="125"/>
        <w:rPr>
          <w:rFonts w:hint="eastAsia"/>
        </w:rPr>
      </w:pPr>
      <w:r>
        <w:t>☐  Wsparcie w korzystaniu ze świadczeń zdrowotnych (wizyty, recepty, wykup leków)</w:t>
      </w:r>
    </w:p>
    <w:p w14:paraId="236D5871" w14:textId="77777777" w:rsidR="00EB3F34" w:rsidRDefault="00000000">
      <w:pPr>
        <w:ind w:left="125"/>
        <w:rPr>
          <w:rFonts w:hint="eastAsia"/>
        </w:rPr>
      </w:pPr>
      <w:r>
        <w:t>☐  Kontakt z otoczeniem, towarzyszenie i wyjścia z domu</w:t>
      </w:r>
    </w:p>
    <w:p w14:paraId="34E6B401" w14:textId="77777777" w:rsidR="00EB3F34" w:rsidRDefault="00000000">
      <w:pPr>
        <w:rPr>
          <w:rFonts w:hint="eastAsia"/>
        </w:rPr>
      </w:pPr>
      <w:r>
        <w:t>Inne potrzebne czynności:</w:t>
      </w:r>
    </w:p>
    <w:p w14:paraId="119452BF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2372EB3" w14:textId="77777777" w:rsidR="00EB3F34" w:rsidRDefault="00000000">
      <w:pPr>
        <w:rPr>
          <w:rFonts w:hint="eastAsia"/>
        </w:rPr>
      </w:pPr>
      <w:r>
        <w:t>Opis trudności: od kiedy występują, co senior wykonuje samodzielnie, w czym potrzebuje pomocy?</w:t>
      </w:r>
    </w:p>
    <w:p w14:paraId="1A073D2E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2C2D160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6E71B2E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B0A7C3F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D. Sytuacja rodzinna i dostępność wsparcia</w:t>
      </w:r>
    </w:p>
    <w:p w14:paraId="2C4D29C5" w14:textId="77777777" w:rsidR="00EB3F34" w:rsidRDefault="00000000">
      <w:pPr>
        <w:ind w:left="125"/>
        <w:rPr>
          <w:rFonts w:hint="eastAsia"/>
        </w:rPr>
      </w:pPr>
      <w:r>
        <w:t>☐  Gospodarstwo jednoosobowe: TAK / NIE</w:t>
      </w:r>
    </w:p>
    <w:p w14:paraId="27483CD7" w14:textId="77777777" w:rsidR="00EB3F34" w:rsidRDefault="00000000">
      <w:pPr>
        <w:rPr>
          <w:rFonts w:hint="eastAsia"/>
        </w:rPr>
      </w:pPr>
      <w:r>
        <w:t>Osoby wspólnie zamieszkujące (imię, relacja):</w:t>
      </w:r>
    </w:p>
    <w:p w14:paraId="1952C885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17E34393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4A42D28" w14:textId="77777777" w:rsidR="00EB3F34" w:rsidRDefault="00000000">
      <w:pPr>
        <w:ind w:left="125"/>
        <w:rPr>
          <w:rFonts w:hint="eastAsia"/>
        </w:rPr>
      </w:pPr>
      <w:r>
        <w:t>☐  Czy jest osoba, która może rzeczywiście zapewnić potrzebną pomoc? TAK / NIE / CZĘŚCIOWO</w:t>
      </w:r>
    </w:p>
    <w:p w14:paraId="29650756" w14:textId="77777777" w:rsidR="00EB3F34" w:rsidRDefault="00000000">
      <w:pPr>
        <w:rPr>
          <w:rFonts w:hint="eastAsia"/>
        </w:rPr>
      </w:pPr>
      <w:r>
        <w:t>Kto aktualnie pomaga, jak często i w jakim zakresie?</w:t>
      </w:r>
    </w:p>
    <w:p w14:paraId="23D743BD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144E66CE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1ECAA8B5" w14:textId="77777777" w:rsidR="00EB3F34" w:rsidRDefault="00000000">
      <w:pPr>
        <w:rPr>
          <w:rFonts w:hint="eastAsia"/>
        </w:rPr>
      </w:pPr>
      <w:r>
        <w:t>Jeżeli pomoc nie jest dostępna – dlaczego? (np. odległość, praca, stan zdrowia, obowiązki)</w:t>
      </w:r>
    </w:p>
    <w:p w14:paraId="5FB6E040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5C5CF72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10B3F3E0" w14:textId="77777777" w:rsidR="00EB3F34" w:rsidRDefault="00000000">
      <w:pPr>
        <w:ind w:left="125"/>
        <w:rPr>
          <w:rFonts w:hint="eastAsia"/>
        </w:rPr>
      </w:pPr>
      <w:r>
        <w:t>☐  Czy inny współzamieszkujący senior ubiega się o bon lub ma umowę? TAK / NIE</w:t>
      </w:r>
    </w:p>
    <w:p w14:paraId="629F9956" w14:textId="77777777" w:rsidR="00EB3F34" w:rsidRDefault="00000000">
      <w:pPr>
        <w:pStyle w:val="SmallCustom"/>
        <w:rPr>
          <w:rFonts w:hint="eastAsia"/>
        </w:rPr>
      </w:pPr>
      <w:r>
        <w:t>Szczegóły sytuacji rodzinnej należy podać w załączniku nr 2.</w:t>
      </w:r>
    </w:p>
    <w:p w14:paraId="1FCA6497" w14:textId="77777777" w:rsidR="00EB3F34" w:rsidRDefault="00000000">
      <w:pPr>
        <w:rPr>
          <w:rFonts w:hint="eastAsia"/>
        </w:rPr>
      </w:pPr>
      <w:r>
        <w:br w:type="page"/>
      </w:r>
    </w:p>
    <w:p w14:paraId="3281C15C" w14:textId="77777777" w:rsidR="00EB3F34" w:rsidRDefault="00000000">
      <w:pPr>
        <w:pStyle w:val="SmallCustom"/>
        <w:rPr>
          <w:rFonts w:hint="eastAsia"/>
        </w:rPr>
      </w:pPr>
      <w:r>
        <w:lastRenderedPageBreak/>
        <w:t>ZAŁĄCZNIK NR 1  •  WNIOSEK  •  CIĄG DALSZY</w:t>
      </w:r>
    </w:p>
    <w:p w14:paraId="36E3AB5B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E. Dochody seniora z 3 miesięcy poprzedzających złożenie wniosku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EB3F34" w14:paraId="4B348272" w14:textId="77777777">
        <w:tc>
          <w:tcPr>
            <w:tcW w:w="3419" w:type="dxa"/>
            <w:shd w:val="clear" w:color="auto" w:fill="E8EFF2"/>
          </w:tcPr>
          <w:p w14:paraId="5731A018" w14:textId="77777777" w:rsidR="00EB3F34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Miesiąc / rok</w:t>
            </w:r>
          </w:p>
        </w:tc>
        <w:tc>
          <w:tcPr>
            <w:tcW w:w="3419" w:type="dxa"/>
            <w:shd w:val="clear" w:color="auto" w:fill="E8EFF2"/>
          </w:tcPr>
          <w:p w14:paraId="25D790FC" w14:textId="77777777" w:rsidR="00EB3F34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Źródło dochodu</w:t>
            </w:r>
          </w:p>
        </w:tc>
        <w:tc>
          <w:tcPr>
            <w:tcW w:w="3419" w:type="dxa"/>
            <w:shd w:val="clear" w:color="auto" w:fill="E8EFF2"/>
          </w:tcPr>
          <w:p w14:paraId="59E1EC56" w14:textId="77777777" w:rsidR="00EB3F34" w:rsidRDefault="00000000">
            <w:pPr>
              <w:rPr>
                <w:rFonts w:hint="eastAsia"/>
              </w:rPr>
            </w:pPr>
            <w:r>
              <w:rPr>
                <w:b/>
                <w:sz w:val="18"/>
              </w:rPr>
              <w:t>Dochód po ustawowych pomniejszeniach (zł)</w:t>
            </w:r>
          </w:p>
        </w:tc>
      </w:tr>
      <w:tr w:rsidR="00EB3F34" w14:paraId="048BC4F9" w14:textId="77777777">
        <w:trPr>
          <w:cantSplit/>
        </w:trPr>
        <w:tc>
          <w:tcPr>
            <w:tcW w:w="3419" w:type="dxa"/>
          </w:tcPr>
          <w:p w14:paraId="387D3C23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3778D3B2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315E2A5B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</w:tr>
      <w:tr w:rsidR="00EB3F34" w14:paraId="08DDE2D4" w14:textId="77777777">
        <w:trPr>
          <w:cantSplit/>
        </w:trPr>
        <w:tc>
          <w:tcPr>
            <w:tcW w:w="3419" w:type="dxa"/>
          </w:tcPr>
          <w:p w14:paraId="011024C1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635EBE9A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44C30685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</w:tr>
      <w:tr w:rsidR="00EB3F34" w14:paraId="167B504E" w14:textId="77777777">
        <w:trPr>
          <w:cantSplit/>
        </w:trPr>
        <w:tc>
          <w:tcPr>
            <w:tcW w:w="3419" w:type="dxa"/>
          </w:tcPr>
          <w:p w14:paraId="43538F92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77B7A27C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  <w:tc>
          <w:tcPr>
            <w:tcW w:w="3419" w:type="dxa"/>
          </w:tcPr>
          <w:p w14:paraId="5AE17611" w14:textId="77777777" w:rsidR="00EB3F34" w:rsidRDefault="00000000">
            <w:pPr>
              <w:rPr>
                <w:rFonts w:hint="eastAsia"/>
              </w:rPr>
            </w:pPr>
            <w:r>
              <w:br/>
            </w:r>
          </w:p>
        </w:tc>
      </w:tr>
    </w:tbl>
    <w:p w14:paraId="13C489EB" w14:textId="77777777" w:rsidR="00EB3F34" w:rsidRDefault="00000000">
      <w:pPr>
        <w:rPr>
          <w:rFonts w:hint="eastAsia"/>
        </w:rPr>
      </w:pPr>
      <w:r>
        <w:t>Średni miesięczny dochód seniora (jeśli znany): ....................................... zł</w:t>
      </w:r>
    </w:p>
    <w:p w14:paraId="75EBBE15" w14:textId="77777777" w:rsidR="00EB3F34" w:rsidRDefault="00000000">
      <w:pPr>
        <w:pStyle w:val="SmallCustom"/>
        <w:rPr>
          <w:rFonts w:hint="eastAsia"/>
        </w:rPr>
      </w:pPr>
      <w:r>
        <w:t>Weryfikacja na podstawie dokumentów i oświadczenia o innych dochodach (załącznik nr 5).</w:t>
      </w:r>
    </w:p>
    <w:p w14:paraId="6FE810EE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F. Informacja o korzystaniu z innych świadczeń i usług</w:t>
      </w:r>
    </w:p>
    <w:p w14:paraId="34DE6A7B" w14:textId="77777777" w:rsidR="00EB3F34" w:rsidRDefault="00000000">
      <w:pPr>
        <w:rPr>
          <w:rFonts w:hint="eastAsia"/>
        </w:rPr>
      </w:pPr>
      <w:r>
        <w:t>Proszę dołączyć załącznik nr 4 i zaznaczyć wszystkie odpowiednie informacje dotyczące świadczeń i usług mogących wyłączać prawo do bonu.</w:t>
      </w:r>
    </w:p>
    <w:p w14:paraId="53A7B970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G. Preferowany zakres i terminy wsparcia</w:t>
      </w:r>
    </w:p>
    <w:p w14:paraId="6481E5D6" w14:textId="77777777" w:rsidR="00EB3F34" w:rsidRDefault="00000000">
      <w:pPr>
        <w:rPr>
          <w:rFonts w:hint="eastAsia"/>
        </w:rPr>
      </w:pPr>
      <w:r>
        <w:t>Preferowane dni, godziny i czynności – informacja pomocnicza:</w:t>
      </w:r>
    </w:p>
    <w:p w14:paraId="665B2F03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532771FC" w14:textId="77777777" w:rsidR="00EB3F34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B4CBFF8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H. Oświadczenia i podpis</w:t>
      </w:r>
    </w:p>
    <w:p w14:paraId="3A6D4464" w14:textId="77777777" w:rsidR="00EB3F34" w:rsidRDefault="00000000">
      <w:pPr>
        <w:ind w:left="125"/>
        <w:rPr>
          <w:rFonts w:hint="eastAsia"/>
        </w:rPr>
      </w:pPr>
      <w:r>
        <w:t>☐  Oświadczam, że powyższe dane są zgodne z prawdą i moją wiedzą.</w:t>
      </w:r>
    </w:p>
    <w:p w14:paraId="0CE58C1E" w14:textId="77777777" w:rsidR="00EB3F34" w:rsidRDefault="00000000">
      <w:pPr>
        <w:ind w:left="125"/>
        <w:rPr>
          <w:rFonts w:hint="eastAsia"/>
        </w:rPr>
      </w:pPr>
      <w:r>
        <w:t>☐  Zobowiązuję się zgłaszać zmiany dotyczące dochodów, sytuacji rodzinnej, potrzeb lub korzystania z innych usług i świadczeń, jeśli mogą mieć znaczenie dla bonu.</w:t>
      </w:r>
    </w:p>
    <w:p w14:paraId="5D3D21EE" w14:textId="77777777" w:rsidR="00EB3F34" w:rsidRDefault="00000000">
      <w:pPr>
        <w:ind w:left="125"/>
        <w:rPr>
          <w:rFonts w:hint="eastAsia"/>
        </w:rPr>
      </w:pPr>
      <w:r>
        <w:t>☐  Przyjmuję do wiadomości, że w razie potrzeby GOPS może przeprowadzić rozmowę lub wizytę w miejscu zamieszkania w celu ustalenia stanu faktycznego.</w:t>
      </w:r>
    </w:p>
    <w:p w14:paraId="0D4B88CC" w14:textId="77777777" w:rsidR="00EB3F34" w:rsidRDefault="00000000">
      <w:pPr>
        <w:ind w:left="125"/>
        <w:rPr>
          <w:rFonts w:hint="eastAsia"/>
        </w:rPr>
      </w:pPr>
      <w:r>
        <w:t>☐  Otrzymałem/am lub udostępniono mi klauzulę informacyjną dotyczącą przetwarzania danych osobowych.</w:t>
      </w:r>
    </w:p>
    <w:p w14:paraId="25CBABB7" w14:textId="77777777" w:rsidR="00EB3F34" w:rsidRDefault="00EB3F34">
      <w:pPr>
        <w:spacing w:before="22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EB3F34" w14:paraId="7AF2FA75" w14:textId="77777777">
        <w:tc>
          <w:tcPr>
            <w:tcW w:w="5128" w:type="dxa"/>
            <w:tcBorders>
              <w:bottom w:val="single" w:sz="6" w:space="0" w:color="8899A1"/>
            </w:tcBorders>
          </w:tcPr>
          <w:p w14:paraId="11874866" w14:textId="77777777" w:rsidR="00EB3F34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5128" w:type="dxa"/>
            <w:tcBorders>
              <w:bottom w:val="single" w:sz="6" w:space="0" w:color="8899A1"/>
            </w:tcBorders>
          </w:tcPr>
          <w:p w14:paraId="0DF13E62" w14:textId="77777777" w:rsidR="00EB3F34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EB3F34" w14:paraId="0BADD7C7" w14:textId="77777777">
        <w:tc>
          <w:tcPr>
            <w:tcW w:w="5128" w:type="dxa"/>
          </w:tcPr>
          <w:p w14:paraId="567F57EF" w14:textId="77777777" w:rsidR="00EB3F34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Miejscowość, data</w:t>
            </w:r>
          </w:p>
        </w:tc>
        <w:tc>
          <w:tcPr>
            <w:tcW w:w="5128" w:type="dxa"/>
          </w:tcPr>
          <w:p w14:paraId="6E5D485C" w14:textId="77777777" w:rsidR="00EB3F34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Podpis seniora / pełnomocnika</w:t>
            </w:r>
          </w:p>
        </w:tc>
      </w:tr>
    </w:tbl>
    <w:p w14:paraId="273BA591" w14:textId="77777777" w:rsidR="00EB3F34" w:rsidRDefault="00000000">
      <w:pPr>
        <w:pStyle w:val="SectionCustom"/>
        <w:rPr>
          <w:rFonts w:hint="eastAsia"/>
        </w:rPr>
      </w:pPr>
      <w:r>
        <w:rPr>
          <w:b w:val="0"/>
        </w:rPr>
        <w:t>Wykaz dołączanych załączników</w:t>
      </w:r>
    </w:p>
    <w:p w14:paraId="364B6EF6" w14:textId="77777777" w:rsidR="00EB3F34" w:rsidRDefault="00000000">
      <w:pPr>
        <w:rPr>
          <w:rFonts w:hint="eastAsia"/>
        </w:rPr>
      </w:pPr>
      <w:r>
        <w:t>☐ nr 2    ☐ nr 3    ☐ nr 4    ☐ nr 5    ☐ nr 6 (dobrowolny)    ☐ nr 7 (jeśli dotyczy)</w:t>
      </w:r>
    </w:p>
    <w:p w14:paraId="06ECB18E" w14:textId="77777777" w:rsidR="00EB3F34" w:rsidRDefault="00000000">
      <w:pPr>
        <w:rPr>
          <w:rFonts w:hint="eastAsia"/>
        </w:rPr>
      </w:pPr>
      <w:r>
        <w:t>☐ dokumenty dochodowe    ☐ inne: .....................................................................................</w:t>
      </w:r>
    </w:p>
    <w:sectPr w:rsidR="00EB3F3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5" w:right="992" w:bottom="935" w:left="99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26D7" w14:textId="77777777" w:rsidR="00F17DE7" w:rsidRDefault="00F17DE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3C20DD" w14:textId="77777777" w:rsidR="00F17DE7" w:rsidRDefault="00F17DE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7B8F" w14:textId="77777777" w:rsidR="00C7350F" w:rsidRDefault="00C7350F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1729" w14:textId="487A8AE1" w:rsidR="00EB3F34" w:rsidRDefault="00000000">
    <w:pPr>
      <w:pStyle w:val="Stopka"/>
      <w:jc w:val="center"/>
      <w:rPr>
        <w:rFonts w:hint="eastAsia"/>
      </w:rPr>
    </w:pPr>
    <w:r>
      <w:rPr>
        <w:color w:val="576571"/>
        <w:sz w:val="16"/>
      </w:rPr>
      <w:t xml:space="preserve">GOPS w </w:t>
    </w:r>
    <w:proofErr w:type="spellStart"/>
    <w:r>
      <w:rPr>
        <w:color w:val="576571"/>
        <w:sz w:val="16"/>
      </w:rPr>
      <w:t>Jaśle</w:t>
    </w:r>
    <w:proofErr w:type="spellEnd"/>
    <w:r>
      <w:rPr>
        <w:color w:val="576571"/>
        <w:sz w:val="16"/>
      </w:rPr>
      <w:t xml:space="preserve">  |  ul. </w:t>
    </w:r>
    <w:proofErr w:type="spellStart"/>
    <w:r>
      <w:rPr>
        <w:color w:val="576571"/>
        <w:sz w:val="16"/>
      </w:rPr>
      <w:t>Słowackiego</w:t>
    </w:r>
    <w:proofErr w:type="spellEnd"/>
    <w:r>
      <w:rPr>
        <w:color w:val="576571"/>
        <w:sz w:val="16"/>
      </w:rPr>
      <w:t xml:space="preserve"> 4, 38-200 </w:t>
    </w:r>
    <w:proofErr w:type="spellStart"/>
    <w:r>
      <w:rPr>
        <w:color w:val="576571"/>
        <w:sz w:val="16"/>
      </w:rPr>
      <w:t>Jasło</w:t>
    </w:r>
    <w:proofErr w:type="spellEnd"/>
    <w:r>
      <w:rPr>
        <w:color w:val="576571"/>
        <w:sz w:val="16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F058" w14:textId="77777777" w:rsidR="00C7350F" w:rsidRDefault="00C7350F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0B94" w14:textId="77777777" w:rsidR="00F17DE7" w:rsidRDefault="00F17DE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16C2C6" w14:textId="77777777" w:rsidR="00F17DE7" w:rsidRDefault="00F17DE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375F" w14:textId="77777777" w:rsidR="00C7350F" w:rsidRDefault="00C7350F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9CEEE" w14:textId="77777777" w:rsidR="00EB3F34" w:rsidRDefault="00000000">
    <w:pPr>
      <w:pStyle w:val="Nagwek"/>
      <w:jc w:val="right"/>
      <w:rPr>
        <w:rFonts w:hint="eastAsia"/>
      </w:rPr>
    </w:pPr>
    <w:r>
      <w:rPr>
        <w:b/>
        <w:color w:val="576571"/>
        <w:sz w:val="16"/>
      </w:rPr>
      <w:t>GMINNY OŚRODEK POMOCY SPOŁECZNEJ W JAŚLE  •  BON SENIORALNY 2026–2028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106B" w14:textId="77777777" w:rsidR="00C7350F" w:rsidRDefault="00C7350F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148382">
    <w:abstractNumId w:val="8"/>
  </w:num>
  <w:num w:numId="2" w16cid:durableId="110322954">
    <w:abstractNumId w:val="6"/>
  </w:num>
  <w:num w:numId="3" w16cid:durableId="1692030713">
    <w:abstractNumId w:val="5"/>
  </w:num>
  <w:num w:numId="4" w16cid:durableId="1199003473">
    <w:abstractNumId w:val="4"/>
  </w:num>
  <w:num w:numId="5" w16cid:durableId="1382362056">
    <w:abstractNumId w:val="7"/>
  </w:num>
  <w:num w:numId="6" w16cid:durableId="2136021814">
    <w:abstractNumId w:val="3"/>
  </w:num>
  <w:num w:numId="7" w16cid:durableId="2055960731">
    <w:abstractNumId w:val="2"/>
  </w:num>
  <w:num w:numId="8" w16cid:durableId="2092503647">
    <w:abstractNumId w:val="1"/>
  </w:num>
  <w:num w:numId="9" w16cid:durableId="191990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5564"/>
    <w:rsid w:val="00B47730"/>
    <w:rsid w:val="00C7350F"/>
    <w:rsid w:val="00CB0664"/>
    <w:rsid w:val="00EB3F34"/>
    <w:rsid w:val="00F17D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BBD50"/>
  <w14:defaultImageDpi w14:val="300"/>
  <w15:docId w15:val="{760DF994-5342-4085-840A-F4BAD511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2" w:lineRule="auto"/>
    </w:pPr>
    <w:rPr>
      <w:rFonts w:ascii="Carlito" w:hAnsi="Carlito"/>
      <w:color w:val="1E2A3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Carlito" w:hAnsi="Carlito"/>
      <w:b/>
      <w:color w:val="1A3750"/>
      <w:sz w:val="34"/>
    </w:rPr>
  </w:style>
  <w:style w:type="paragraph" w:customStyle="1" w:styleId="SectionCustom">
    <w:name w:val="SectionCustom"/>
    <w:pPr>
      <w:spacing w:before="120" w:after="100"/>
    </w:pPr>
    <w:rPr>
      <w:rFonts w:ascii="Carlito" w:hAnsi="Carlito"/>
      <w:b/>
      <w:color w:val="106973"/>
      <w:sz w:val="21"/>
    </w:rPr>
  </w:style>
  <w:style w:type="paragraph" w:customStyle="1" w:styleId="SmallCustom">
    <w:name w:val="SmallCustom"/>
    <w:pPr>
      <w:spacing w:after="40"/>
    </w:pPr>
    <w:rPr>
      <w:rFonts w:ascii="Carlito" w:hAnsi="Carlito"/>
      <w:color w:val="576571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Kieś</cp:lastModifiedBy>
  <cp:revision>3</cp:revision>
  <dcterms:created xsi:type="dcterms:W3CDTF">2013-12-23T23:15:00Z</dcterms:created>
  <dcterms:modified xsi:type="dcterms:W3CDTF">2026-10-28T09:30:00Z</dcterms:modified>
  <cp:category/>
</cp:coreProperties>
</file>