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EE85D" w14:textId="77777777" w:rsidR="00EC4FB7" w:rsidRPr="009E67A6" w:rsidRDefault="00000000">
      <w:pPr>
        <w:jc w:val="center"/>
      </w:pPr>
      <w:r w:rsidRPr="009E67A6">
        <w:rPr>
          <w:b/>
          <w:sz w:val="32"/>
        </w:rPr>
        <w:t>ZAŁĄCZNIK NR 2</w:t>
      </w:r>
    </w:p>
    <w:p w14:paraId="4E0518F7" w14:textId="43E80795" w:rsidR="00EC4FB7" w:rsidRPr="009E67A6" w:rsidRDefault="00000000">
      <w:pPr>
        <w:jc w:val="center"/>
      </w:pPr>
      <w:r w:rsidRPr="009E67A6">
        <w:rPr>
          <w:b/>
          <w:sz w:val="24"/>
        </w:rPr>
        <w:t>ZGODA RODZICA / OPIEKUNA PRAWNEGO</w:t>
      </w:r>
      <w:r w:rsidR="009E67A6">
        <w:rPr>
          <w:b/>
          <w:sz w:val="24"/>
        </w:rPr>
        <w:t>*</w:t>
      </w:r>
    </w:p>
    <w:p w14:paraId="349BAC20" w14:textId="77777777" w:rsidR="00EC4FB7" w:rsidRPr="009E67A6" w:rsidRDefault="00000000">
      <w:pPr>
        <w:spacing w:after="120"/>
        <w:jc w:val="center"/>
      </w:pPr>
      <w:r w:rsidRPr="009E67A6">
        <w:t>na udział dziecka w Konkursie oraz wykorzystanie jego wizerunku i głosu</w:t>
      </w:r>
    </w:p>
    <w:p w14:paraId="53270CC8" w14:textId="77777777" w:rsidR="00EC4FB7" w:rsidRPr="009E67A6" w:rsidRDefault="00000000">
      <w:pPr>
        <w:spacing w:after="120"/>
      </w:pPr>
      <w:r w:rsidRPr="009E67A6">
        <w:t>Imię i nazwisko rodzica/opiekuna prawnego: __________________________________________</w:t>
      </w:r>
    </w:p>
    <w:p w14:paraId="1C224799" w14:textId="77777777" w:rsidR="00EC4FB7" w:rsidRPr="009E67A6" w:rsidRDefault="00000000">
      <w:pPr>
        <w:spacing w:after="120"/>
      </w:pPr>
      <w:r w:rsidRPr="009E67A6">
        <w:t>Imię i nazwisko dziecka: __________________________________________________________</w:t>
      </w:r>
    </w:p>
    <w:p w14:paraId="6A21847B" w14:textId="77777777" w:rsidR="00EC4FB7" w:rsidRPr="009E67A6" w:rsidRDefault="00000000">
      <w:pPr>
        <w:spacing w:after="120"/>
      </w:pPr>
      <w:r w:rsidRPr="009E67A6">
        <w:t>Nazwa szkoły / klasa: ______________________________________________________________</w:t>
      </w:r>
    </w:p>
    <w:p w14:paraId="22E462F7" w14:textId="3E93301B" w:rsidR="00EC4FB7" w:rsidRPr="009E67A6" w:rsidRDefault="00000000" w:rsidP="009E67A6">
      <w:pPr>
        <w:spacing w:after="120"/>
        <w:jc w:val="both"/>
      </w:pPr>
      <w:r w:rsidRPr="009E67A6">
        <w:t>Oświadczam, że jestem rodzicem/opiekunem prawnym</w:t>
      </w:r>
      <w:r w:rsidR="009E67A6">
        <w:t>*</w:t>
      </w:r>
      <w:r w:rsidRPr="009E67A6">
        <w:t xml:space="preserve"> wskazanego wyżej dziecka i wyrażam zgodę na jego udział w konkursie „Bezpieczeństwo ma pierwszeństwo”, organizowanym przez Powiat Wołomiński w ramach projektu pn. „Bezpieczeństwo ma pierwszeństwo – budowa przejścia i edukacja drogowa w Markach”.</w:t>
      </w:r>
    </w:p>
    <w:p w14:paraId="2EB55002" w14:textId="77777777" w:rsidR="00EC4FB7" w:rsidRPr="009E67A6" w:rsidRDefault="00000000">
      <w:pPr>
        <w:pStyle w:val="Nagwek1"/>
      </w:pPr>
      <w:r w:rsidRPr="009E67A6">
        <w:t>ZGODA NA WYKORZYSTANIE WIZERUNKU I GŁOSU</w:t>
      </w:r>
    </w:p>
    <w:p w14:paraId="7CCB31FE" w14:textId="1FBF3119" w:rsidR="00EC4FB7" w:rsidRPr="009E67A6" w:rsidRDefault="00000000" w:rsidP="009E67A6">
      <w:pPr>
        <w:spacing w:after="120"/>
        <w:jc w:val="both"/>
      </w:pPr>
      <w:r w:rsidRPr="009E67A6">
        <w:t>Wyrażam zgodę na nieodpłatne utrwalanie oraz wykorzystanie wizerunku i głosu mojego dziecka, utrwalonych w ramach zgłoszonej do Konkursu pracy konkursowej, przez Powiat Wołomiński, w</w:t>
      </w:r>
      <w:r w:rsidR="009E67A6" w:rsidRPr="009E67A6">
        <w:t> </w:t>
      </w:r>
      <w:r w:rsidRPr="009E67A6">
        <w:t>związku z realizacją, dokumentowaniem i promocją Konkursu oraz projektu pn. „Bezpieczeństwo ma pierwszeństwo – budowa przejścia i edukacja drogowa w Markach”.</w:t>
      </w:r>
    </w:p>
    <w:p w14:paraId="1A49D23D" w14:textId="77777777" w:rsidR="00EC4FB7" w:rsidRPr="009E67A6" w:rsidRDefault="00000000" w:rsidP="009E67A6">
      <w:pPr>
        <w:spacing w:after="120"/>
        <w:jc w:val="both"/>
      </w:pPr>
      <w:r w:rsidRPr="009E67A6">
        <w:t>Zgoda obejmuje:</w:t>
      </w:r>
    </w:p>
    <w:p w14:paraId="1D133678" w14:textId="77777777" w:rsidR="00EC4FB7" w:rsidRPr="009E67A6" w:rsidRDefault="00000000" w:rsidP="009E67A6">
      <w:pPr>
        <w:pStyle w:val="Listapunktowana"/>
        <w:jc w:val="both"/>
      </w:pPr>
      <w:r w:rsidRPr="009E67A6">
        <w:t>☐ publikację nagrania lub jego fragmentów na stronie internetowej Powiatu Wołomińskiego;</w:t>
      </w:r>
    </w:p>
    <w:p w14:paraId="051D57F0" w14:textId="77777777" w:rsidR="00EC4FB7" w:rsidRPr="009E67A6" w:rsidRDefault="00000000" w:rsidP="009E67A6">
      <w:pPr>
        <w:pStyle w:val="Listapunktowana"/>
        <w:jc w:val="both"/>
      </w:pPr>
      <w:r w:rsidRPr="009E67A6">
        <w:t>☐ publikację nagrania lub jego fragmentów w oficjalnych mediach społecznościowych Powiatu Wołomińskiego;</w:t>
      </w:r>
    </w:p>
    <w:p w14:paraId="51C34A75" w14:textId="77777777" w:rsidR="00EC4FB7" w:rsidRPr="009E67A6" w:rsidRDefault="00000000" w:rsidP="009E67A6">
      <w:pPr>
        <w:pStyle w:val="Listapunktowana"/>
        <w:jc w:val="both"/>
      </w:pPr>
      <w:r w:rsidRPr="009E67A6">
        <w:t>☐ prezentację nagrania podczas wydarzeń związanych z realizacją projektu;</w:t>
      </w:r>
    </w:p>
    <w:p w14:paraId="4C0C5427" w14:textId="1F5A4867" w:rsidR="00EC4FB7" w:rsidRPr="009E67A6" w:rsidRDefault="00000000" w:rsidP="009E67A6">
      <w:pPr>
        <w:pStyle w:val="Listapunktowana"/>
        <w:jc w:val="both"/>
      </w:pPr>
      <w:r w:rsidRPr="009E67A6">
        <w:t>☐ wykorzystanie nagrania lub jego fragmentów w materiałach informacyjnych, edukacyjnych i</w:t>
      </w:r>
      <w:r w:rsidR="009E67A6">
        <w:t> </w:t>
      </w:r>
      <w:r w:rsidRPr="009E67A6">
        <w:t>promocyjnych związanych z projektem.</w:t>
      </w:r>
    </w:p>
    <w:p w14:paraId="10053A5B" w14:textId="77777777" w:rsidR="00EC4FB7" w:rsidRPr="009E67A6" w:rsidRDefault="00000000" w:rsidP="009E67A6">
      <w:pPr>
        <w:spacing w:after="120"/>
        <w:jc w:val="both"/>
      </w:pPr>
      <w:r w:rsidRPr="009E67A6">
        <w:t>Zgoda zostaje udzielona na okres 5 lat od dnia zakończenia Konkursu.</w:t>
      </w:r>
    </w:p>
    <w:p w14:paraId="339C74E6" w14:textId="77777777" w:rsidR="00EC4FB7" w:rsidRPr="009E67A6" w:rsidRDefault="00000000" w:rsidP="009E67A6">
      <w:pPr>
        <w:spacing w:after="120"/>
        <w:jc w:val="both"/>
      </w:pPr>
      <w:r w:rsidRPr="009E67A6">
        <w:t>Wizerunek i głos dziecka nie będą wykorzystywane w celach innych niż wskazane powyżej.</w:t>
      </w:r>
    </w:p>
    <w:p w14:paraId="143D6C1B" w14:textId="77777777" w:rsidR="00EC4FB7" w:rsidRPr="009E67A6" w:rsidRDefault="00000000" w:rsidP="009E67A6">
      <w:pPr>
        <w:spacing w:after="120"/>
        <w:jc w:val="both"/>
      </w:pPr>
      <w:r w:rsidRPr="009E67A6">
        <w:t>Przyjmuję do wiadomości, że zgoda jest dobrowolna i może zostać wycofana w każdym czasie. Wycofanie zgody nie wpływa na zgodność z prawem wykorzystania wizerunku lub głosu dokonanego przed jej wycofaniem.</w:t>
      </w:r>
    </w:p>
    <w:p w14:paraId="13690567" w14:textId="77777777" w:rsidR="00EC4FB7" w:rsidRPr="009E67A6" w:rsidRDefault="00000000" w:rsidP="009E67A6">
      <w:pPr>
        <w:spacing w:after="120"/>
        <w:jc w:val="both"/>
      </w:pPr>
      <w:r w:rsidRPr="009E67A6">
        <w:t>Miejscowość i data: ____________________________________________</w:t>
      </w:r>
    </w:p>
    <w:p w14:paraId="3F00FFBC" w14:textId="77777777" w:rsidR="00EC4FB7" w:rsidRDefault="00000000" w:rsidP="009E67A6">
      <w:pPr>
        <w:spacing w:after="120"/>
        <w:jc w:val="both"/>
      </w:pPr>
      <w:r w:rsidRPr="009E67A6">
        <w:t>Czytelny podpis rodzica/opiekuna prawnego: _________________________________</w:t>
      </w:r>
    </w:p>
    <w:p w14:paraId="0969D7F7" w14:textId="77777777" w:rsidR="009E67A6" w:rsidRDefault="009E67A6" w:rsidP="009E67A6">
      <w:pPr>
        <w:spacing w:after="120"/>
        <w:jc w:val="both"/>
      </w:pPr>
    </w:p>
    <w:p w14:paraId="4D84F40A" w14:textId="77777777" w:rsidR="009E67A6" w:rsidRDefault="009E67A6" w:rsidP="009E67A6">
      <w:pPr>
        <w:spacing w:after="120"/>
        <w:jc w:val="both"/>
      </w:pPr>
    </w:p>
    <w:p w14:paraId="217A837C" w14:textId="77777777" w:rsidR="009E67A6" w:rsidRDefault="009E67A6" w:rsidP="009E67A6">
      <w:pPr>
        <w:spacing w:after="120"/>
        <w:jc w:val="both"/>
      </w:pPr>
    </w:p>
    <w:p w14:paraId="170127B9" w14:textId="77777777" w:rsidR="009E67A6" w:rsidRDefault="009E67A6" w:rsidP="009E67A6">
      <w:pPr>
        <w:spacing w:after="120"/>
        <w:jc w:val="both"/>
      </w:pPr>
    </w:p>
    <w:p w14:paraId="7AE46E01" w14:textId="2D089D9C" w:rsidR="009E67A6" w:rsidRPr="009E67A6" w:rsidRDefault="009E67A6" w:rsidP="009E67A6">
      <w:pPr>
        <w:pStyle w:val="Listapunktowana"/>
        <w:numPr>
          <w:ilvl w:val="0"/>
          <w:numId w:val="0"/>
        </w:numPr>
        <w:ind w:left="360" w:hanging="360"/>
        <w:rPr>
          <w:sz w:val="16"/>
          <w:szCs w:val="16"/>
        </w:rPr>
      </w:pPr>
      <w:r w:rsidRPr="009E67A6">
        <w:rPr>
          <w:sz w:val="16"/>
          <w:szCs w:val="16"/>
        </w:rPr>
        <w:t>* niepotrzebne skreślić</w:t>
      </w:r>
    </w:p>
    <w:sectPr w:rsidR="009E67A6" w:rsidRPr="009E67A6" w:rsidSect="00034616"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E35A6" w14:textId="77777777" w:rsidR="0045447B" w:rsidRPr="009E67A6" w:rsidRDefault="0045447B">
      <w:pPr>
        <w:spacing w:after="0" w:line="240" w:lineRule="auto"/>
      </w:pPr>
      <w:r w:rsidRPr="009E67A6">
        <w:separator/>
      </w:r>
    </w:p>
  </w:endnote>
  <w:endnote w:type="continuationSeparator" w:id="0">
    <w:p w14:paraId="57E02DBD" w14:textId="77777777" w:rsidR="0045447B" w:rsidRPr="009E67A6" w:rsidRDefault="0045447B">
      <w:pPr>
        <w:spacing w:after="0" w:line="240" w:lineRule="auto"/>
      </w:pPr>
      <w:r w:rsidRPr="009E67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21C96" w14:textId="77777777" w:rsidR="00EC4FB7" w:rsidRPr="009E67A6" w:rsidRDefault="00000000">
    <w:pPr>
      <w:pStyle w:val="Stopka"/>
      <w:jc w:val="center"/>
    </w:pPr>
    <w:r w:rsidRPr="009E67A6">
      <w:t xml:space="preserve">Strona </w:t>
    </w:r>
    <w:r w:rsidRPr="009E67A6">
      <w:fldChar w:fldCharType="begin"/>
    </w:r>
    <w:r w:rsidRPr="009E67A6">
      <w:instrText>PAGE</w:instrText>
    </w:r>
    <w:r w:rsidRPr="009E67A6">
      <w:fldChar w:fldCharType="separate"/>
    </w:r>
    <w:r w:rsidR="009E67A6" w:rsidRPr="009E67A6">
      <w:t>1</w:t>
    </w:r>
    <w:r w:rsidRPr="009E67A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D9CB8" w14:textId="77777777" w:rsidR="0045447B" w:rsidRPr="009E67A6" w:rsidRDefault="0045447B">
      <w:pPr>
        <w:spacing w:after="0" w:line="240" w:lineRule="auto"/>
      </w:pPr>
      <w:r w:rsidRPr="009E67A6">
        <w:separator/>
      </w:r>
    </w:p>
  </w:footnote>
  <w:footnote w:type="continuationSeparator" w:id="0">
    <w:p w14:paraId="263E4817" w14:textId="77777777" w:rsidR="0045447B" w:rsidRPr="009E67A6" w:rsidRDefault="0045447B">
      <w:pPr>
        <w:spacing w:after="0" w:line="240" w:lineRule="auto"/>
      </w:pPr>
      <w:r w:rsidRPr="009E67A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2576264">
    <w:abstractNumId w:val="8"/>
  </w:num>
  <w:num w:numId="2" w16cid:durableId="1762070658">
    <w:abstractNumId w:val="6"/>
  </w:num>
  <w:num w:numId="3" w16cid:durableId="1922059642">
    <w:abstractNumId w:val="5"/>
  </w:num>
  <w:num w:numId="4" w16cid:durableId="2121947796">
    <w:abstractNumId w:val="4"/>
  </w:num>
  <w:num w:numId="5" w16cid:durableId="2003853791">
    <w:abstractNumId w:val="7"/>
  </w:num>
  <w:num w:numId="6" w16cid:durableId="549805042">
    <w:abstractNumId w:val="3"/>
  </w:num>
  <w:num w:numId="7" w16cid:durableId="1757170944">
    <w:abstractNumId w:val="2"/>
  </w:num>
  <w:num w:numId="8" w16cid:durableId="1818692826">
    <w:abstractNumId w:val="1"/>
  </w:num>
  <w:num w:numId="9" w16cid:durableId="1213729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447B"/>
    <w:rsid w:val="009E67A6"/>
    <w:rsid w:val="00AA1D8D"/>
    <w:rsid w:val="00B47730"/>
    <w:rsid w:val="00CB0664"/>
    <w:rsid w:val="00EC4FB7"/>
    <w:rsid w:val="00FC15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296A4A"/>
  <w14:defaultImageDpi w14:val="300"/>
  <w15:docId w15:val="{0E87B317-138A-460C-AE93-252B4009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285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Klaudia Pełszyk</cp:lastModifiedBy>
  <cp:revision>2</cp:revision>
  <dcterms:created xsi:type="dcterms:W3CDTF">2013-12-23T23:15:00Z</dcterms:created>
  <dcterms:modified xsi:type="dcterms:W3CDTF">2026-09-22T10:04:00Z</dcterms:modified>
  <cp:category/>
</cp:coreProperties>
</file>