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"/>
        <w:gridCol w:w="1123"/>
        <w:gridCol w:w="1987"/>
        <w:gridCol w:w="4709"/>
        <w:gridCol w:w="3802"/>
        <w:gridCol w:w="2246"/>
        <w:gridCol w:w="979"/>
      </w:tblGrid>
      <w:tr>
        <w:trPr>
          <w:trHeight w:val="605" w:hRule="atLeast"/>
          <w:cantSplit/>
        </w:trPr>
        <w:tc>
          <w:tcPr>
            <w:tcW w:type="dxa" w:w="15336"/>
            <w:gridSpan w:val="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/>
                <w:sz w:val="24"/>
                <w:u w:val="single"/>
              </w:rPr>
              <w:t>Plan polowań zbiorowych w sezonie 2026/2027 dla koła łowieckiego „Wydra” w Dębnie</w:t>
            </w:r>
          </w:p>
        </w:tc>
      </w:tr>
      <w:tr>
        <w:trPr>
          <w:trHeight w:val="619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7"/>
                <w:u w:val="none"/>
              </w:rPr>
              <w:t>LP.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7"/>
                <w:u w:val="none"/>
              </w:rPr>
              <w:t>Data i</w:t>
            </w:r>
            <w:r>
              <w:br/>
            </w:r>
            <w:r>
              <w:rPr>
                <w:rFonts w:ascii="Arial" w:hAnsi="Arial"/>
                <w:b/>
                <w:i w:val="0"/>
                <w:sz w:val="17"/>
                <w:u w:val="none"/>
              </w:rPr>
              <w:t>Godzina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7"/>
                <w:u w:val="none"/>
              </w:rPr>
              <w:t>Nazwa</w:t>
            </w:r>
            <w:r>
              <w:br/>
            </w:r>
            <w:r>
              <w:rPr>
                <w:rFonts w:ascii="Arial" w:hAnsi="Arial"/>
                <w:b/>
                <w:i w:val="0"/>
                <w:sz w:val="17"/>
                <w:u w:val="none"/>
              </w:rPr>
              <w:t>polowania/zbiórka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7"/>
                <w:u w:val="none"/>
              </w:rPr>
              <w:t>Miejsce Polowania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7"/>
                <w:u w:val="none"/>
              </w:rPr>
              <w:t>Zwierzyna w Planie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7"/>
                <w:u w:val="none"/>
              </w:rPr>
              <w:t>Prowadzący Polowanie/</w:t>
            </w:r>
            <w:r>
              <w:br/>
            </w:r>
            <w:r>
              <w:rPr>
                <w:rFonts w:ascii="Arial" w:hAnsi="Arial"/>
                <w:b/>
                <w:i w:val="0"/>
                <w:sz w:val="17"/>
                <w:u w:val="none"/>
              </w:rPr>
              <w:t>Pomocnik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7"/>
                <w:u w:val="none"/>
              </w:rPr>
              <w:t>Podwoda</w:t>
            </w:r>
          </w:p>
        </w:tc>
      </w:tr>
      <w:tr>
        <w:trPr>
          <w:trHeight w:val="979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1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14.11.2026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1 -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Hubertowskie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Domek Myśliwski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(R07/64 Maziarzec, Opalona, Krzaki),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(R08/64 Doły Wierzawickie, Grodziskie),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(R09/64 Pola Wierzawickie, Przyrwa)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Jeleń Byk/Łania/Ciele, Daniel Łania/Ciele, Sarna Koza/Koźle, Dzik, Lis, Jenot, Borsuk, Bażant, Kuna, Tchórz, Kaczka Krzyżówka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Kulpa Krzysztof 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Czenczek Wojciech,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Czenczek Dawid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Tak</w:t>
            </w:r>
          </w:p>
        </w:tc>
      </w:tr>
      <w:tr>
        <w:trPr>
          <w:trHeight w:val="1094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2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22.11.2026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2 -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Domek Myśliwski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(R13/64 Pola Wólka, G. Górne), 64pk (R12/64 Doły Giedlarowskie), 64pk (R14/64 Moczary),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(R11/64 Pola Giedlarowskie)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Jeleń Byk/Łania/Ciele, Daniel Łania/Ciele, Sarna Koza/Koźle, Dzik, Lis, Bażant, Kaczka Krzyżówka, Borsuk, Jenot, Tchórz, Kuna Domowa/Leśna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Detyna Grzegorz/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Przeszło Paweł,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Przeszło Daniel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Tak</w:t>
            </w:r>
          </w:p>
        </w:tc>
      </w:tr>
      <w:tr>
        <w:trPr>
          <w:trHeight w:val="1094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3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29.11.2026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3 -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Działka Czyste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(R01/64 Gniewczyna, Chodaczów oczyszczalnia),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(R02/64 Laszczyny, Chodaczów Skałówki),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(R03/64 Ługi, Halicz), 64pk (R04/64 Pola G. Dolne, Górki)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Jeleń Byk/Łania/Ciele, Daniel Łania/Ciele, Sarna Koza/Koźle, Dzik, Lis, Bażant, Kaczka Krzyżówka, Jenot, Tchórz, Kuna Domowa/Leśna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Rzeczyca Andrzej/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Grzywna Konrad,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Paluch Marcin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Tak</w:t>
            </w:r>
          </w:p>
        </w:tc>
      </w:tr>
      <w:tr>
        <w:trPr>
          <w:trHeight w:val="979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4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06.12.2026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4 -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Stary Młyn Dębno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65pk (R02/65 Pola Tryńcza), 65pk (R03/65 Poręby),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(R07/64 Maziarzec, Opalona, Krzaki),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65pk (R07/65 Spórne)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Jeleń Byk/Łania/Ciele, Daniel Łania/Ciele, Sarna Koza/Koźle, Dzik, Lis, Bażant, Kaczka Krzyżówka, Borsuk, Jenot, Tchórz, Kuna Domowa/Leśna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Simenko Piotr 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Simenko Roman,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Heliniak Wiesław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Tak</w:t>
            </w:r>
          </w:p>
        </w:tc>
      </w:tr>
      <w:tr>
        <w:trPr>
          <w:trHeight w:val="979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5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13.12.2026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5 -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Telefoniczna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Zmyśłówka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(R18/64 Rezerwat, Las za Bajem), 64pk (R19/64 Stara Łąka, Kazimierzówka), 64pk (R20/64 Rudne, Glinice)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Jeleń Byk/Łania/Ciele, Daniel Łania/Ciele, Sarna Koza/Koźle, Dzik, Lis, Bażant, Kaczka Krzyżówka, Jenot, Kuna Domowa/Leśna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Gdański Adrian/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Hader Kazimierz,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Leja Andrzej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Tak</w:t>
            </w:r>
          </w:p>
        </w:tc>
      </w:tr>
      <w:tr>
        <w:trPr>
          <w:trHeight w:val="979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6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19.12.2026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6 -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Wigilijne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(R08/64 Doły Wierzawickie, Grodziskie),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(R07/64 Maziarzec, Opalona, Krzaki),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(R09/64 Pola Wierzawickie, Przyrwa)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Jeleń Byk/Łania/Ciele, Daniel Łania/Ciele, Sarna Koza/Koźle, Dzik, Lis, Bażant, Kaczka Krzyżówka, Jenot, Kuna Domowa/Leśna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Kulpa Józef 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Kulpa Marcin,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Czenczek Wojciech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Tak</w:t>
            </w:r>
          </w:p>
        </w:tc>
      </w:tr>
      <w:tr>
        <w:trPr>
          <w:trHeight w:val="1094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7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03.01.2027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7 -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Szkoła Zmyśłówka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(R17/64 Las Zagóra, Morgi), 64pk (R18/64 Rezerwat, Las za Bajem), 64pk (R19/64 Stara Łąka, Kazimierzówka), 64pk (R21/64 Piłsudska, Pola G. Górne za Szkołą)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Jeleń Byk/Łania/Ciele, Daniel Łania/Ciele, Sarna Koza/Koźle, Dzik, Lis, Bażant, Jenot, Kuna Domowa/Leśna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Kubis Wiesław/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Leja Andrzej/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Dulęba Jolanta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Tak</w:t>
            </w:r>
          </w:p>
        </w:tc>
      </w:tr>
      <w:tr>
        <w:trPr>
          <w:trHeight w:val="979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8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10.01.2027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8 -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Domek Myśliwski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(R11/64 Pola Giedlarowskie), 64pk (R12/64 Doły Giedlarowskie), 64pk (R13/64 Pola Wólka, G. Górne), 64pk (R14/64 Moczary)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Jeleń Byk/Łania/Ciele, Sarna Koza/Koźle, Dzik, Lis, Bażant, Kuna Domowa/Leśna, Kaczka Krzyżówka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Olechowski Konrad 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Czenczek Dawid,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Kulpa Krzysztof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Tak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0"/>
        <w:gridCol w:w="1123"/>
        <w:gridCol w:w="1987"/>
        <w:gridCol w:w="4709"/>
        <w:gridCol w:w="3802"/>
        <w:gridCol w:w="2246"/>
        <w:gridCol w:w="979"/>
      </w:tblGrid>
      <w:tr>
        <w:trPr>
          <w:trHeight w:val="1051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9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17.01.2027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9 -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SKR Leżajsk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Parking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65pk (R10/65 Pola Leżajskie do drogi na Rzuchów),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65pk (R11/65 St. Miasto, Malcówka, Krzaki),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65pk (R12/65 Oczyszczalnia St. Miasto),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65pk (R09/65 Pola za Pomem)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Dzik, Lis, Bażant, Kuna Domowa/Leśna,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Dulęba Stanisław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(JUNIOR) /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Olechowski Konrad,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Dulęba Jolanta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Tak</w:t>
            </w:r>
          </w:p>
        </w:tc>
      </w:tr>
      <w:tr>
        <w:trPr>
          <w:trHeight w:val="864" w:hRule="atLeast"/>
          <w:cantSplit/>
        </w:trPr>
        <w:tc>
          <w:tcPr>
            <w:tcW w:type="dxa" w:w="490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sz w:val="16"/>
                <w:u w:val="none"/>
              </w:rPr>
              <w:t>10</w:t>
            </w:r>
          </w:p>
        </w:tc>
        <w:tc>
          <w:tcPr>
            <w:tcW w:type="dxa" w:w="1123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24.01.2027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08:00-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16:00</w:t>
            </w:r>
          </w:p>
        </w:tc>
        <w:tc>
          <w:tcPr>
            <w:tcW w:type="dxa" w:w="1987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Polowanie nr 10 -</w:t>
            </w:r>
            <w:r>
              <w:br/>
            </w:r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Domek Myśliwski</w:t>
            </w:r>
          </w:p>
        </w:tc>
        <w:tc>
          <w:tcPr>
            <w:tcW w:type="dxa" w:w="470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64pk (Cały obwód 64), 65pk (Cały obwód 65)</w:t>
            </w:r>
          </w:p>
        </w:tc>
        <w:tc>
          <w:tcPr>
            <w:tcW w:type="dxa" w:w="3802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Bażant, Lis, Kuna Leśna, Domowa</w:t>
            </w:r>
          </w:p>
        </w:tc>
        <w:tc>
          <w:tcPr>
            <w:tcW w:type="dxa" w:w="2246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  <w:t>Detyna Grzegorz</w:t>
            </w:r>
          </w:p>
        </w:tc>
        <w:tc>
          <w:tcPr>
            <w:tcW w:type="dxa" w:w="979"/>
            <w:vAlign w:val="center"/>
            <w:tcMar>
              <w:top w:w="62" w:type="dxa"/>
              <w:start w:w="48" w:type="dxa"/>
              <w:bottom w:w="62" w:type="dxa"/>
              <w:end w:w="48" w:type="dxa"/>
            </w:tcMar>
            <w:tcBorders>
              <w:top w:val="single" w:sz="5" w:color="444444"/>
              <w:left w:val="single" w:sz="5" w:color="444444"/>
              <w:bottom w:val="single" w:sz="5" w:color="444444"/>
              <w:right w:val="single" w:sz="5" w:color="444444"/>
            </w:tcBorders>
          </w:tcPr>
          <w:p>
            <w:pPr>
              <w:spacing w:before="0" w:after="0" w:line="247" w:lineRule="auto"/>
              <w:jc w:val="center"/>
            </w:pPr>
            <w:r/>
            <w:r>
              <w:rPr>
                <w:rFonts w:ascii="Arial" w:hAnsi="Arial"/>
                <w:b w:val="0"/>
                <w:i w:val="0"/>
                <w:sz w:val="16"/>
                <w:u w:val="none"/>
              </w:rPr>
            </w:r>
          </w:p>
        </w:tc>
      </w:tr>
    </w:tbl>
    <w:p>
      <w:pPr>
        <w:spacing w:before="160" w:after="0"/>
        <w:ind w:left="1483" w:right="936"/>
        <w:jc w:val="left"/>
      </w:pPr>
      <w:r>
        <w:rPr>
          <w:rFonts w:ascii="Arial" w:hAnsi="Arial"/>
          <w:b/>
          <w:i/>
          <w:sz w:val="20"/>
          <w:u w:val="single"/>
        </w:rPr>
        <w:t>Obecność Myśliwych Zaproszonych, Osób trzecich oraz Naganki na Polowaniu Zbiorowym proszę zgłaszać (uzgadniać) z Prowadzącym Polowanie. Darz Bór</w:t>
      </w:r>
    </w:p>
    <w:sectPr w:rsidR="00FC693F" w:rsidRPr="0006063C" w:rsidSect="00034616">
      <w:pgSz w:w="16838" w:h="11906" w:orient="landscape"/>
      <w:pgMar w:top="879" w:right="709" w:bottom="850" w:left="709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polowań zbiorowych 2026/2027 – Koło Łowieckie Wydra w Dębnie</dc:title>
  <dc:subject>Plan polowań zbiorowych na sezon 2026/2027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