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088344" w14:textId="5AB60006" w:rsidR="002D5123" w:rsidRDefault="00084638">
      <w:pPr>
        <w:pStyle w:val="Tytu"/>
      </w:pPr>
      <w:bookmarkStart w:id="0" w:name="_GoBack"/>
      <w:bookmarkEnd w:id="0"/>
      <w:proofErr w:type="spellStart"/>
      <w:r>
        <w:t>Roczny</w:t>
      </w:r>
      <w:proofErr w:type="spellEnd"/>
      <w:r>
        <w:t xml:space="preserve"> Plan </w:t>
      </w:r>
      <w:proofErr w:type="spellStart"/>
      <w:r>
        <w:t>Pracy</w:t>
      </w:r>
      <w:proofErr w:type="spellEnd"/>
      <w:r>
        <w:t xml:space="preserve"> </w:t>
      </w:r>
      <w:proofErr w:type="spellStart"/>
      <w:r>
        <w:t>Publicznego</w:t>
      </w:r>
      <w:proofErr w:type="spellEnd"/>
      <w:r>
        <w:t xml:space="preserve"> </w:t>
      </w:r>
      <w:proofErr w:type="spellStart"/>
      <w:r>
        <w:t>Przedszkola</w:t>
      </w:r>
      <w:proofErr w:type="spellEnd"/>
      <w:r w:rsidR="004B19AF">
        <w:t xml:space="preserve"> w </w:t>
      </w:r>
      <w:proofErr w:type="spellStart"/>
      <w:r w:rsidR="004B19AF">
        <w:t>Pruszynie</w:t>
      </w:r>
      <w:proofErr w:type="spellEnd"/>
      <w:r>
        <w:br/>
      </w:r>
      <w:proofErr w:type="spellStart"/>
      <w:r>
        <w:t>na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szkolny</w:t>
      </w:r>
      <w:proofErr w:type="spellEnd"/>
      <w:r>
        <w:t xml:space="preserve"> 2025/2026</w:t>
      </w:r>
    </w:p>
    <w:p w14:paraId="33A0BBD8" w14:textId="77777777" w:rsidR="002D5123" w:rsidRDefault="00084638">
      <w:pPr>
        <w:pStyle w:val="Nagwek1"/>
      </w:pPr>
      <w:r>
        <w:t xml:space="preserve">I. </w:t>
      </w:r>
      <w:proofErr w:type="spellStart"/>
      <w:r>
        <w:t>Podstawa</w:t>
      </w:r>
      <w:proofErr w:type="spellEnd"/>
      <w:r>
        <w:t xml:space="preserve"> </w:t>
      </w:r>
      <w:proofErr w:type="spellStart"/>
      <w:r>
        <w:t>prawna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wstęp</w:t>
      </w:r>
      <w:proofErr w:type="spellEnd"/>
    </w:p>
    <w:p w14:paraId="385315ED" w14:textId="13DF0A0C" w:rsidR="002D5123" w:rsidRDefault="00084638">
      <w:proofErr w:type="spellStart"/>
      <w:r>
        <w:t>Podstawa</w:t>
      </w:r>
      <w:proofErr w:type="spellEnd"/>
      <w:r>
        <w:t xml:space="preserve"> </w:t>
      </w:r>
      <w:proofErr w:type="spellStart"/>
      <w:r>
        <w:t>prawna</w:t>
      </w:r>
      <w:proofErr w:type="spellEnd"/>
      <w:r>
        <w:t>:</w:t>
      </w:r>
      <w:r>
        <w:br/>
        <w:t xml:space="preserve">- </w:t>
      </w:r>
      <w:proofErr w:type="spellStart"/>
      <w:r>
        <w:t>Ustawa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oświatowe</w:t>
      </w:r>
      <w:proofErr w:type="spellEnd"/>
      <w:r>
        <w:t>;</w:t>
      </w:r>
      <w:r>
        <w:br/>
        <w:t xml:space="preserve">- </w:t>
      </w:r>
      <w:proofErr w:type="spellStart"/>
      <w:r>
        <w:t>Rozporządzenia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podstawy</w:t>
      </w:r>
      <w:proofErr w:type="spellEnd"/>
      <w:r>
        <w:t xml:space="preserve"> </w:t>
      </w:r>
      <w:proofErr w:type="spellStart"/>
      <w:r>
        <w:t>programowej</w:t>
      </w:r>
      <w:proofErr w:type="spellEnd"/>
      <w:r>
        <w:t xml:space="preserve"> </w:t>
      </w:r>
      <w:proofErr w:type="spellStart"/>
      <w:r>
        <w:t>wychowania</w:t>
      </w:r>
      <w:proofErr w:type="spellEnd"/>
      <w:r>
        <w:t xml:space="preserve"> </w:t>
      </w:r>
      <w:proofErr w:type="spellStart"/>
      <w:r>
        <w:t>przedszkolnego</w:t>
      </w:r>
      <w:proofErr w:type="spellEnd"/>
      <w:r>
        <w:t xml:space="preserve">, 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pedagogicznego</w:t>
      </w:r>
      <w:proofErr w:type="spellEnd"/>
      <w:r>
        <w:t xml:space="preserve">, </w:t>
      </w:r>
      <w:proofErr w:type="spellStart"/>
      <w:r>
        <w:t>pomocy</w:t>
      </w:r>
      <w:proofErr w:type="spellEnd"/>
      <w:r>
        <w:t xml:space="preserve"> </w:t>
      </w:r>
      <w:proofErr w:type="spellStart"/>
      <w:r>
        <w:t>psychologiczno-pedagogicznej</w:t>
      </w:r>
      <w:proofErr w:type="spellEnd"/>
      <w:r>
        <w:t xml:space="preserve">, </w:t>
      </w:r>
      <w:proofErr w:type="spellStart"/>
      <w:r>
        <w:t>bezpieczeństwa</w:t>
      </w:r>
      <w:proofErr w:type="spellEnd"/>
      <w:r>
        <w:t>.</w:t>
      </w:r>
      <w:r>
        <w:br/>
      </w:r>
      <w:r>
        <w:br/>
        <w:t xml:space="preserve">Plan </w:t>
      </w:r>
      <w:proofErr w:type="spellStart"/>
      <w:r>
        <w:t>opracowano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kierunków</w:t>
      </w:r>
      <w:proofErr w:type="spellEnd"/>
      <w:r>
        <w:t xml:space="preserve"> </w:t>
      </w:r>
      <w:proofErr w:type="spellStart"/>
      <w:r>
        <w:t>polityki</w:t>
      </w:r>
      <w:proofErr w:type="spellEnd"/>
      <w:r>
        <w:t xml:space="preserve"> </w:t>
      </w:r>
      <w:proofErr w:type="spellStart"/>
      <w:r>
        <w:t>oświatowej</w:t>
      </w:r>
      <w:proofErr w:type="spellEnd"/>
      <w:r>
        <w:t xml:space="preserve"> </w:t>
      </w:r>
      <w:proofErr w:type="spellStart"/>
      <w:r>
        <w:t>państwa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2025/2026, </w:t>
      </w:r>
      <w:proofErr w:type="spellStart"/>
      <w:r>
        <w:t>analizy</w:t>
      </w:r>
      <w:proofErr w:type="spellEnd"/>
      <w:r>
        <w:t xml:space="preserve"> </w:t>
      </w:r>
      <w:proofErr w:type="spellStart"/>
      <w:r>
        <w:t>potrzeb</w:t>
      </w:r>
      <w:proofErr w:type="spellEnd"/>
      <w:r>
        <w:t xml:space="preserve"> </w:t>
      </w:r>
      <w:proofErr w:type="spellStart"/>
      <w:r>
        <w:t>placówki</w:t>
      </w:r>
      <w:proofErr w:type="spellEnd"/>
      <w:r w:rsidR="004B19AF">
        <w:t>,</w:t>
      </w:r>
      <w:r>
        <w:t xml:space="preserve"> </w:t>
      </w:r>
      <w:proofErr w:type="spellStart"/>
      <w:r>
        <w:t>wniosków</w:t>
      </w:r>
      <w:proofErr w:type="spellEnd"/>
      <w:r>
        <w:t xml:space="preserve"> z </w:t>
      </w:r>
      <w:proofErr w:type="spellStart"/>
      <w:r>
        <w:t>poprzedniego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szkolnego</w:t>
      </w:r>
      <w:proofErr w:type="spellEnd"/>
      <w:r>
        <w:t>.</w:t>
      </w:r>
    </w:p>
    <w:p w14:paraId="667CF15F" w14:textId="77777777" w:rsidR="002D5123" w:rsidRDefault="00084638">
      <w:pPr>
        <w:pStyle w:val="Nagwek1"/>
      </w:pPr>
      <w:r>
        <w:t xml:space="preserve">II. </w:t>
      </w:r>
      <w:proofErr w:type="spellStart"/>
      <w:r>
        <w:t>Kierunki</w:t>
      </w:r>
      <w:proofErr w:type="spellEnd"/>
      <w:r>
        <w:t xml:space="preserve"> </w:t>
      </w:r>
      <w:proofErr w:type="spellStart"/>
      <w:r>
        <w:t>polityki</w:t>
      </w:r>
      <w:proofErr w:type="spellEnd"/>
      <w:r>
        <w:t xml:space="preserve"> </w:t>
      </w:r>
      <w:proofErr w:type="spellStart"/>
      <w:r>
        <w:t>oświatowej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2025/2026</w:t>
      </w:r>
    </w:p>
    <w:p w14:paraId="6244C644" w14:textId="77777777" w:rsidR="002D5123" w:rsidRDefault="00084638">
      <w:r>
        <w:t xml:space="preserve">1. </w:t>
      </w:r>
      <w:proofErr w:type="spellStart"/>
      <w:r>
        <w:t>Promocja</w:t>
      </w:r>
      <w:proofErr w:type="spellEnd"/>
      <w:r>
        <w:t xml:space="preserve"> </w:t>
      </w:r>
      <w:proofErr w:type="spellStart"/>
      <w:r>
        <w:t>zdrowia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aktywności</w:t>
      </w:r>
      <w:proofErr w:type="spellEnd"/>
      <w:r>
        <w:t xml:space="preserve"> </w:t>
      </w:r>
      <w:proofErr w:type="spellStart"/>
      <w:r>
        <w:t>fizycznej</w:t>
      </w:r>
      <w:proofErr w:type="spellEnd"/>
      <w:r>
        <w:br/>
        <w:t xml:space="preserve">2. </w:t>
      </w:r>
      <w:proofErr w:type="spellStart"/>
      <w:r>
        <w:t>Wsparcie</w:t>
      </w:r>
      <w:proofErr w:type="spellEnd"/>
      <w:r>
        <w:t xml:space="preserve"> </w:t>
      </w:r>
      <w:proofErr w:type="spellStart"/>
      <w:r>
        <w:t>zdrowia</w:t>
      </w:r>
      <w:proofErr w:type="spellEnd"/>
      <w:r>
        <w:t xml:space="preserve"> </w:t>
      </w:r>
      <w:proofErr w:type="spellStart"/>
      <w:r>
        <w:t>psychicznego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przeciwdziałanie</w:t>
      </w:r>
      <w:proofErr w:type="spellEnd"/>
      <w:r>
        <w:t xml:space="preserve"> </w:t>
      </w:r>
      <w:proofErr w:type="spellStart"/>
      <w:r>
        <w:t>przemocy</w:t>
      </w:r>
      <w:proofErr w:type="spellEnd"/>
      <w:r>
        <w:t xml:space="preserve"> </w:t>
      </w:r>
      <w:proofErr w:type="spellStart"/>
      <w:r>
        <w:t>rówieśniczej</w:t>
      </w:r>
      <w:proofErr w:type="spellEnd"/>
      <w:r>
        <w:br/>
        <w:t xml:space="preserve">3. </w:t>
      </w:r>
      <w:proofErr w:type="spellStart"/>
      <w:r>
        <w:t>Umiejętności</w:t>
      </w:r>
      <w:proofErr w:type="spellEnd"/>
      <w:r>
        <w:t xml:space="preserve"> </w:t>
      </w:r>
      <w:proofErr w:type="spellStart"/>
      <w:r>
        <w:t>cyfrowe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higiena</w:t>
      </w:r>
      <w:proofErr w:type="spellEnd"/>
      <w:r>
        <w:t xml:space="preserve"> </w:t>
      </w:r>
      <w:proofErr w:type="spellStart"/>
      <w:r>
        <w:t>cyfrowa</w:t>
      </w:r>
      <w:proofErr w:type="spellEnd"/>
      <w:r>
        <w:br/>
        <w:t xml:space="preserve">4. </w:t>
      </w:r>
      <w:proofErr w:type="spellStart"/>
      <w:r>
        <w:t>Edukacja</w:t>
      </w:r>
      <w:proofErr w:type="spellEnd"/>
      <w:r>
        <w:t xml:space="preserve"> </w:t>
      </w:r>
      <w:proofErr w:type="spellStart"/>
      <w:r>
        <w:t>obywatelska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postawy</w:t>
      </w:r>
      <w:proofErr w:type="spellEnd"/>
      <w:r>
        <w:t xml:space="preserve"> </w:t>
      </w:r>
      <w:proofErr w:type="spellStart"/>
      <w:r>
        <w:t>społeczne</w:t>
      </w:r>
      <w:proofErr w:type="spellEnd"/>
      <w:r>
        <w:br/>
        <w:t xml:space="preserve">5. </w:t>
      </w:r>
      <w:proofErr w:type="spellStart"/>
      <w:r>
        <w:t>Kompetencje</w:t>
      </w:r>
      <w:proofErr w:type="spellEnd"/>
      <w:r>
        <w:t xml:space="preserve"> </w:t>
      </w:r>
      <w:proofErr w:type="spellStart"/>
      <w:r>
        <w:t>matematyczne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myślenie</w:t>
      </w:r>
      <w:proofErr w:type="spellEnd"/>
      <w:r>
        <w:t xml:space="preserve"> </w:t>
      </w:r>
      <w:proofErr w:type="spellStart"/>
      <w:r>
        <w:t>analityczne</w:t>
      </w:r>
      <w:proofErr w:type="spellEnd"/>
    </w:p>
    <w:p w14:paraId="0377091B" w14:textId="77777777" w:rsidR="002D5123" w:rsidRDefault="00084638">
      <w:pPr>
        <w:pStyle w:val="Nagwek1"/>
      </w:pPr>
      <w:r>
        <w:t xml:space="preserve">III. </w:t>
      </w:r>
      <w:proofErr w:type="spellStart"/>
      <w:r>
        <w:t>Zadania</w:t>
      </w:r>
      <w:proofErr w:type="spellEnd"/>
      <w:r>
        <w:t xml:space="preserve"> </w:t>
      </w:r>
      <w:proofErr w:type="spellStart"/>
      <w:r>
        <w:t>według</w:t>
      </w:r>
      <w:proofErr w:type="spellEnd"/>
      <w:r>
        <w:t xml:space="preserve"> </w:t>
      </w:r>
      <w:proofErr w:type="spellStart"/>
      <w:r>
        <w:t>obszarów</w:t>
      </w:r>
      <w:proofErr w:type="spellEnd"/>
      <w:r>
        <w:t xml:space="preserve"> </w:t>
      </w:r>
      <w:proofErr w:type="spellStart"/>
      <w:r>
        <w:t>działań</w:t>
      </w:r>
      <w:proofErr w:type="spellEnd"/>
    </w:p>
    <w:p w14:paraId="08A50197" w14:textId="77777777" w:rsidR="002D5123" w:rsidRDefault="00084638">
      <w:pPr>
        <w:pStyle w:val="Nagwek2"/>
      </w:pPr>
      <w:r>
        <w:t xml:space="preserve">1. </w:t>
      </w:r>
      <w:proofErr w:type="spellStart"/>
      <w:r>
        <w:t>Promocja</w:t>
      </w:r>
      <w:proofErr w:type="spellEnd"/>
      <w:r>
        <w:t xml:space="preserve"> </w:t>
      </w:r>
      <w:proofErr w:type="spellStart"/>
      <w:r>
        <w:t>zdrowia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aktywności</w:t>
      </w:r>
      <w:proofErr w:type="spellEnd"/>
      <w:r>
        <w:t xml:space="preserve"> </w:t>
      </w:r>
      <w:proofErr w:type="spellStart"/>
      <w:r>
        <w:t>fizycznej</w:t>
      </w:r>
      <w:proofErr w:type="spellEnd"/>
    </w:p>
    <w:p w14:paraId="3D3ABAD9" w14:textId="77777777" w:rsidR="002D5123" w:rsidRDefault="00084638">
      <w:r>
        <w:t xml:space="preserve">- </w:t>
      </w:r>
      <w:proofErr w:type="spellStart"/>
      <w:r>
        <w:t>Codzienne</w:t>
      </w:r>
      <w:proofErr w:type="spellEnd"/>
      <w:r>
        <w:t xml:space="preserve"> </w:t>
      </w:r>
      <w:proofErr w:type="spellStart"/>
      <w:r>
        <w:t>zajęcia</w:t>
      </w:r>
      <w:proofErr w:type="spellEnd"/>
      <w:r>
        <w:t xml:space="preserve"> </w:t>
      </w:r>
      <w:proofErr w:type="spellStart"/>
      <w:r>
        <w:t>ruchowe</w:t>
      </w:r>
      <w:proofErr w:type="spellEnd"/>
      <w:r>
        <w:t xml:space="preserve">: </w:t>
      </w:r>
      <w:proofErr w:type="spellStart"/>
      <w:r>
        <w:t>zabawy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świeżym</w:t>
      </w:r>
      <w:proofErr w:type="spellEnd"/>
      <w:r>
        <w:t xml:space="preserve"> </w:t>
      </w:r>
      <w:proofErr w:type="spellStart"/>
      <w:r>
        <w:t>powietrzu</w:t>
      </w:r>
      <w:proofErr w:type="spellEnd"/>
      <w:r>
        <w:t xml:space="preserve">, tory </w:t>
      </w:r>
      <w:proofErr w:type="spellStart"/>
      <w:r>
        <w:t>przeszkód</w:t>
      </w:r>
      <w:proofErr w:type="spellEnd"/>
      <w:r>
        <w:t>.</w:t>
      </w:r>
    </w:p>
    <w:p w14:paraId="111EEB21" w14:textId="77777777" w:rsidR="002D5123" w:rsidRDefault="00084638">
      <w:r>
        <w:t xml:space="preserve">- </w:t>
      </w:r>
      <w:proofErr w:type="spellStart"/>
      <w:r>
        <w:t>Warsztaty</w:t>
      </w:r>
      <w:proofErr w:type="spellEnd"/>
      <w:r>
        <w:t xml:space="preserve"> o </w:t>
      </w:r>
      <w:proofErr w:type="spellStart"/>
      <w:r>
        <w:t>zdrowym</w:t>
      </w:r>
      <w:proofErr w:type="spellEnd"/>
      <w:r>
        <w:t xml:space="preserve"> </w:t>
      </w:r>
      <w:proofErr w:type="spellStart"/>
      <w:r>
        <w:t>odżywianiu</w:t>
      </w:r>
      <w:proofErr w:type="spellEnd"/>
      <w:r>
        <w:t xml:space="preserve">: </w:t>
      </w:r>
      <w:proofErr w:type="spellStart"/>
      <w:r>
        <w:t>praktyczne</w:t>
      </w:r>
      <w:proofErr w:type="spellEnd"/>
      <w:r>
        <w:t xml:space="preserve"> </w:t>
      </w:r>
      <w:proofErr w:type="spellStart"/>
      <w:r>
        <w:t>przygotowywanie</w:t>
      </w:r>
      <w:proofErr w:type="spellEnd"/>
      <w:r>
        <w:t xml:space="preserve"> </w:t>
      </w:r>
      <w:proofErr w:type="spellStart"/>
      <w:r>
        <w:t>zdrowych</w:t>
      </w:r>
      <w:proofErr w:type="spellEnd"/>
      <w:r>
        <w:t xml:space="preserve"> </w:t>
      </w:r>
      <w:proofErr w:type="spellStart"/>
      <w:r>
        <w:t>przekąsek</w:t>
      </w:r>
      <w:proofErr w:type="spellEnd"/>
      <w:r>
        <w:t>.</w:t>
      </w:r>
    </w:p>
    <w:p w14:paraId="6A2F11B9" w14:textId="77777777" w:rsidR="002D5123" w:rsidRDefault="00084638">
      <w:r>
        <w:t xml:space="preserve">- </w:t>
      </w:r>
      <w:proofErr w:type="spellStart"/>
      <w:r>
        <w:t>Wprowadzenie</w:t>
      </w:r>
      <w:proofErr w:type="spellEnd"/>
      <w:r>
        <w:t xml:space="preserve"> </w:t>
      </w:r>
      <w:proofErr w:type="spellStart"/>
      <w:r>
        <w:t>gimnastyki</w:t>
      </w:r>
      <w:proofErr w:type="spellEnd"/>
      <w:r>
        <w:t xml:space="preserve"> </w:t>
      </w:r>
      <w:proofErr w:type="spellStart"/>
      <w:r>
        <w:t>korekcyjnej</w:t>
      </w:r>
      <w:proofErr w:type="spellEnd"/>
      <w:r>
        <w:t xml:space="preserve"> </w:t>
      </w:r>
      <w:proofErr w:type="spellStart"/>
      <w:r>
        <w:t>dostosowanej</w:t>
      </w:r>
      <w:proofErr w:type="spellEnd"/>
      <w:r>
        <w:t xml:space="preserve"> do </w:t>
      </w:r>
      <w:proofErr w:type="spellStart"/>
      <w:r>
        <w:t>wieku</w:t>
      </w:r>
      <w:proofErr w:type="spellEnd"/>
      <w:r>
        <w:t>.</w:t>
      </w:r>
    </w:p>
    <w:p w14:paraId="2AC7E403" w14:textId="77777777" w:rsidR="002D5123" w:rsidRDefault="00084638">
      <w:pPr>
        <w:pStyle w:val="Nagwek2"/>
      </w:pPr>
      <w:r>
        <w:t xml:space="preserve">2. </w:t>
      </w:r>
      <w:proofErr w:type="spellStart"/>
      <w:r>
        <w:t>Wsparcie</w:t>
      </w:r>
      <w:proofErr w:type="spellEnd"/>
      <w:r>
        <w:t xml:space="preserve"> </w:t>
      </w:r>
      <w:proofErr w:type="spellStart"/>
      <w:r>
        <w:t>zdrowia</w:t>
      </w:r>
      <w:proofErr w:type="spellEnd"/>
      <w:r>
        <w:t xml:space="preserve"> </w:t>
      </w:r>
      <w:proofErr w:type="spellStart"/>
      <w:r>
        <w:t>psychicznego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przeciwdziałanie</w:t>
      </w:r>
      <w:proofErr w:type="spellEnd"/>
      <w:r>
        <w:t xml:space="preserve"> </w:t>
      </w:r>
      <w:proofErr w:type="spellStart"/>
      <w:r>
        <w:t>przemocy</w:t>
      </w:r>
      <w:proofErr w:type="spellEnd"/>
      <w:r>
        <w:t xml:space="preserve"> </w:t>
      </w:r>
      <w:proofErr w:type="spellStart"/>
      <w:r>
        <w:t>rówieśniczej</w:t>
      </w:r>
      <w:proofErr w:type="spellEnd"/>
    </w:p>
    <w:p w14:paraId="51831FF4" w14:textId="77777777" w:rsidR="002D5123" w:rsidRDefault="00084638">
      <w:r>
        <w:t xml:space="preserve">- </w:t>
      </w:r>
      <w:proofErr w:type="spellStart"/>
      <w:r>
        <w:t>Kąciki</w:t>
      </w:r>
      <w:proofErr w:type="spellEnd"/>
      <w:r>
        <w:t xml:space="preserve"> </w:t>
      </w:r>
      <w:proofErr w:type="spellStart"/>
      <w:r>
        <w:t>emocji</w:t>
      </w:r>
      <w:proofErr w:type="spellEnd"/>
      <w:r>
        <w:t xml:space="preserve"> – </w:t>
      </w:r>
      <w:proofErr w:type="spellStart"/>
      <w:r>
        <w:t>nazywanie</w:t>
      </w:r>
      <w:proofErr w:type="spellEnd"/>
      <w:r>
        <w:t xml:space="preserve">, </w:t>
      </w:r>
      <w:proofErr w:type="spellStart"/>
      <w:r>
        <w:t>rozumienie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wspieranie</w:t>
      </w:r>
      <w:proofErr w:type="spellEnd"/>
      <w:r>
        <w:t xml:space="preserve"> </w:t>
      </w:r>
      <w:proofErr w:type="spellStart"/>
      <w:r>
        <w:t>emocji</w:t>
      </w:r>
      <w:proofErr w:type="spellEnd"/>
      <w:r>
        <w:t>.</w:t>
      </w:r>
    </w:p>
    <w:p w14:paraId="2E6DBDD1" w14:textId="77777777" w:rsidR="002D5123" w:rsidRDefault="00084638">
      <w:r>
        <w:t xml:space="preserve">- </w:t>
      </w:r>
      <w:proofErr w:type="spellStart"/>
      <w:r>
        <w:t>Zajęcia</w:t>
      </w:r>
      <w:proofErr w:type="spellEnd"/>
      <w:r>
        <w:t xml:space="preserve"> </w:t>
      </w:r>
      <w:proofErr w:type="spellStart"/>
      <w:r>
        <w:t>terapeutyczne</w:t>
      </w:r>
      <w:proofErr w:type="spellEnd"/>
      <w:r>
        <w:t xml:space="preserve">: </w:t>
      </w:r>
      <w:proofErr w:type="spellStart"/>
      <w:r>
        <w:t>muzykoterapia</w:t>
      </w:r>
      <w:proofErr w:type="spellEnd"/>
      <w:r>
        <w:t xml:space="preserve">, </w:t>
      </w:r>
      <w:proofErr w:type="spellStart"/>
      <w:r>
        <w:t>integracja</w:t>
      </w:r>
      <w:proofErr w:type="spellEnd"/>
      <w:r>
        <w:t xml:space="preserve"> </w:t>
      </w:r>
      <w:proofErr w:type="spellStart"/>
      <w:r>
        <w:t>sensoryczna</w:t>
      </w:r>
      <w:proofErr w:type="spellEnd"/>
      <w:r>
        <w:t>.</w:t>
      </w:r>
    </w:p>
    <w:p w14:paraId="00C0BD9E" w14:textId="77777777" w:rsidR="002D5123" w:rsidRDefault="00084638">
      <w:pPr>
        <w:pStyle w:val="Nagwek2"/>
      </w:pPr>
      <w:r>
        <w:t xml:space="preserve">3. </w:t>
      </w:r>
      <w:proofErr w:type="spellStart"/>
      <w:r>
        <w:t>Umiejętności</w:t>
      </w:r>
      <w:proofErr w:type="spellEnd"/>
      <w:r>
        <w:t xml:space="preserve"> </w:t>
      </w:r>
      <w:proofErr w:type="spellStart"/>
      <w:r>
        <w:t>cyfrowe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higiena</w:t>
      </w:r>
      <w:proofErr w:type="spellEnd"/>
      <w:r>
        <w:t xml:space="preserve"> </w:t>
      </w:r>
      <w:proofErr w:type="spellStart"/>
      <w:r>
        <w:t>cyfrowa</w:t>
      </w:r>
      <w:proofErr w:type="spellEnd"/>
    </w:p>
    <w:p w14:paraId="7D370334" w14:textId="43A14B27" w:rsidR="002D5123" w:rsidRDefault="00084638">
      <w:r>
        <w:t xml:space="preserve">- </w:t>
      </w:r>
      <w:proofErr w:type="spellStart"/>
      <w:r>
        <w:t>Edukacja</w:t>
      </w:r>
      <w:proofErr w:type="spellEnd"/>
      <w:r>
        <w:t xml:space="preserve"> </w:t>
      </w:r>
      <w:proofErr w:type="spellStart"/>
      <w:r>
        <w:t>dzieci</w:t>
      </w:r>
      <w:proofErr w:type="spellEnd"/>
      <w:r>
        <w:t xml:space="preserve"> 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temat</w:t>
      </w:r>
      <w:proofErr w:type="spellEnd"/>
      <w:r>
        <w:t xml:space="preserve"> </w:t>
      </w:r>
      <w:proofErr w:type="spellStart"/>
      <w:r>
        <w:t>zasad</w:t>
      </w:r>
      <w:proofErr w:type="spellEnd"/>
      <w:r>
        <w:t xml:space="preserve"> </w:t>
      </w:r>
      <w:proofErr w:type="spellStart"/>
      <w:r>
        <w:t>korzystania</w:t>
      </w:r>
      <w:proofErr w:type="spellEnd"/>
      <w:r>
        <w:t xml:space="preserve"> z </w:t>
      </w:r>
      <w:proofErr w:type="spellStart"/>
      <w:r>
        <w:t>ekranów</w:t>
      </w:r>
      <w:proofErr w:type="spellEnd"/>
      <w:r>
        <w:t>.</w:t>
      </w:r>
    </w:p>
    <w:p w14:paraId="2FFAE918" w14:textId="77777777" w:rsidR="002D5123" w:rsidRDefault="00084638">
      <w:pPr>
        <w:pStyle w:val="Nagwek2"/>
      </w:pPr>
      <w:r>
        <w:lastRenderedPageBreak/>
        <w:t xml:space="preserve">4. </w:t>
      </w:r>
      <w:proofErr w:type="spellStart"/>
      <w:r>
        <w:t>Edukacja</w:t>
      </w:r>
      <w:proofErr w:type="spellEnd"/>
      <w:r>
        <w:t xml:space="preserve"> </w:t>
      </w:r>
      <w:proofErr w:type="spellStart"/>
      <w:r>
        <w:t>obywatelska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postawy</w:t>
      </w:r>
      <w:proofErr w:type="spellEnd"/>
      <w:r>
        <w:t xml:space="preserve"> </w:t>
      </w:r>
      <w:proofErr w:type="spellStart"/>
      <w:r>
        <w:t>społeczne</w:t>
      </w:r>
      <w:proofErr w:type="spellEnd"/>
    </w:p>
    <w:p w14:paraId="47CD16E2" w14:textId="77777777" w:rsidR="002D5123" w:rsidRDefault="00084638">
      <w:r>
        <w:t xml:space="preserve">- </w:t>
      </w:r>
      <w:proofErr w:type="spellStart"/>
      <w:r>
        <w:t>Zajęcia</w:t>
      </w:r>
      <w:proofErr w:type="spellEnd"/>
      <w:r>
        <w:t xml:space="preserve"> </w:t>
      </w:r>
      <w:proofErr w:type="spellStart"/>
      <w:r>
        <w:t>uczące</w:t>
      </w:r>
      <w:proofErr w:type="spellEnd"/>
      <w:r>
        <w:t xml:space="preserve"> </w:t>
      </w:r>
      <w:proofErr w:type="spellStart"/>
      <w:r>
        <w:t>współdziałania</w:t>
      </w:r>
      <w:proofErr w:type="spellEnd"/>
      <w:r>
        <w:t xml:space="preserve">, </w:t>
      </w:r>
      <w:proofErr w:type="spellStart"/>
      <w:r>
        <w:t>dzielenia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, </w:t>
      </w:r>
      <w:proofErr w:type="spellStart"/>
      <w:r>
        <w:t>rozwiązywania</w:t>
      </w:r>
      <w:proofErr w:type="spellEnd"/>
      <w:r>
        <w:t xml:space="preserve"> </w:t>
      </w:r>
      <w:proofErr w:type="spellStart"/>
      <w:r>
        <w:t>konfliktów</w:t>
      </w:r>
      <w:proofErr w:type="spellEnd"/>
      <w:r>
        <w:t>.</w:t>
      </w:r>
    </w:p>
    <w:p w14:paraId="21F3BBCA" w14:textId="77777777" w:rsidR="002D5123" w:rsidRDefault="00084638">
      <w:r>
        <w:t xml:space="preserve">- </w:t>
      </w:r>
      <w:proofErr w:type="spellStart"/>
      <w:r>
        <w:t>Obchody</w:t>
      </w:r>
      <w:proofErr w:type="spellEnd"/>
      <w:r>
        <w:t xml:space="preserve"> </w:t>
      </w:r>
      <w:proofErr w:type="spellStart"/>
      <w:r>
        <w:t>świąt</w:t>
      </w:r>
      <w:proofErr w:type="spellEnd"/>
      <w:r>
        <w:t xml:space="preserve"> </w:t>
      </w:r>
      <w:proofErr w:type="spellStart"/>
      <w:r>
        <w:t>narodowych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lokalnych</w:t>
      </w:r>
      <w:proofErr w:type="spellEnd"/>
      <w:r>
        <w:t xml:space="preserve"> z </w:t>
      </w:r>
      <w:proofErr w:type="spellStart"/>
      <w:r>
        <w:t>wyjaśnieniem</w:t>
      </w:r>
      <w:proofErr w:type="spellEnd"/>
      <w:r>
        <w:t xml:space="preserve"> </w:t>
      </w:r>
      <w:proofErr w:type="spellStart"/>
      <w:r>
        <w:t>znaczenia</w:t>
      </w:r>
      <w:proofErr w:type="spellEnd"/>
      <w:r>
        <w:t>.</w:t>
      </w:r>
    </w:p>
    <w:p w14:paraId="78C49791" w14:textId="77777777" w:rsidR="002D5123" w:rsidRDefault="00084638">
      <w:pPr>
        <w:pStyle w:val="Nagwek2"/>
      </w:pPr>
      <w:r>
        <w:t xml:space="preserve">5. </w:t>
      </w:r>
      <w:proofErr w:type="spellStart"/>
      <w:r>
        <w:t>Kompetencje</w:t>
      </w:r>
      <w:proofErr w:type="spellEnd"/>
      <w:r>
        <w:t xml:space="preserve"> </w:t>
      </w:r>
      <w:proofErr w:type="spellStart"/>
      <w:r>
        <w:t>matematyczne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myślenie</w:t>
      </w:r>
      <w:proofErr w:type="spellEnd"/>
      <w:r>
        <w:t xml:space="preserve"> </w:t>
      </w:r>
      <w:proofErr w:type="spellStart"/>
      <w:r>
        <w:t>analityczne</w:t>
      </w:r>
      <w:proofErr w:type="spellEnd"/>
    </w:p>
    <w:p w14:paraId="28F78120" w14:textId="77777777" w:rsidR="002D5123" w:rsidRDefault="00084638">
      <w:r>
        <w:t xml:space="preserve">- </w:t>
      </w:r>
      <w:proofErr w:type="spellStart"/>
      <w:r>
        <w:t>Zabawy</w:t>
      </w:r>
      <w:proofErr w:type="spellEnd"/>
      <w:r>
        <w:t xml:space="preserve"> </w:t>
      </w:r>
      <w:proofErr w:type="spellStart"/>
      <w:r>
        <w:t>liczbowe</w:t>
      </w:r>
      <w:proofErr w:type="spellEnd"/>
      <w:r>
        <w:t xml:space="preserve">: </w:t>
      </w:r>
      <w:proofErr w:type="spellStart"/>
      <w:r>
        <w:t>sortowanie</w:t>
      </w:r>
      <w:proofErr w:type="spellEnd"/>
      <w:r>
        <w:t xml:space="preserve">, </w:t>
      </w:r>
      <w:proofErr w:type="spellStart"/>
      <w:r>
        <w:t>klasyfikowanie</w:t>
      </w:r>
      <w:proofErr w:type="spellEnd"/>
      <w:r>
        <w:t xml:space="preserve">, </w:t>
      </w:r>
      <w:proofErr w:type="spellStart"/>
      <w:r>
        <w:t>układanie</w:t>
      </w:r>
      <w:proofErr w:type="spellEnd"/>
      <w:r>
        <w:t xml:space="preserve"> </w:t>
      </w:r>
      <w:proofErr w:type="spellStart"/>
      <w:r>
        <w:t>puzzli</w:t>
      </w:r>
      <w:proofErr w:type="spellEnd"/>
      <w:r>
        <w:t>.</w:t>
      </w:r>
    </w:p>
    <w:p w14:paraId="3A216E62" w14:textId="77777777" w:rsidR="002D5123" w:rsidRDefault="00084638">
      <w:r>
        <w:t xml:space="preserve">- </w:t>
      </w:r>
      <w:proofErr w:type="spellStart"/>
      <w:r>
        <w:t>Gry</w:t>
      </w:r>
      <w:proofErr w:type="spellEnd"/>
      <w:r>
        <w:t xml:space="preserve"> </w:t>
      </w:r>
      <w:proofErr w:type="spellStart"/>
      <w:r>
        <w:t>planszowe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logiczne</w:t>
      </w:r>
      <w:proofErr w:type="spellEnd"/>
      <w:r>
        <w:t xml:space="preserve"> – </w:t>
      </w:r>
      <w:proofErr w:type="spellStart"/>
      <w:r>
        <w:t>rozwijanie</w:t>
      </w:r>
      <w:proofErr w:type="spellEnd"/>
      <w:r>
        <w:t xml:space="preserve"> </w:t>
      </w:r>
      <w:proofErr w:type="spellStart"/>
      <w:r>
        <w:t>spostrzegawczości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umiejętności</w:t>
      </w:r>
      <w:proofErr w:type="spellEnd"/>
      <w:r>
        <w:t xml:space="preserve"> </w:t>
      </w:r>
      <w:proofErr w:type="spellStart"/>
      <w:r>
        <w:t>rozwiązywania</w:t>
      </w:r>
      <w:proofErr w:type="spellEnd"/>
      <w:r>
        <w:t xml:space="preserve"> </w:t>
      </w:r>
      <w:proofErr w:type="spellStart"/>
      <w:r>
        <w:t>problemów</w:t>
      </w:r>
      <w:proofErr w:type="spellEnd"/>
      <w:r>
        <w:t>.</w:t>
      </w:r>
    </w:p>
    <w:p w14:paraId="2F948390" w14:textId="77777777" w:rsidR="002D5123" w:rsidRDefault="00084638">
      <w:r>
        <w:t xml:space="preserve">- </w:t>
      </w:r>
      <w:proofErr w:type="spellStart"/>
      <w:r>
        <w:t>Proste</w:t>
      </w:r>
      <w:proofErr w:type="spellEnd"/>
      <w:r>
        <w:t xml:space="preserve"> </w:t>
      </w:r>
      <w:proofErr w:type="spellStart"/>
      <w:r>
        <w:t>eksperymenty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obserwacje</w:t>
      </w:r>
      <w:proofErr w:type="spellEnd"/>
      <w:r>
        <w:t xml:space="preserve"> </w:t>
      </w:r>
      <w:proofErr w:type="spellStart"/>
      <w:r>
        <w:t>przyrodnicze</w:t>
      </w:r>
      <w:proofErr w:type="spellEnd"/>
      <w:r>
        <w:t>.</w:t>
      </w:r>
    </w:p>
    <w:p w14:paraId="6F87FC9B" w14:textId="77777777" w:rsidR="002D5123" w:rsidRDefault="00084638">
      <w:pPr>
        <w:pStyle w:val="Nagwek1"/>
      </w:pPr>
      <w:r>
        <w:t xml:space="preserve">IV. </w:t>
      </w:r>
      <w:proofErr w:type="spellStart"/>
      <w:r>
        <w:t>Realizacja</w:t>
      </w:r>
      <w:proofErr w:type="spellEnd"/>
      <w:r>
        <w:t xml:space="preserve">: </w:t>
      </w:r>
      <w:proofErr w:type="spellStart"/>
      <w:r>
        <w:t>zadania</w:t>
      </w:r>
      <w:proofErr w:type="spellEnd"/>
      <w:r>
        <w:t xml:space="preserve">, </w:t>
      </w:r>
      <w:proofErr w:type="spellStart"/>
      <w:r>
        <w:t>terminy</w:t>
      </w:r>
      <w:proofErr w:type="spellEnd"/>
      <w:r>
        <w:t xml:space="preserve">, </w:t>
      </w:r>
      <w:proofErr w:type="spellStart"/>
      <w:r>
        <w:t>odpowiedzialni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2D5123" w14:paraId="2C0992C7" w14:textId="77777777">
        <w:tc>
          <w:tcPr>
            <w:tcW w:w="2160" w:type="dxa"/>
          </w:tcPr>
          <w:p w14:paraId="4EF2C995" w14:textId="77777777" w:rsidR="002D5123" w:rsidRDefault="00084638">
            <w:proofErr w:type="spellStart"/>
            <w:r>
              <w:t>Obszar</w:t>
            </w:r>
            <w:proofErr w:type="spellEnd"/>
            <w:r>
              <w:t xml:space="preserve"> / </w:t>
            </w:r>
            <w:proofErr w:type="spellStart"/>
            <w:r>
              <w:t>Priorytet</w:t>
            </w:r>
            <w:proofErr w:type="spellEnd"/>
          </w:p>
        </w:tc>
        <w:tc>
          <w:tcPr>
            <w:tcW w:w="2160" w:type="dxa"/>
          </w:tcPr>
          <w:p w14:paraId="532C3BF5" w14:textId="77777777" w:rsidR="002D5123" w:rsidRDefault="00084638">
            <w:proofErr w:type="spellStart"/>
            <w:r>
              <w:t>Zadanie</w:t>
            </w:r>
            <w:proofErr w:type="spellEnd"/>
          </w:p>
        </w:tc>
        <w:tc>
          <w:tcPr>
            <w:tcW w:w="2160" w:type="dxa"/>
          </w:tcPr>
          <w:p w14:paraId="6305163F" w14:textId="77777777" w:rsidR="002D5123" w:rsidRDefault="00084638">
            <w:proofErr w:type="spellStart"/>
            <w:r>
              <w:t>Termin</w:t>
            </w:r>
            <w:proofErr w:type="spellEnd"/>
          </w:p>
        </w:tc>
        <w:tc>
          <w:tcPr>
            <w:tcW w:w="2160" w:type="dxa"/>
          </w:tcPr>
          <w:p w14:paraId="55334C79" w14:textId="77777777" w:rsidR="002D5123" w:rsidRDefault="00084638">
            <w:proofErr w:type="spellStart"/>
            <w:r>
              <w:t>Odpowiedzialni</w:t>
            </w:r>
            <w:proofErr w:type="spellEnd"/>
          </w:p>
        </w:tc>
      </w:tr>
      <w:tr w:rsidR="002D5123" w14:paraId="339BCA22" w14:textId="77777777">
        <w:tc>
          <w:tcPr>
            <w:tcW w:w="2160" w:type="dxa"/>
          </w:tcPr>
          <w:p w14:paraId="0650A773" w14:textId="77777777" w:rsidR="002D5123" w:rsidRDefault="00084638">
            <w:proofErr w:type="spellStart"/>
            <w:r>
              <w:t>Zdrowie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aktywność</w:t>
            </w:r>
            <w:proofErr w:type="spellEnd"/>
          </w:p>
        </w:tc>
        <w:tc>
          <w:tcPr>
            <w:tcW w:w="2160" w:type="dxa"/>
          </w:tcPr>
          <w:p w14:paraId="5F34A15F" w14:textId="77777777" w:rsidR="002D5123" w:rsidRDefault="00084638">
            <w:proofErr w:type="spellStart"/>
            <w:r>
              <w:t>Zajęcia</w:t>
            </w:r>
            <w:proofErr w:type="spellEnd"/>
            <w:r>
              <w:t xml:space="preserve"> </w:t>
            </w:r>
            <w:proofErr w:type="spellStart"/>
            <w:r>
              <w:t>ruchowe</w:t>
            </w:r>
            <w:proofErr w:type="spellEnd"/>
            <w:r>
              <w:t xml:space="preserve"> </w:t>
            </w:r>
            <w:proofErr w:type="spellStart"/>
            <w:r>
              <w:t>każdego</w:t>
            </w:r>
            <w:proofErr w:type="spellEnd"/>
            <w:r>
              <w:t xml:space="preserve"> </w:t>
            </w:r>
            <w:proofErr w:type="spellStart"/>
            <w:r>
              <w:t>dnia</w:t>
            </w:r>
            <w:proofErr w:type="spellEnd"/>
          </w:p>
        </w:tc>
        <w:tc>
          <w:tcPr>
            <w:tcW w:w="2160" w:type="dxa"/>
          </w:tcPr>
          <w:p w14:paraId="011F9501" w14:textId="77777777" w:rsidR="002D5123" w:rsidRDefault="00084638">
            <w:proofErr w:type="spellStart"/>
            <w:r>
              <w:t>cały</w:t>
            </w:r>
            <w:proofErr w:type="spellEnd"/>
            <w:r>
              <w:t xml:space="preserve"> </w:t>
            </w:r>
            <w:proofErr w:type="spellStart"/>
            <w:r>
              <w:t>rok</w:t>
            </w:r>
            <w:proofErr w:type="spellEnd"/>
          </w:p>
        </w:tc>
        <w:tc>
          <w:tcPr>
            <w:tcW w:w="2160" w:type="dxa"/>
          </w:tcPr>
          <w:p w14:paraId="33A3F286" w14:textId="77777777" w:rsidR="002D5123" w:rsidRDefault="00084638">
            <w:proofErr w:type="spellStart"/>
            <w:r>
              <w:t>Wychowawcy</w:t>
            </w:r>
            <w:proofErr w:type="spellEnd"/>
          </w:p>
        </w:tc>
      </w:tr>
      <w:tr w:rsidR="002D5123" w14:paraId="5933A839" w14:textId="77777777">
        <w:tc>
          <w:tcPr>
            <w:tcW w:w="2160" w:type="dxa"/>
          </w:tcPr>
          <w:p w14:paraId="7AA65C51" w14:textId="77777777" w:rsidR="002D5123" w:rsidRDefault="00084638">
            <w:proofErr w:type="spellStart"/>
            <w:r>
              <w:t>Zdrowie</w:t>
            </w:r>
            <w:proofErr w:type="spellEnd"/>
            <w:r>
              <w:t xml:space="preserve"> </w:t>
            </w:r>
            <w:proofErr w:type="spellStart"/>
            <w:r>
              <w:t>psychiczne</w:t>
            </w:r>
            <w:proofErr w:type="spellEnd"/>
          </w:p>
        </w:tc>
        <w:tc>
          <w:tcPr>
            <w:tcW w:w="2160" w:type="dxa"/>
          </w:tcPr>
          <w:p w14:paraId="5B308F70" w14:textId="77777777" w:rsidR="002D5123" w:rsidRDefault="00084638">
            <w:proofErr w:type="spellStart"/>
            <w:r>
              <w:t>Wprowadzenie</w:t>
            </w:r>
            <w:proofErr w:type="spellEnd"/>
            <w:r>
              <w:t xml:space="preserve"> </w:t>
            </w:r>
            <w:proofErr w:type="spellStart"/>
            <w:r>
              <w:t>kącika</w:t>
            </w:r>
            <w:proofErr w:type="spellEnd"/>
            <w:r>
              <w:t xml:space="preserve"> </w:t>
            </w:r>
            <w:proofErr w:type="spellStart"/>
            <w:r>
              <w:t>emocji</w:t>
            </w:r>
            <w:proofErr w:type="spellEnd"/>
          </w:p>
        </w:tc>
        <w:tc>
          <w:tcPr>
            <w:tcW w:w="2160" w:type="dxa"/>
          </w:tcPr>
          <w:p w14:paraId="70FBB598" w14:textId="77777777" w:rsidR="002D5123" w:rsidRDefault="00084638">
            <w:r>
              <w:t xml:space="preserve">I </w:t>
            </w:r>
            <w:proofErr w:type="spellStart"/>
            <w:r>
              <w:t>kwartał</w:t>
            </w:r>
            <w:proofErr w:type="spellEnd"/>
          </w:p>
        </w:tc>
        <w:tc>
          <w:tcPr>
            <w:tcW w:w="2160" w:type="dxa"/>
          </w:tcPr>
          <w:p w14:paraId="0372765E" w14:textId="77777777" w:rsidR="002D5123" w:rsidRDefault="00084638">
            <w:proofErr w:type="spellStart"/>
            <w:r>
              <w:t>Nauczyciele</w:t>
            </w:r>
            <w:proofErr w:type="spellEnd"/>
            <w:r>
              <w:t xml:space="preserve">, </w:t>
            </w:r>
            <w:proofErr w:type="spellStart"/>
            <w:r>
              <w:t>psycholog</w:t>
            </w:r>
            <w:proofErr w:type="spellEnd"/>
          </w:p>
        </w:tc>
      </w:tr>
      <w:tr w:rsidR="002D5123" w14:paraId="3339BB62" w14:textId="77777777">
        <w:tc>
          <w:tcPr>
            <w:tcW w:w="2160" w:type="dxa"/>
          </w:tcPr>
          <w:p w14:paraId="2DC975C3" w14:textId="77777777" w:rsidR="002D5123" w:rsidRDefault="00084638">
            <w:proofErr w:type="spellStart"/>
            <w:r>
              <w:t>Cyfrowa</w:t>
            </w:r>
            <w:proofErr w:type="spellEnd"/>
            <w:r>
              <w:t xml:space="preserve"> </w:t>
            </w:r>
            <w:proofErr w:type="spellStart"/>
            <w:r>
              <w:t>higiena</w:t>
            </w:r>
            <w:proofErr w:type="spellEnd"/>
          </w:p>
        </w:tc>
        <w:tc>
          <w:tcPr>
            <w:tcW w:w="2160" w:type="dxa"/>
          </w:tcPr>
          <w:p w14:paraId="24B798A0" w14:textId="2BCEFDDD" w:rsidR="002D5123" w:rsidRDefault="001D7F39">
            <w:proofErr w:type="spellStart"/>
            <w:r>
              <w:t>Poznawanie</w:t>
            </w:r>
            <w:proofErr w:type="spellEnd"/>
            <w:r>
              <w:t xml:space="preserve"> </w:t>
            </w:r>
            <w:proofErr w:type="spellStart"/>
            <w:r>
              <w:t>zasad</w:t>
            </w:r>
            <w:proofErr w:type="spellEnd"/>
            <w:r>
              <w:t xml:space="preserve"> </w:t>
            </w:r>
            <w:proofErr w:type="spellStart"/>
            <w:r>
              <w:t>bezpiecznego</w:t>
            </w:r>
            <w:proofErr w:type="spellEnd"/>
            <w:r>
              <w:t xml:space="preserve"> </w:t>
            </w:r>
            <w:proofErr w:type="spellStart"/>
            <w:r>
              <w:t>korzystania</w:t>
            </w:r>
            <w:proofErr w:type="spellEnd"/>
            <w:r>
              <w:t xml:space="preserve"> z </w:t>
            </w:r>
            <w:proofErr w:type="spellStart"/>
            <w:r>
              <w:t>urządzeń</w:t>
            </w:r>
            <w:proofErr w:type="spellEnd"/>
            <w:r>
              <w:t xml:space="preserve"> </w:t>
            </w:r>
            <w:proofErr w:type="spellStart"/>
            <w:r>
              <w:t>elektronicznych</w:t>
            </w:r>
            <w:proofErr w:type="spellEnd"/>
            <w:r>
              <w:t xml:space="preserve"> </w:t>
            </w:r>
          </w:p>
        </w:tc>
        <w:tc>
          <w:tcPr>
            <w:tcW w:w="2160" w:type="dxa"/>
          </w:tcPr>
          <w:p w14:paraId="32670359" w14:textId="77777777" w:rsidR="002D5123" w:rsidRDefault="00084638">
            <w:r>
              <w:t xml:space="preserve">II </w:t>
            </w:r>
            <w:proofErr w:type="spellStart"/>
            <w:r>
              <w:t>kwartał</w:t>
            </w:r>
            <w:proofErr w:type="spellEnd"/>
          </w:p>
        </w:tc>
        <w:tc>
          <w:tcPr>
            <w:tcW w:w="2160" w:type="dxa"/>
          </w:tcPr>
          <w:p w14:paraId="34F84347" w14:textId="3932F530" w:rsidR="002D5123" w:rsidRDefault="001D7F39">
            <w:proofErr w:type="spellStart"/>
            <w:r>
              <w:t>Wychowawcy</w:t>
            </w:r>
            <w:proofErr w:type="spellEnd"/>
          </w:p>
        </w:tc>
      </w:tr>
      <w:tr w:rsidR="002D5123" w14:paraId="1B8AB383" w14:textId="77777777">
        <w:tc>
          <w:tcPr>
            <w:tcW w:w="2160" w:type="dxa"/>
          </w:tcPr>
          <w:p w14:paraId="48D6681B" w14:textId="77777777" w:rsidR="002D5123" w:rsidRDefault="00084638">
            <w:proofErr w:type="spellStart"/>
            <w:r>
              <w:t>Edukacja</w:t>
            </w:r>
            <w:proofErr w:type="spellEnd"/>
            <w:r>
              <w:t xml:space="preserve"> </w:t>
            </w:r>
            <w:proofErr w:type="spellStart"/>
            <w:r>
              <w:t>obywatelska</w:t>
            </w:r>
            <w:proofErr w:type="spellEnd"/>
          </w:p>
        </w:tc>
        <w:tc>
          <w:tcPr>
            <w:tcW w:w="2160" w:type="dxa"/>
          </w:tcPr>
          <w:p w14:paraId="6464B4EA" w14:textId="77777777" w:rsidR="002D5123" w:rsidRDefault="00084638">
            <w:proofErr w:type="spellStart"/>
            <w:r>
              <w:t>Obchody</w:t>
            </w:r>
            <w:proofErr w:type="spellEnd"/>
            <w:r>
              <w:t xml:space="preserve"> </w:t>
            </w:r>
            <w:proofErr w:type="spellStart"/>
            <w:r>
              <w:t>Dnia</w:t>
            </w:r>
            <w:proofErr w:type="spellEnd"/>
            <w:r>
              <w:t xml:space="preserve"> </w:t>
            </w:r>
            <w:proofErr w:type="spellStart"/>
            <w:r>
              <w:t>Ziemi</w:t>
            </w:r>
            <w:proofErr w:type="spellEnd"/>
            <w:r>
              <w:t xml:space="preserve"> + </w:t>
            </w:r>
            <w:proofErr w:type="spellStart"/>
            <w:r>
              <w:t>sadzenie</w:t>
            </w:r>
            <w:proofErr w:type="spellEnd"/>
          </w:p>
        </w:tc>
        <w:tc>
          <w:tcPr>
            <w:tcW w:w="2160" w:type="dxa"/>
          </w:tcPr>
          <w:p w14:paraId="067D5E70" w14:textId="77777777" w:rsidR="002D5123" w:rsidRDefault="00084638">
            <w:proofErr w:type="spellStart"/>
            <w:r>
              <w:t>wiosna</w:t>
            </w:r>
            <w:proofErr w:type="spellEnd"/>
          </w:p>
        </w:tc>
        <w:tc>
          <w:tcPr>
            <w:tcW w:w="2160" w:type="dxa"/>
          </w:tcPr>
          <w:p w14:paraId="129C919B" w14:textId="39EB7506" w:rsidR="002D5123" w:rsidRDefault="004B19AF">
            <w:proofErr w:type="spellStart"/>
            <w:r>
              <w:t>Wychowawcy</w:t>
            </w:r>
            <w:proofErr w:type="spellEnd"/>
          </w:p>
        </w:tc>
      </w:tr>
      <w:tr w:rsidR="002D5123" w14:paraId="37C91C37" w14:textId="77777777">
        <w:tc>
          <w:tcPr>
            <w:tcW w:w="2160" w:type="dxa"/>
          </w:tcPr>
          <w:p w14:paraId="33157804" w14:textId="77777777" w:rsidR="002D5123" w:rsidRDefault="00084638">
            <w:proofErr w:type="spellStart"/>
            <w:r>
              <w:t>Kompetencje</w:t>
            </w:r>
            <w:proofErr w:type="spellEnd"/>
            <w:r>
              <w:t xml:space="preserve"> </w:t>
            </w:r>
            <w:proofErr w:type="spellStart"/>
            <w:r>
              <w:t>matematyczne</w:t>
            </w:r>
            <w:proofErr w:type="spellEnd"/>
          </w:p>
        </w:tc>
        <w:tc>
          <w:tcPr>
            <w:tcW w:w="2160" w:type="dxa"/>
          </w:tcPr>
          <w:p w14:paraId="59A9F99C" w14:textId="2BCD6C00" w:rsidR="002D5123" w:rsidRDefault="00084638">
            <w:proofErr w:type="spellStart"/>
            <w:r>
              <w:t>Gry</w:t>
            </w:r>
            <w:proofErr w:type="spellEnd"/>
            <w:r>
              <w:t xml:space="preserve"> </w:t>
            </w:r>
            <w:proofErr w:type="spellStart"/>
            <w:r>
              <w:t>logiczne</w:t>
            </w:r>
            <w:proofErr w:type="spellEnd"/>
            <w:r>
              <w:t xml:space="preserve"> </w:t>
            </w:r>
          </w:p>
        </w:tc>
        <w:tc>
          <w:tcPr>
            <w:tcW w:w="2160" w:type="dxa"/>
          </w:tcPr>
          <w:p w14:paraId="68D9AC70" w14:textId="77777777" w:rsidR="002D5123" w:rsidRDefault="00084638">
            <w:proofErr w:type="spellStart"/>
            <w:r>
              <w:t>cały</w:t>
            </w:r>
            <w:proofErr w:type="spellEnd"/>
            <w:r>
              <w:t xml:space="preserve"> </w:t>
            </w:r>
            <w:proofErr w:type="spellStart"/>
            <w:r>
              <w:t>rok</w:t>
            </w:r>
            <w:proofErr w:type="spellEnd"/>
          </w:p>
        </w:tc>
        <w:tc>
          <w:tcPr>
            <w:tcW w:w="2160" w:type="dxa"/>
          </w:tcPr>
          <w:p w14:paraId="01B92B91" w14:textId="129BAE09" w:rsidR="002D5123" w:rsidRDefault="004B19AF">
            <w:proofErr w:type="spellStart"/>
            <w:r>
              <w:t>Wychowawcy</w:t>
            </w:r>
            <w:proofErr w:type="spellEnd"/>
          </w:p>
        </w:tc>
      </w:tr>
    </w:tbl>
    <w:p w14:paraId="394C28D9" w14:textId="3B09895C" w:rsidR="002D5123" w:rsidRDefault="00084638">
      <w:pPr>
        <w:pStyle w:val="Nagwek1"/>
      </w:pPr>
      <w:r>
        <w:t xml:space="preserve">V. </w:t>
      </w:r>
      <w:proofErr w:type="spellStart"/>
      <w:r w:rsidR="004B19AF">
        <w:t>Harmonogram</w:t>
      </w:r>
      <w:proofErr w:type="spellEnd"/>
    </w:p>
    <w:p w14:paraId="5D5D5396" w14:textId="77777777" w:rsidR="004B19AF" w:rsidRDefault="004B19AF" w:rsidP="00174BA8">
      <w:pPr>
        <w:spacing w:after="0"/>
      </w:pPr>
      <w:proofErr w:type="spellStart"/>
      <w:r>
        <w:t>Wrzesień</w:t>
      </w:r>
      <w:proofErr w:type="spellEnd"/>
    </w:p>
    <w:p w14:paraId="3DF21401" w14:textId="77777777" w:rsidR="00174BA8" w:rsidRDefault="004B19AF" w:rsidP="00174BA8">
      <w:pPr>
        <w:pStyle w:val="Akapitzlist"/>
        <w:numPr>
          <w:ilvl w:val="0"/>
          <w:numId w:val="10"/>
        </w:numPr>
        <w:spacing w:after="0"/>
      </w:pPr>
      <w:proofErr w:type="spellStart"/>
      <w:r>
        <w:t>Spotkanie</w:t>
      </w:r>
      <w:proofErr w:type="spellEnd"/>
      <w:r>
        <w:t xml:space="preserve"> </w:t>
      </w:r>
      <w:proofErr w:type="spellStart"/>
      <w:r>
        <w:t>organizacyjne</w:t>
      </w:r>
      <w:proofErr w:type="spellEnd"/>
      <w:r>
        <w:t xml:space="preserve"> z </w:t>
      </w:r>
      <w:proofErr w:type="spellStart"/>
      <w:r>
        <w:t>rodzicami</w:t>
      </w:r>
      <w:proofErr w:type="spellEnd"/>
      <w:r>
        <w:t xml:space="preserve"> – </w:t>
      </w:r>
      <w:proofErr w:type="spellStart"/>
      <w:r>
        <w:t>przedstawienie</w:t>
      </w:r>
      <w:proofErr w:type="spellEnd"/>
      <w:r>
        <w:t xml:space="preserve">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pracy</w:t>
      </w:r>
      <w:proofErr w:type="spellEnd"/>
      <w:r>
        <w:t>.</w:t>
      </w:r>
    </w:p>
    <w:p w14:paraId="644D5F92" w14:textId="77777777" w:rsidR="00174BA8" w:rsidRDefault="004B19AF" w:rsidP="00174BA8">
      <w:pPr>
        <w:pStyle w:val="Akapitzlist"/>
        <w:numPr>
          <w:ilvl w:val="0"/>
          <w:numId w:val="10"/>
        </w:numPr>
        <w:spacing w:after="0"/>
      </w:pPr>
      <w:proofErr w:type="spellStart"/>
      <w:r>
        <w:t>Wprowadzenie</w:t>
      </w:r>
      <w:proofErr w:type="spellEnd"/>
      <w:r>
        <w:t xml:space="preserve"> </w:t>
      </w:r>
      <w:proofErr w:type="spellStart"/>
      <w:r>
        <w:t>codziennych</w:t>
      </w:r>
      <w:proofErr w:type="spellEnd"/>
      <w:r>
        <w:t xml:space="preserve"> </w:t>
      </w:r>
      <w:proofErr w:type="spellStart"/>
      <w:r>
        <w:t>zajęć</w:t>
      </w:r>
      <w:proofErr w:type="spellEnd"/>
      <w:r>
        <w:t xml:space="preserve"> </w:t>
      </w:r>
      <w:proofErr w:type="spellStart"/>
      <w:r>
        <w:t>ruchowych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spacerów</w:t>
      </w:r>
      <w:proofErr w:type="spellEnd"/>
      <w:r>
        <w:t>.</w:t>
      </w:r>
    </w:p>
    <w:p w14:paraId="75D1BAAF" w14:textId="7C6FB3B0" w:rsidR="004B19AF" w:rsidRDefault="004B19AF" w:rsidP="00174BA8">
      <w:pPr>
        <w:pStyle w:val="Akapitzlist"/>
        <w:numPr>
          <w:ilvl w:val="0"/>
          <w:numId w:val="10"/>
        </w:numPr>
        <w:spacing w:after="0"/>
      </w:pPr>
      <w:proofErr w:type="spellStart"/>
      <w:r>
        <w:t>Obchody</w:t>
      </w:r>
      <w:proofErr w:type="spellEnd"/>
      <w:r>
        <w:t xml:space="preserve"> </w:t>
      </w:r>
      <w:proofErr w:type="spellStart"/>
      <w:r>
        <w:t>Dnia</w:t>
      </w:r>
      <w:proofErr w:type="spellEnd"/>
      <w:r>
        <w:t xml:space="preserve"> </w:t>
      </w:r>
      <w:proofErr w:type="spellStart"/>
      <w:r>
        <w:t>Przedszkolaka</w:t>
      </w:r>
      <w:proofErr w:type="spellEnd"/>
      <w:r>
        <w:t>.</w:t>
      </w:r>
    </w:p>
    <w:p w14:paraId="45D1DE96" w14:textId="48E7E1D2" w:rsidR="001D7F39" w:rsidRDefault="001D7F39" w:rsidP="00174BA8">
      <w:pPr>
        <w:pStyle w:val="Akapitzlist"/>
        <w:numPr>
          <w:ilvl w:val="0"/>
          <w:numId w:val="10"/>
        </w:numPr>
        <w:spacing w:after="0"/>
      </w:pPr>
      <w:r w:rsidRPr="001D7F39">
        <w:t>„</w:t>
      </w:r>
      <w:proofErr w:type="spellStart"/>
      <w:r w:rsidRPr="001D7F39">
        <w:t>Bezpieczna</w:t>
      </w:r>
      <w:proofErr w:type="spellEnd"/>
      <w:r w:rsidRPr="001D7F39">
        <w:t xml:space="preserve"> </w:t>
      </w:r>
      <w:proofErr w:type="spellStart"/>
      <w:r w:rsidRPr="001D7F39">
        <w:t>droga</w:t>
      </w:r>
      <w:proofErr w:type="spellEnd"/>
      <w:r w:rsidRPr="001D7F39">
        <w:t xml:space="preserve"> do </w:t>
      </w:r>
      <w:proofErr w:type="spellStart"/>
      <w:r w:rsidRPr="001D7F39">
        <w:t>przedszkola</w:t>
      </w:r>
      <w:proofErr w:type="spellEnd"/>
      <w:r w:rsidRPr="001D7F39">
        <w:t xml:space="preserve">” – </w:t>
      </w:r>
      <w:proofErr w:type="spellStart"/>
      <w:r w:rsidRPr="001D7F39">
        <w:t>spotkanie</w:t>
      </w:r>
      <w:proofErr w:type="spellEnd"/>
      <w:r w:rsidRPr="001D7F39">
        <w:t xml:space="preserve"> z </w:t>
      </w:r>
      <w:proofErr w:type="spellStart"/>
      <w:r w:rsidRPr="001D7F39">
        <w:t>policjantem</w:t>
      </w:r>
      <w:proofErr w:type="spellEnd"/>
    </w:p>
    <w:p w14:paraId="16FB1800" w14:textId="7E8631E6" w:rsidR="009B7A1E" w:rsidRDefault="009B7A1E" w:rsidP="009B4F53">
      <w:pPr>
        <w:pStyle w:val="Akapitzlist"/>
        <w:spacing w:after="0"/>
      </w:pPr>
    </w:p>
    <w:p w14:paraId="52F256A7" w14:textId="77777777" w:rsidR="009B7A1E" w:rsidRDefault="009B7A1E" w:rsidP="009B7A1E">
      <w:pPr>
        <w:pStyle w:val="Akapitzlist"/>
        <w:spacing w:after="0"/>
      </w:pPr>
    </w:p>
    <w:p w14:paraId="09F3CE8D" w14:textId="77777777" w:rsidR="004B19AF" w:rsidRDefault="004B19AF" w:rsidP="00174BA8">
      <w:pPr>
        <w:spacing w:after="0"/>
      </w:pPr>
    </w:p>
    <w:p w14:paraId="06618E9C" w14:textId="77777777" w:rsidR="00174BA8" w:rsidRDefault="004B19AF" w:rsidP="00174BA8">
      <w:pPr>
        <w:spacing w:after="0"/>
      </w:pPr>
      <w:proofErr w:type="spellStart"/>
      <w:r>
        <w:lastRenderedPageBreak/>
        <w:t>Październik</w:t>
      </w:r>
      <w:proofErr w:type="spellEnd"/>
    </w:p>
    <w:p w14:paraId="7554ED45" w14:textId="77777777" w:rsidR="00174BA8" w:rsidRDefault="004B19AF" w:rsidP="00174BA8">
      <w:pPr>
        <w:pStyle w:val="Akapitzlist"/>
        <w:numPr>
          <w:ilvl w:val="0"/>
          <w:numId w:val="11"/>
        </w:numPr>
        <w:spacing w:after="0"/>
      </w:pPr>
      <w:proofErr w:type="spellStart"/>
      <w:r>
        <w:t>Warsztaty</w:t>
      </w:r>
      <w:proofErr w:type="spellEnd"/>
      <w:r>
        <w:t xml:space="preserve"> nt. </w:t>
      </w:r>
      <w:proofErr w:type="spellStart"/>
      <w:r>
        <w:t>zdrowego</w:t>
      </w:r>
      <w:proofErr w:type="spellEnd"/>
      <w:r>
        <w:t xml:space="preserve"> </w:t>
      </w:r>
      <w:proofErr w:type="spellStart"/>
      <w:r>
        <w:t>odżywiania</w:t>
      </w:r>
      <w:proofErr w:type="spellEnd"/>
      <w:r>
        <w:t xml:space="preserve"> – „</w:t>
      </w:r>
      <w:proofErr w:type="spellStart"/>
      <w:r>
        <w:t>Kolorowe</w:t>
      </w:r>
      <w:proofErr w:type="spellEnd"/>
      <w:r>
        <w:t xml:space="preserve"> </w:t>
      </w:r>
      <w:proofErr w:type="spellStart"/>
      <w:r>
        <w:t>kanapki</w:t>
      </w:r>
      <w:proofErr w:type="spellEnd"/>
      <w:r>
        <w:t>”.</w:t>
      </w:r>
    </w:p>
    <w:p w14:paraId="0FB721BD" w14:textId="77777777" w:rsidR="00174BA8" w:rsidRDefault="004B19AF" w:rsidP="00174BA8">
      <w:pPr>
        <w:pStyle w:val="Akapitzlist"/>
        <w:numPr>
          <w:ilvl w:val="0"/>
          <w:numId w:val="11"/>
        </w:numPr>
        <w:spacing w:after="0"/>
      </w:pPr>
      <w:proofErr w:type="spellStart"/>
      <w:r>
        <w:t>Ćwiczenia</w:t>
      </w:r>
      <w:proofErr w:type="spellEnd"/>
      <w:r>
        <w:t xml:space="preserve"> </w:t>
      </w:r>
      <w:proofErr w:type="spellStart"/>
      <w:r>
        <w:t>gimnastyki</w:t>
      </w:r>
      <w:proofErr w:type="spellEnd"/>
      <w:r>
        <w:t xml:space="preserve"> </w:t>
      </w:r>
      <w:proofErr w:type="spellStart"/>
      <w:r>
        <w:t>korekcyjnej</w:t>
      </w:r>
      <w:proofErr w:type="spellEnd"/>
      <w:r>
        <w:t xml:space="preserve"> – </w:t>
      </w:r>
      <w:proofErr w:type="spellStart"/>
      <w:r>
        <w:t>rozpoczęcie</w:t>
      </w:r>
      <w:proofErr w:type="spellEnd"/>
      <w:r>
        <w:t xml:space="preserve"> </w:t>
      </w:r>
      <w:proofErr w:type="spellStart"/>
      <w:r>
        <w:t>cyklu</w:t>
      </w:r>
      <w:proofErr w:type="spellEnd"/>
      <w:r>
        <w:t>.</w:t>
      </w:r>
    </w:p>
    <w:p w14:paraId="751C94B2" w14:textId="77777777" w:rsidR="00174BA8" w:rsidRDefault="00174BA8" w:rsidP="00174BA8">
      <w:pPr>
        <w:pStyle w:val="Akapitzlist"/>
        <w:numPr>
          <w:ilvl w:val="0"/>
          <w:numId w:val="11"/>
        </w:numPr>
        <w:spacing w:after="0"/>
      </w:pPr>
      <w:proofErr w:type="spellStart"/>
      <w:r>
        <w:t>Zabawy</w:t>
      </w:r>
      <w:proofErr w:type="spellEnd"/>
      <w:r>
        <w:t xml:space="preserve"> </w:t>
      </w:r>
      <w:proofErr w:type="spellStart"/>
      <w:r>
        <w:t>matematyczne</w:t>
      </w:r>
      <w:proofErr w:type="spellEnd"/>
      <w:r>
        <w:t xml:space="preserve"> – „</w:t>
      </w:r>
      <w:proofErr w:type="spellStart"/>
      <w:r>
        <w:t>Liczymy</w:t>
      </w:r>
      <w:proofErr w:type="spellEnd"/>
      <w:r>
        <w:t xml:space="preserve"> </w:t>
      </w:r>
      <w:proofErr w:type="spellStart"/>
      <w:r>
        <w:t>liście</w:t>
      </w:r>
      <w:proofErr w:type="spellEnd"/>
      <w:r>
        <w:t xml:space="preserve">”, </w:t>
      </w:r>
      <w:proofErr w:type="spellStart"/>
      <w:r>
        <w:t>Innowacja</w:t>
      </w:r>
      <w:proofErr w:type="spellEnd"/>
      <w:r>
        <w:t xml:space="preserve"> </w:t>
      </w:r>
      <w:proofErr w:type="spellStart"/>
      <w:r>
        <w:t>pedagogiczna</w:t>
      </w:r>
      <w:proofErr w:type="spellEnd"/>
      <w:r>
        <w:t xml:space="preserve"> “</w:t>
      </w:r>
      <w:proofErr w:type="spellStart"/>
      <w:r>
        <w:t>Jesienne</w:t>
      </w:r>
      <w:proofErr w:type="spellEnd"/>
      <w:r>
        <w:t xml:space="preserve"> </w:t>
      </w:r>
      <w:proofErr w:type="spellStart"/>
      <w:r>
        <w:t>inspiracje-odkrywam</w:t>
      </w:r>
      <w:proofErr w:type="spellEnd"/>
      <w:r>
        <w:t xml:space="preserve">, </w:t>
      </w:r>
      <w:proofErr w:type="spellStart"/>
      <w:r>
        <w:t>tworzę</w:t>
      </w:r>
      <w:proofErr w:type="spellEnd"/>
      <w:r>
        <w:t xml:space="preserve">, </w:t>
      </w:r>
      <w:proofErr w:type="spellStart"/>
      <w:r>
        <w:t>doświadczam</w:t>
      </w:r>
      <w:proofErr w:type="spellEnd"/>
      <w:r>
        <w:t>”</w:t>
      </w:r>
    </w:p>
    <w:p w14:paraId="21BA0C92" w14:textId="778C1683" w:rsidR="00084638" w:rsidRDefault="00084638" w:rsidP="00174BA8">
      <w:pPr>
        <w:pStyle w:val="Akapitzlist"/>
        <w:numPr>
          <w:ilvl w:val="0"/>
          <w:numId w:val="11"/>
        </w:numPr>
        <w:spacing w:after="0"/>
      </w:pPr>
      <w:proofErr w:type="spellStart"/>
      <w:r>
        <w:t>Innowacja</w:t>
      </w:r>
      <w:proofErr w:type="spellEnd"/>
      <w:r>
        <w:t xml:space="preserve"> </w:t>
      </w:r>
      <w:proofErr w:type="spellStart"/>
      <w:r>
        <w:t>pedagogiczna</w:t>
      </w:r>
      <w:proofErr w:type="spellEnd"/>
      <w:r>
        <w:t xml:space="preserve"> “ W </w:t>
      </w:r>
      <w:proofErr w:type="spellStart"/>
      <w:r>
        <w:t>świecie</w:t>
      </w:r>
      <w:proofErr w:type="spellEnd"/>
      <w:r>
        <w:t xml:space="preserve"> </w:t>
      </w:r>
      <w:proofErr w:type="spellStart"/>
      <w:r>
        <w:t>eksperymentów</w:t>
      </w:r>
      <w:proofErr w:type="spellEnd"/>
      <w:r>
        <w:t>”</w:t>
      </w:r>
    </w:p>
    <w:p w14:paraId="009C399E" w14:textId="77777777" w:rsidR="004B19AF" w:rsidRDefault="004B19AF" w:rsidP="00174BA8">
      <w:pPr>
        <w:spacing w:after="0"/>
      </w:pPr>
    </w:p>
    <w:p w14:paraId="72144F2C" w14:textId="77777777" w:rsidR="00174BA8" w:rsidRDefault="00174BA8" w:rsidP="00174BA8">
      <w:pPr>
        <w:spacing w:after="0"/>
      </w:pPr>
    </w:p>
    <w:p w14:paraId="1997F396" w14:textId="77777777" w:rsidR="00174BA8" w:rsidRDefault="004B19AF" w:rsidP="00174BA8">
      <w:pPr>
        <w:spacing w:after="0"/>
      </w:pPr>
      <w:proofErr w:type="spellStart"/>
      <w:r>
        <w:t>Listopad</w:t>
      </w:r>
      <w:proofErr w:type="spellEnd"/>
    </w:p>
    <w:p w14:paraId="2F56E0AB" w14:textId="77777777" w:rsidR="00174BA8" w:rsidRDefault="004B19AF" w:rsidP="00174BA8">
      <w:pPr>
        <w:pStyle w:val="Akapitzlist"/>
        <w:numPr>
          <w:ilvl w:val="0"/>
          <w:numId w:val="12"/>
        </w:numPr>
        <w:spacing w:after="0"/>
      </w:pPr>
      <w:proofErr w:type="spellStart"/>
      <w:r>
        <w:t>Obchody</w:t>
      </w:r>
      <w:proofErr w:type="spellEnd"/>
      <w:r>
        <w:t xml:space="preserve"> </w:t>
      </w:r>
      <w:proofErr w:type="spellStart"/>
      <w:r>
        <w:t>Święta</w:t>
      </w:r>
      <w:proofErr w:type="spellEnd"/>
      <w:r>
        <w:t xml:space="preserve"> </w:t>
      </w:r>
      <w:proofErr w:type="spellStart"/>
      <w:r>
        <w:t>Niepodległości</w:t>
      </w:r>
      <w:proofErr w:type="spellEnd"/>
      <w:r>
        <w:t xml:space="preserve"> – </w:t>
      </w:r>
      <w:proofErr w:type="spellStart"/>
      <w:r>
        <w:t>uroczystość</w:t>
      </w:r>
      <w:proofErr w:type="spellEnd"/>
      <w:r>
        <w:t xml:space="preserve"> </w:t>
      </w:r>
      <w:proofErr w:type="spellStart"/>
      <w:r>
        <w:t>patriotyczna</w:t>
      </w:r>
      <w:proofErr w:type="spellEnd"/>
      <w:r>
        <w:t>.</w:t>
      </w:r>
    </w:p>
    <w:p w14:paraId="5CFCF13A" w14:textId="36C25440" w:rsidR="001D7F39" w:rsidRDefault="001D7F39" w:rsidP="00174BA8">
      <w:pPr>
        <w:pStyle w:val="Akapitzlist"/>
        <w:numPr>
          <w:ilvl w:val="0"/>
          <w:numId w:val="12"/>
        </w:numPr>
        <w:spacing w:after="0"/>
      </w:pPr>
      <w:proofErr w:type="spellStart"/>
      <w:r w:rsidRPr="001D7F39">
        <w:t>Konkurs</w:t>
      </w:r>
      <w:proofErr w:type="spellEnd"/>
      <w:r w:rsidRPr="001D7F39">
        <w:t xml:space="preserve"> </w:t>
      </w:r>
      <w:proofErr w:type="spellStart"/>
      <w:r w:rsidRPr="001D7F39">
        <w:t>plastyczny</w:t>
      </w:r>
      <w:proofErr w:type="spellEnd"/>
      <w:r>
        <w:t>: “</w:t>
      </w:r>
      <w:proofErr w:type="spellStart"/>
      <w:r>
        <w:t>Jesienny</w:t>
      </w:r>
      <w:proofErr w:type="spellEnd"/>
      <w:r>
        <w:t xml:space="preserve"> </w:t>
      </w:r>
      <w:proofErr w:type="spellStart"/>
      <w:r w:rsidR="00084638">
        <w:t>zwierz</w:t>
      </w:r>
      <w:proofErr w:type="spellEnd"/>
      <w:r w:rsidR="000F2233">
        <w:t>”</w:t>
      </w:r>
    </w:p>
    <w:p w14:paraId="749774BF" w14:textId="77777777" w:rsidR="004B19AF" w:rsidRDefault="004B19AF" w:rsidP="00174BA8">
      <w:pPr>
        <w:spacing w:after="0"/>
      </w:pPr>
    </w:p>
    <w:p w14:paraId="7F514C7A" w14:textId="382A2D81" w:rsidR="004B19AF" w:rsidRDefault="004B19AF" w:rsidP="00174BA8">
      <w:pPr>
        <w:spacing w:after="0"/>
      </w:pPr>
      <w:proofErr w:type="spellStart"/>
      <w:r>
        <w:t>Grudzie</w:t>
      </w:r>
      <w:r w:rsidR="00174BA8">
        <w:t>ń</w:t>
      </w:r>
      <w:proofErr w:type="spellEnd"/>
    </w:p>
    <w:p w14:paraId="77C717B7" w14:textId="77777777" w:rsidR="00174BA8" w:rsidRDefault="004B19AF" w:rsidP="00174BA8">
      <w:pPr>
        <w:pStyle w:val="Akapitzlist"/>
        <w:numPr>
          <w:ilvl w:val="0"/>
          <w:numId w:val="13"/>
        </w:numPr>
        <w:spacing w:after="0"/>
      </w:pPr>
      <w:proofErr w:type="spellStart"/>
      <w:r>
        <w:t>Zajęcia</w:t>
      </w:r>
      <w:proofErr w:type="spellEnd"/>
      <w:r>
        <w:t xml:space="preserve"> </w:t>
      </w:r>
      <w:proofErr w:type="spellStart"/>
      <w:r>
        <w:t>muzyczno-teatralne</w:t>
      </w:r>
      <w:proofErr w:type="spellEnd"/>
      <w:r>
        <w:t xml:space="preserve"> – </w:t>
      </w:r>
      <w:proofErr w:type="spellStart"/>
      <w:r>
        <w:t>wspierające</w:t>
      </w:r>
      <w:proofErr w:type="spellEnd"/>
      <w:r>
        <w:t xml:space="preserve"> </w:t>
      </w:r>
      <w:proofErr w:type="spellStart"/>
      <w:r>
        <w:t>rozwój</w:t>
      </w:r>
      <w:proofErr w:type="spellEnd"/>
      <w:r>
        <w:t xml:space="preserve"> </w:t>
      </w:r>
      <w:proofErr w:type="spellStart"/>
      <w:r>
        <w:t>emocjonalny</w:t>
      </w:r>
      <w:proofErr w:type="spellEnd"/>
      <w:r>
        <w:t>.</w:t>
      </w:r>
    </w:p>
    <w:p w14:paraId="4FAB8AE8" w14:textId="77777777" w:rsidR="00174BA8" w:rsidRDefault="004B19AF" w:rsidP="00174BA8">
      <w:pPr>
        <w:pStyle w:val="Akapitzlist"/>
        <w:numPr>
          <w:ilvl w:val="0"/>
          <w:numId w:val="13"/>
        </w:numPr>
        <w:spacing w:after="0"/>
      </w:pPr>
      <w:proofErr w:type="spellStart"/>
      <w:r>
        <w:t>Akcja</w:t>
      </w:r>
      <w:proofErr w:type="spellEnd"/>
      <w:r>
        <w:t xml:space="preserve"> </w:t>
      </w:r>
      <w:proofErr w:type="spellStart"/>
      <w:r>
        <w:t>charytatywna</w:t>
      </w:r>
      <w:proofErr w:type="spellEnd"/>
      <w:r>
        <w:t xml:space="preserve"> „</w:t>
      </w:r>
      <w:r w:rsidR="00174BA8">
        <w:t xml:space="preserve">Góra </w:t>
      </w:r>
      <w:proofErr w:type="spellStart"/>
      <w:r w:rsidR="00174BA8">
        <w:t>grosza</w:t>
      </w:r>
      <w:proofErr w:type="spellEnd"/>
      <w:r>
        <w:t>”.</w:t>
      </w:r>
    </w:p>
    <w:p w14:paraId="5B11699C" w14:textId="15894F15" w:rsidR="004B19AF" w:rsidRDefault="004B19AF" w:rsidP="00174BA8">
      <w:pPr>
        <w:pStyle w:val="Akapitzlist"/>
        <w:numPr>
          <w:ilvl w:val="0"/>
          <w:numId w:val="13"/>
        </w:numPr>
        <w:spacing w:after="0"/>
      </w:pPr>
      <w:proofErr w:type="spellStart"/>
      <w:r>
        <w:t>Zabawy</w:t>
      </w:r>
      <w:proofErr w:type="spellEnd"/>
      <w:r>
        <w:t xml:space="preserve"> </w:t>
      </w:r>
      <w:proofErr w:type="spellStart"/>
      <w:r>
        <w:t>logiczne</w:t>
      </w:r>
      <w:proofErr w:type="spellEnd"/>
      <w:r>
        <w:t xml:space="preserve"> – </w:t>
      </w:r>
      <w:proofErr w:type="spellStart"/>
      <w:r>
        <w:t>gry</w:t>
      </w:r>
      <w:proofErr w:type="spellEnd"/>
      <w:r>
        <w:t xml:space="preserve"> </w:t>
      </w:r>
      <w:proofErr w:type="spellStart"/>
      <w:r>
        <w:t>planszowe</w:t>
      </w:r>
      <w:proofErr w:type="spellEnd"/>
      <w:r>
        <w:t xml:space="preserve"> w </w:t>
      </w:r>
      <w:proofErr w:type="spellStart"/>
      <w:r>
        <w:t>ramach</w:t>
      </w:r>
      <w:proofErr w:type="spellEnd"/>
      <w:r>
        <w:t xml:space="preserve"> </w:t>
      </w:r>
      <w:proofErr w:type="spellStart"/>
      <w:r>
        <w:t>zajęć</w:t>
      </w:r>
      <w:proofErr w:type="spellEnd"/>
      <w:r>
        <w:t xml:space="preserve"> </w:t>
      </w:r>
      <w:proofErr w:type="spellStart"/>
      <w:r>
        <w:t>świątecznych</w:t>
      </w:r>
      <w:proofErr w:type="spellEnd"/>
      <w:r>
        <w:t>.</w:t>
      </w:r>
    </w:p>
    <w:p w14:paraId="718B3868" w14:textId="0637AA6B" w:rsidR="000F2233" w:rsidRDefault="000F2233" w:rsidP="00174BA8">
      <w:pPr>
        <w:pStyle w:val="Akapitzlist"/>
        <w:numPr>
          <w:ilvl w:val="0"/>
          <w:numId w:val="13"/>
        </w:numPr>
        <w:spacing w:after="0"/>
      </w:pPr>
      <w:proofErr w:type="spellStart"/>
      <w:r w:rsidRPr="000F2233">
        <w:t>Warsztaty</w:t>
      </w:r>
      <w:proofErr w:type="spellEnd"/>
      <w:r w:rsidRPr="000F2233">
        <w:t xml:space="preserve"> </w:t>
      </w:r>
      <w:proofErr w:type="spellStart"/>
      <w:r w:rsidRPr="000F2233">
        <w:t>świąteczne</w:t>
      </w:r>
      <w:proofErr w:type="spellEnd"/>
      <w:r w:rsidRPr="000F2233">
        <w:t xml:space="preserve"> z </w:t>
      </w:r>
      <w:proofErr w:type="spellStart"/>
      <w:r w:rsidRPr="000F2233">
        <w:t>rodzicami</w:t>
      </w:r>
      <w:proofErr w:type="spellEnd"/>
      <w:r w:rsidRPr="000F2233">
        <w:t xml:space="preserve"> – </w:t>
      </w:r>
      <w:proofErr w:type="spellStart"/>
      <w:r w:rsidRPr="000F2233">
        <w:t>dekorowanie</w:t>
      </w:r>
      <w:proofErr w:type="spellEnd"/>
      <w:r w:rsidRPr="000F2233">
        <w:t xml:space="preserve"> </w:t>
      </w:r>
      <w:proofErr w:type="spellStart"/>
      <w:r w:rsidRPr="000F2233">
        <w:t>pierników</w:t>
      </w:r>
      <w:proofErr w:type="spellEnd"/>
      <w:r w:rsidRPr="000F2233">
        <w:t>.</w:t>
      </w:r>
    </w:p>
    <w:p w14:paraId="460D613C" w14:textId="77777777" w:rsidR="004B19AF" w:rsidRDefault="004B19AF" w:rsidP="00174BA8">
      <w:pPr>
        <w:spacing w:after="0"/>
      </w:pPr>
    </w:p>
    <w:p w14:paraId="73780CE2" w14:textId="77777777" w:rsidR="00174BA8" w:rsidRDefault="004B19AF" w:rsidP="00174BA8">
      <w:pPr>
        <w:spacing w:after="0"/>
      </w:pPr>
      <w:proofErr w:type="spellStart"/>
      <w:r>
        <w:t>Styczeń</w:t>
      </w:r>
      <w:proofErr w:type="spellEnd"/>
    </w:p>
    <w:p w14:paraId="37B74996" w14:textId="452FEBF8" w:rsidR="004B19AF" w:rsidRDefault="004B19AF" w:rsidP="00174BA8">
      <w:pPr>
        <w:pStyle w:val="Akapitzlist"/>
        <w:numPr>
          <w:ilvl w:val="0"/>
          <w:numId w:val="14"/>
        </w:numPr>
        <w:spacing w:after="0"/>
      </w:pPr>
      <w:proofErr w:type="spellStart"/>
      <w:r>
        <w:t>Obchody</w:t>
      </w:r>
      <w:proofErr w:type="spellEnd"/>
      <w:r>
        <w:t xml:space="preserve"> </w:t>
      </w:r>
      <w:proofErr w:type="spellStart"/>
      <w:r>
        <w:t>Dnia</w:t>
      </w:r>
      <w:proofErr w:type="spellEnd"/>
      <w:r>
        <w:t xml:space="preserve"> </w:t>
      </w:r>
      <w:proofErr w:type="spellStart"/>
      <w:r>
        <w:t>Babci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Dziadka</w:t>
      </w:r>
      <w:proofErr w:type="spellEnd"/>
      <w:r>
        <w:t>.</w:t>
      </w:r>
    </w:p>
    <w:p w14:paraId="35ABE183" w14:textId="6B560EEE" w:rsidR="001D7F39" w:rsidRDefault="001D7F39" w:rsidP="00174BA8">
      <w:pPr>
        <w:pStyle w:val="Akapitzlist"/>
        <w:numPr>
          <w:ilvl w:val="0"/>
          <w:numId w:val="14"/>
        </w:numPr>
        <w:spacing w:after="0"/>
      </w:pPr>
      <w:proofErr w:type="spellStart"/>
      <w:r>
        <w:t>Choinka</w:t>
      </w:r>
      <w:proofErr w:type="spellEnd"/>
      <w:r>
        <w:t xml:space="preserve"> </w:t>
      </w:r>
      <w:proofErr w:type="spellStart"/>
      <w:r>
        <w:t>szkolna</w:t>
      </w:r>
      <w:proofErr w:type="spellEnd"/>
      <w:r>
        <w:t xml:space="preserve">- </w:t>
      </w:r>
      <w:proofErr w:type="spellStart"/>
      <w:r>
        <w:t>integracja</w:t>
      </w:r>
      <w:proofErr w:type="spellEnd"/>
      <w:r>
        <w:t xml:space="preserve"> </w:t>
      </w:r>
      <w:proofErr w:type="spellStart"/>
      <w:r>
        <w:t>grup</w:t>
      </w:r>
      <w:proofErr w:type="spellEnd"/>
    </w:p>
    <w:p w14:paraId="0D8EDA89" w14:textId="77777777" w:rsidR="004B19AF" w:rsidRDefault="004B19AF" w:rsidP="00174BA8">
      <w:pPr>
        <w:spacing w:after="0"/>
      </w:pPr>
    </w:p>
    <w:p w14:paraId="65D05404" w14:textId="5F87B9EB" w:rsidR="004B19AF" w:rsidRDefault="004B19AF" w:rsidP="00174BA8">
      <w:pPr>
        <w:spacing w:after="0"/>
      </w:pPr>
      <w:proofErr w:type="spellStart"/>
      <w:r>
        <w:t>Luty</w:t>
      </w:r>
      <w:proofErr w:type="spellEnd"/>
    </w:p>
    <w:p w14:paraId="04340B27" w14:textId="45AD987B" w:rsidR="004B19AF" w:rsidRDefault="004B19AF" w:rsidP="001D7F39">
      <w:pPr>
        <w:pStyle w:val="Akapitzlist"/>
        <w:numPr>
          <w:ilvl w:val="0"/>
          <w:numId w:val="16"/>
        </w:numPr>
        <w:spacing w:after="0"/>
      </w:pPr>
      <w:proofErr w:type="spellStart"/>
      <w:r>
        <w:t>Zajęcia</w:t>
      </w:r>
      <w:proofErr w:type="spellEnd"/>
      <w:r>
        <w:t xml:space="preserve"> </w:t>
      </w:r>
      <w:proofErr w:type="spellStart"/>
      <w:r>
        <w:t>matematyczne</w:t>
      </w:r>
      <w:proofErr w:type="spellEnd"/>
      <w:r>
        <w:t xml:space="preserve"> – „</w:t>
      </w:r>
      <w:proofErr w:type="spellStart"/>
      <w:r>
        <w:t>Figury</w:t>
      </w:r>
      <w:proofErr w:type="spellEnd"/>
      <w:r>
        <w:t xml:space="preserve"> w </w:t>
      </w:r>
      <w:proofErr w:type="spellStart"/>
      <w:r>
        <w:t>otoczeniu</w:t>
      </w:r>
      <w:proofErr w:type="spellEnd"/>
      <w:r>
        <w:t xml:space="preserve"> </w:t>
      </w:r>
      <w:proofErr w:type="spellStart"/>
      <w:r>
        <w:t>dziecka</w:t>
      </w:r>
      <w:proofErr w:type="spellEnd"/>
      <w:r>
        <w:t>”.</w:t>
      </w:r>
    </w:p>
    <w:p w14:paraId="7322E3AE" w14:textId="0BB53FB9" w:rsidR="001D7F39" w:rsidRDefault="000F2233" w:rsidP="001D7F39">
      <w:pPr>
        <w:pStyle w:val="Akapitzlist"/>
        <w:numPr>
          <w:ilvl w:val="0"/>
          <w:numId w:val="16"/>
        </w:numPr>
        <w:spacing w:after="0"/>
      </w:pPr>
      <w:r w:rsidRPr="000F2233">
        <w:t>„</w:t>
      </w:r>
      <w:proofErr w:type="spellStart"/>
      <w:r w:rsidRPr="000F2233">
        <w:t>Zabawy</w:t>
      </w:r>
      <w:proofErr w:type="spellEnd"/>
      <w:r w:rsidRPr="000F2233">
        <w:t xml:space="preserve"> </w:t>
      </w:r>
      <w:proofErr w:type="spellStart"/>
      <w:r w:rsidRPr="000F2233">
        <w:t>na</w:t>
      </w:r>
      <w:proofErr w:type="spellEnd"/>
      <w:r w:rsidRPr="000F2233">
        <w:t xml:space="preserve"> </w:t>
      </w:r>
      <w:proofErr w:type="spellStart"/>
      <w:r w:rsidRPr="000F2233">
        <w:t>śniegu</w:t>
      </w:r>
      <w:proofErr w:type="spellEnd"/>
      <w:r w:rsidRPr="000F2233">
        <w:t xml:space="preserve">” – sporty </w:t>
      </w:r>
      <w:proofErr w:type="spellStart"/>
      <w:r w:rsidRPr="000F2233">
        <w:t>zimowe</w:t>
      </w:r>
      <w:proofErr w:type="spellEnd"/>
      <w:r w:rsidRPr="000F2233">
        <w:t xml:space="preserve"> w </w:t>
      </w:r>
      <w:proofErr w:type="spellStart"/>
      <w:r w:rsidRPr="000F2233">
        <w:t>przedszkolnym</w:t>
      </w:r>
      <w:proofErr w:type="spellEnd"/>
      <w:r w:rsidRPr="000F2233">
        <w:t xml:space="preserve"> </w:t>
      </w:r>
      <w:proofErr w:type="spellStart"/>
      <w:r w:rsidRPr="000F2233">
        <w:t>ogrodzie</w:t>
      </w:r>
      <w:proofErr w:type="spellEnd"/>
      <w:r w:rsidRPr="000F2233">
        <w:t>.</w:t>
      </w:r>
    </w:p>
    <w:p w14:paraId="5B9C87A5" w14:textId="77777777" w:rsidR="004B19AF" w:rsidRDefault="004B19AF" w:rsidP="00174BA8">
      <w:pPr>
        <w:spacing w:after="0"/>
      </w:pPr>
    </w:p>
    <w:p w14:paraId="6A9F50B6" w14:textId="56AED244" w:rsidR="004B19AF" w:rsidRDefault="004B19AF" w:rsidP="00174BA8">
      <w:pPr>
        <w:spacing w:after="0"/>
      </w:pPr>
      <w:proofErr w:type="spellStart"/>
      <w:r>
        <w:t>Marzec</w:t>
      </w:r>
      <w:proofErr w:type="spellEnd"/>
    </w:p>
    <w:p w14:paraId="74450780" w14:textId="1ADB33EC" w:rsidR="004B19AF" w:rsidRDefault="004B19AF" w:rsidP="001D7F39">
      <w:pPr>
        <w:pStyle w:val="Akapitzlist"/>
        <w:numPr>
          <w:ilvl w:val="0"/>
          <w:numId w:val="17"/>
        </w:numPr>
        <w:spacing w:after="0"/>
      </w:pPr>
      <w:proofErr w:type="spellStart"/>
      <w:r>
        <w:t>Zajęcia</w:t>
      </w:r>
      <w:proofErr w:type="spellEnd"/>
      <w:r>
        <w:t xml:space="preserve"> </w:t>
      </w:r>
      <w:proofErr w:type="spellStart"/>
      <w:r>
        <w:t>ekologiczne</w:t>
      </w:r>
      <w:proofErr w:type="spellEnd"/>
      <w:r>
        <w:t xml:space="preserve"> – „</w:t>
      </w:r>
      <w:proofErr w:type="spellStart"/>
      <w:r>
        <w:t>Pierwsze</w:t>
      </w:r>
      <w:proofErr w:type="spellEnd"/>
      <w:r>
        <w:t xml:space="preserve"> </w:t>
      </w:r>
      <w:proofErr w:type="spellStart"/>
      <w:r>
        <w:t>oznaki</w:t>
      </w:r>
      <w:proofErr w:type="spellEnd"/>
      <w:r>
        <w:t xml:space="preserve"> </w:t>
      </w:r>
      <w:proofErr w:type="spellStart"/>
      <w:r>
        <w:t>wiosny</w:t>
      </w:r>
      <w:proofErr w:type="spellEnd"/>
      <w:r>
        <w:t>”.</w:t>
      </w:r>
    </w:p>
    <w:p w14:paraId="7B8194CD" w14:textId="683D1957" w:rsidR="000F2233" w:rsidRDefault="000F2233" w:rsidP="001D7F39">
      <w:pPr>
        <w:pStyle w:val="Akapitzlist"/>
        <w:numPr>
          <w:ilvl w:val="0"/>
          <w:numId w:val="17"/>
        </w:numPr>
        <w:spacing w:after="0"/>
      </w:pPr>
      <w:proofErr w:type="spellStart"/>
      <w:r w:rsidRPr="000F2233">
        <w:t>Obchody</w:t>
      </w:r>
      <w:proofErr w:type="spellEnd"/>
      <w:r w:rsidRPr="000F2233">
        <w:t xml:space="preserve"> </w:t>
      </w:r>
      <w:proofErr w:type="spellStart"/>
      <w:r w:rsidRPr="000F2233">
        <w:t>Pierwszego</w:t>
      </w:r>
      <w:proofErr w:type="spellEnd"/>
      <w:r w:rsidRPr="000F2233">
        <w:t xml:space="preserve"> </w:t>
      </w:r>
      <w:proofErr w:type="spellStart"/>
      <w:r w:rsidRPr="000F2233">
        <w:t>Dnia</w:t>
      </w:r>
      <w:proofErr w:type="spellEnd"/>
      <w:r w:rsidRPr="000F2233">
        <w:t xml:space="preserve"> </w:t>
      </w:r>
      <w:proofErr w:type="spellStart"/>
      <w:r w:rsidRPr="000F2233">
        <w:t>Wiosny</w:t>
      </w:r>
      <w:proofErr w:type="spellEnd"/>
      <w:r w:rsidRPr="000F2233">
        <w:t xml:space="preserve"> – „</w:t>
      </w:r>
      <w:proofErr w:type="spellStart"/>
      <w:r w:rsidRPr="000F2233">
        <w:t>Wiosenny</w:t>
      </w:r>
      <w:proofErr w:type="spellEnd"/>
      <w:r w:rsidRPr="000F2233">
        <w:t xml:space="preserve"> </w:t>
      </w:r>
      <w:proofErr w:type="spellStart"/>
      <w:r w:rsidRPr="000F2233">
        <w:t>korowód</w:t>
      </w:r>
      <w:proofErr w:type="spellEnd"/>
      <w:r w:rsidRPr="000F2233">
        <w:t>”.</w:t>
      </w:r>
    </w:p>
    <w:p w14:paraId="31A332D6" w14:textId="07BA5749" w:rsidR="004B19AF" w:rsidRDefault="004B19AF" w:rsidP="00174BA8">
      <w:pPr>
        <w:spacing w:after="0"/>
      </w:pPr>
    </w:p>
    <w:p w14:paraId="5CE1F9EE" w14:textId="77777777" w:rsidR="004B19AF" w:rsidRDefault="004B19AF" w:rsidP="00174BA8">
      <w:pPr>
        <w:spacing w:after="0"/>
      </w:pPr>
    </w:p>
    <w:p w14:paraId="643E1685" w14:textId="77777777" w:rsidR="004B19AF" w:rsidRDefault="004B19AF" w:rsidP="00174BA8">
      <w:pPr>
        <w:spacing w:after="0"/>
      </w:pPr>
      <w:proofErr w:type="spellStart"/>
      <w:r>
        <w:t>Kwiecień</w:t>
      </w:r>
      <w:proofErr w:type="spellEnd"/>
    </w:p>
    <w:p w14:paraId="332C0B07" w14:textId="77777777" w:rsidR="001D7F39" w:rsidRDefault="004B19AF" w:rsidP="00174BA8">
      <w:pPr>
        <w:pStyle w:val="Akapitzlist"/>
        <w:numPr>
          <w:ilvl w:val="0"/>
          <w:numId w:val="18"/>
        </w:numPr>
        <w:spacing w:after="0"/>
      </w:pPr>
      <w:proofErr w:type="spellStart"/>
      <w:r>
        <w:t>Obchody</w:t>
      </w:r>
      <w:proofErr w:type="spellEnd"/>
      <w:r>
        <w:t xml:space="preserve"> </w:t>
      </w:r>
      <w:proofErr w:type="spellStart"/>
      <w:r>
        <w:t>Dnia</w:t>
      </w:r>
      <w:proofErr w:type="spellEnd"/>
      <w:r>
        <w:t xml:space="preserve"> </w:t>
      </w:r>
      <w:proofErr w:type="spellStart"/>
      <w:r>
        <w:t>Ziemi</w:t>
      </w:r>
      <w:proofErr w:type="spellEnd"/>
      <w:r>
        <w:t xml:space="preserve"> – </w:t>
      </w:r>
      <w:proofErr w:type="spellStart"/>
      <w:r>
        <w:t>sadzenie</w:t>
      </w:r>
      <w:proofErr w:type="spellEnd"/>
      <w:r>
        <w:t xml:space="preserve"> </w:t>
      </w:r>
      <w:proofErr w:type="spellStart"/>
      <w:r>
        <w:t>drzewek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sprzątanie</w:t>
      </w:r>
      <w:proofErr w:type="spellEnd"/>
      <w:r>
        <w:t xml:space="preserve"> </w:t>
      </w:r>
      <w:proofErr w:type="spellStart"/>
      <w:r>
        <w:t>terenu</w:t>
      </w:r>
      <w:proofErr w:type="spellEnd"/>
      <w:r>
        <w:t xml:space="preserve"> </w:t>
      </w:r>
      <w:proofErr w:type="spellStart"/>
      <w:r>
        <w:t>wokół</w:t>
      </w:r>
      <w:proofErr w:type="spellEnd"/>
      <w:r>
        <w:t xml:space="preserve"> </w:t>
      </w:r>
      <w:proofErr w:type="spellStart"/>
      <w:r>
        <w:t>przedszkola</w:t>
      </w:r>
      <w:proofErr w:type="spellEnd"/>
      <w:r>
        <w:t>.</w:t>
      </w:r>
    </w:p>
    <w:p w14:paraId="0762EB79" w14:textId="327AFC41" w:rsidR="004B19AF" w:rsidRDefault="004B19AF" w:rsidP="00174BA8">
      <w:pPr>
        <w:pStyle w:val="Akapitzlist"/>
        <w:numPr>
          <w:ilvl w:val="0"/>
          <w:numId w:val="18"/>
        </w:numPr>
        <w:spacing w:after="0"/>
      </w:pPr>
      <w:proofErr w:type="spellStart"/>
      <w:r>
        <w:t>Zajęcia</w:t>
      </w:r>
      <w:proofErr w:type="spellEnd"/>
      <w:r>
        <w:t xml:space="preserve"> </w:t>
      </w:r>
      <w:proofErr w:type="spellStart"/>
      <w:r>
        <w:t>eksperymentalne</w:t>
      </w:r>
      <w:proofErr w:type="spellEnd"/>
      <w:r>
        <w:t xml:space="preserve"> – </w:t>
      </w:r>
      <w:proofErr w:type="spellStart"/>
      <w:r>
        <w:t>proste</w:t>
      </w:r>
      <w:proofErr w:type="spellEnd"/>
      <w:r>
        <w:t xml:space="preserve"> </w:t>
      </w:r>
      <w:proofErr w:type="spellStart"/>
      <w:r>
        <w:t>doświadczenia</w:t>
      </w:r>
      <w:proofErr w:type="spellEnd"/>
      <w:r>
        <w:t xml:space="preserve"> </w:t>
      </w:r>
      <w:proofErr w:type="spellStart"/>
      <w:r>
        <w:t>przyrodnicze</w:t>
      </w:r>
      <w:proofErr w:type="spellEnd"/>
      <w:r>
        <w:t>.</w:t>
      </w:r>
    </w:p>
    <w:p w14:paraId="330CAD01" w14:textId="13B04CC9" w:rsidR="004B19AF" w:rsidRDefault="004B19AF" w:rsidP="00174BA8">
      <w:pPr>
        <w:spacing w:after="0"/>
      </w:pPr>
    </w:p>
    <w:p w14:paraId="0855D3D0" w14:textId="77777777" w:rsidR="004B19AF" w:rsidRDefault="004B19AF" w:rsidP="00174BA8">
      <w:pPr>
        <w:spacing w:after="0"/>
      </w:pPr>
    </w:p>
    <w:p w14:paraId="5FAB7ADF" w14:textId="77777777" w:rsidR="004B19AF" w:rsidRDefault="004B19AF" w:rsidP="00174BA8">
      <w:pPr>
        <w:spacing w:after="0"/>
      </w:pPr>
      <w:r>
        <w:t>Maj</w:t>
      </w:r>
    </w:p>
    <w:p w14:paraId="18ED68E2" w14:textId="2167809E" w:rsidR="004B19AF" w:rsidRDefault="004B19AF" w:rsidP="001D7F39">
      <w:pPr>
        <w:pStyle w:val="Akapitzlist"/>
        <w:numPr>
          <w:ilvl w:val="0"/>
          <w:numId w:val="19"/>
        </w:numPr>
        <w:spacing w:after="0"/>
      </w:pPr>
      <w:proofErr w:type="spellStart"/>
      <w:r>
        <w:t>Zajęcia</w:t>
      </w:r>
      <w:proofErr w:type="spellEnd"/>
      <w:r>
        <w:t xml:space="preserve"> </w:t>
      </w:r>
      <w:proofErr w:type="spellStart"/>
      <w:r>
        <w:t>matematyczne</w:t>
      </w:r>
      <w:proofErr w:type="spellEnd"/>
      <w:r>
        <w:t xml:space="preserve"> – „</w:t>
      </w:r>
      <w:proofErr w:type="spellStart"/>
      <w:r>
        <w:t>Matematyka</w:t>
      </w:r>
      <w:proofErr w:type="spellEnd"/>
      <w:r>
        <w:t xml:space="preserve"> w </w:t>
      </w:r>
      <w:proofErr w:type="spellStart"/>
      <w:r>
        <w:t>ogrodzie</w:t>
      </w:r>
      <w:proofErr w:type="spellEnd"/>
      <w:r>
        <w:t>” (</w:t>
      </w:r>
      <w:proofErr w:type="spellStart"/>
      <w:r>
        <w:t>mierzenie</w:t>
      </w:r>
      <w:proofErr w:type="spellEnd"/>
      <w:r>
        <w:t xml:space="preserve">, </w:t>
      </w:r>
      <w:proofErr w:type="spellStart"/>
      <w:r>
        <w:t>porównywanie</w:t>
      </w:r>
      <w:proofErr w:type="spellEnd"/>
      <w:r>
        <w:t>).</w:t>
      </w:r>
    </w:p>
    <w:p w14:paraId="58996835" w14:textId="5D37B1DE" w:rsidR="004B19AF" w:rsidRDefault="004B19AF" w:rsidP="001D7F39">
      <w:pPr>
        <w:pStyle w:val="Akapitzlist"/>
        <w:numPr>
          <w:ilvl w:val="0"/>
          <w:numId w:val="19"/>
        </w:numPr>
        <w:spacing w:after="0"/>
      </w:pPr>
      <w:proofErr w:type="spellStart"/>
      <w:r>
        <w:t>Uroczystości</w:t>
      </w:r>
      <w:proofErr w:type="spellEnd"/>
      <w:r>
        <w:t xml:space="preserve"> z </w:t>
      </w:r>
      <w:proofErr w:type="spellStart"/>
      <w:r>
        <w:t>okazji</w:t>
      </w:r>
      <w:proofErr w:type="spellEnd"/>
      <w:r>
        <w:t xml:space="preserve"> </w:t>
      </w:r>
      <w:proofErr w:type="spellStart"/>
      <w:r>
        <w:t>Święta</w:t>
      </w:r>
      <w:proofErr w:type="spellEnd"/>
      <w:r>
        <w:t xml:space="preserve"> </w:t>
      </w:r>
      <w:proofErr w:type="spellStart"/>
      <w:r>
        <w:t>Konstytucji</w:t>
      </w:r>
      <w:proofErr w:type="spellEnd"/>
      <w:r>
        <w:t xml:space="preserve"> 3 Maja.</w:t>
      </w:r>
    </w:p>
    <w:p w14:paraId="66BBD28A" w14:textId="0DA9C302" w:rsidR="000F2233" w:rsidRDefault="000F2233" w:rsidP="001D7F39">
      <w:pPr>
        <w:pStyle w:val="Akapitzlist"/>
        <w:numPr>
          <w:ilvl w:val="0"/>
          <w:numId w:val="19"/>
        </w:numPr>
        <w:spacing w:after="0"/>
      </w:pPr>
      <w:proofErr w:type="spellStart"/>
      <w:r>
        <w:t>Konkurs</w:t>
      </w:r>
      <w:proofErr w:type="spellEnd"/>
      <w:r>
        <w:t xml:space="preserve"> </w:t>
      </w:r>
      <w:proofErr w:type="spellStart"/>
      <w:r>
        <w:t>plastyczny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Dzień</w:t>
      </w:r>
      <w:proofErr w:type="spellEnd"/>
      <w:r>
        <w:t xml:space="preserve"> </w:t>
      </w:r>
      <w:proofErr w:type="spellStart"/>
      <w:r>
        <w:t>Matki</w:t>
      </w:r>
      <w:proofErr w:type="spellEnd"/>
      <w:r w:rsidR="009B7A1E">
        <w:t xml:space="preserve"> “</w:t>
      </w:r>
      <w:proofErr w:type="spellStart"/>
      <w:r w:rsidR="009B4F53">
        <w:t>Prezent</w:t>
      </w:r>
      <w:proofErr w:type="spellEnd"/>
      <w:r w:rsidR="009B7A1E">
        <w:t xml:space="preserve"> </w:t>
      </w:r>
      <w:proofErr w:type="spellStart"/>
      <w:r w:rsidR="009B7A1E">
        <w:t>dla</w:t>
      </w:r>
      <w:proofErr w:type="spellEnd"/>
      <w:r w:rsidR="009B7A1E">
        <w:t xml:space="preserve"> </w:t>
      </w:r>
      <w:proofErr w:type="spellStart"/>
      <w:r w:rsidR="009B7A1E">
        <w:t>Mamy</w:t>
      </w:r>
      <w:proofErr w:type="spellEnd"/>
      <w:r w:rsidR="009B7A1E">
        <w:t>”</w:t>
      </w:r>
    </w:p>
    <w:p w14:paraId="103F9CB0" w14:textId="77777777" w:rsidR="004B19AF" w:rsidRDefault="004B19AF" w:rsidP="00174BA8">
      <w:pPr>
        <w:spacing w:after="0"/>
      </w:pPr>
    </w:p>
    <w:p w14:paraId="736AC0D6" w14:textId="77777777" w:rsidR="004B19AF" w:rsidRDefault="004B19AF" w:rsidP="00174BA8">
      <w:pPr>
        <w:spacing w:after="0"/>
      </w:pPr>
      <w:proofErr w:type="spellStart"/>
      <w:r>
        <w:t>Czerwiec</w:t>
      </w:r>
      <w:proofErr w:type="spellEnd"/>
    </w:p>
    <w:p w14:paraId="2915B837" w14:textId="77777777" w:rsidR="001D7F39" w:rsidRDefault="004B19AF" w:rsidP="00174BA8">
      <w:pPr>
        <w:pStyle w:val="Akapitzlist"/>
        <w:numPr>
          <w:ilvl w:val="0"/>
          <w:numId w:val="20"/>
        </w:numPr>
        <w:spacing w:after="0"/>
      </w:pPr>
      <w:proofErr w:type="spellStart"/>
      <w:r>
        <w:t>Podsumowanie</w:t>
      </w:r>
      <w:proofErr w:type="spellEnd"/>
      <w:r>
        <w:t xml:space="preserve"> </w:t>
      </w:r>
      <w:proofErr w:type="spellStart"/>
      <w:r>
        <w:t>działań</w:t>
      </w:r>
      <w:proofErr w:type="spellEnd"/>
      <w:r>
        <w:t xml:space="preserve"> </w:t>
      </w:r>
      <w:proofErr w:type="spellStart"/>
      <w:r>
        <w:t>edukacyjnych</w:t>
      </w:r>
      <w:proofErr w:type="spellEnd"/>
      <w:r>
        <w:t xml:space="preserve"> w </w:t>
      </w:r>
      <w:proofErr w:type="spellStart"/>
      <w:r>
        <w:t>grupach</w:t>
      </w:r>
      <w:proofErr w:type="spellEnd"/>
      <w:r>
        <w:t>.</w:t>
      </w:r>
    </w:p>
    <w:p w14:paraId="1DDCEC10" w14:textId="274BFC2B" w:rsidR="004B19AF" w:rsidRPr="004B19AF" w:rsidRDefault="004B19AF" w:rsidP="00174BA8">
      <w:pPr>
        <w:pStyle w:val="Akapitzlist"/>
        <w:numPr>
          <w:ilvl w:val="0"/>
          <w:numId w:val="20"/>
        </w:numPr>
        <w:spacing w:after="0"/>
      </w:pPr>
      <w:proofErr w:type="spellStart"/>
      <w:r>
        <w:lastRenderedPageBreak/>
        <w:t>Uroczyste</w:t>
      </w:r>
      <w:proofErr w:type="spellEnd"/>
      <w:r>
        <w:t xml:space="preserve"> </w:t>
      </w:r>
      <w:proofErr w:type="spellStart"/>
      <w:r>
        <w:t>zakończenie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przedszkolnego</w:t>
      </w:r>
      <w:proofErr w:type="spellEnd"/>
      <w:r>
        <w:t>.</w:t>
      </w:r>
    </w:p>
    <w:p w14:paraId="44E3666A" w14:textId="77777777" w:rsidR="002D5123" w:rsidRDefault="00084638">
      <w:pPr>
        <w:pStyle w:val="Nagwek1"/>
      </w:pPr>
      <w:r>
        <w:t xml:space="preserve">VI. </w:t>
      </w:r>
      <w:proofErr w:type="spellStart"/>
      <w:r>
        <w:t>Nadzór</w:t>
      </w:r>
      <w:proofErr w:type="spellEnd"/>
      <w:r>
        <w:t xml:space="preserve">, </w:t>
      </w:r>
      <w:proofErr w:type="spellStart"/>
      <w:r>
        <w:t>ewaluacja</w:t>
      </w:r>
      <w:proofErr w:type="spellEnd"/>
      <w:r>
        <w:t xml:space="preserve">, </w:t>
      </w:r>
      <w:proofErr w:type="spellStart"/>
      <w:r>
        <w:t>wnioski</w:t>
      </w:r>
      <w:proofErr w:type="spellEnd"/>
    </w:p>
    <w:p w14:paraId="62DCD223" w14:textId="20776055" w:rsidR="002D5123" w:rsidRDefault="00084638">
      <w:proofErr w:type="spellStart"/>
      <w:r>
        <w:t>Realizacja</w:t>
      </w:r>
      <w:proofErr w:type="spellEnd"/>
      <w:r>
        <w:t xml:space="preserve">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będzie</w:t>
      </w:r>
      <w:proofErr w:type="spellEnd"/>
      <w:r>
        <w:t xml:space="preserve"> </w:t>
      </w:r>
      <w:proofErr w:type="spellStart"/>
      <w:r>
        <w:t>monitorowana</w:t>
      </w:r>
      <w:proofErr w:type="spellEnd"/>
      <w:r>
        <w:t xml:space="preserve"> </w:t>
      </w:r>
      <w:proofErr w:type="spellStart"/>
      <w:r>
        <w:t>poprzez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pedagogiczne</w:t>
      </w:r>
      <w:proofErr w:type="spellEnd"/>
      <w:r>
        <w:t xml:space="preserve">, </w:t>
      </w:r>
      <w:proofErr w:type="spellStart"/>
      <w:r>
        <w:t>obserwacje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analizę</w:t>
      </w:r>
      <w:proofErr w:type="spellEnd"/>
      <w:r>
        <w:t xml:space="preserve"> </w:t>
      </w:r>
      <w:proofErr w:type="spellStart"/>
      <w:r>
        <w:t>dokumentacji</w:t>
      </w:r>
      <w:proofErr w:type="spellEnd"/>
      <w:r>
        <w:t xml:space="preserve">. </w:t>
      </w:r>
    </w:p>
    <w:sectPr w:rsidR="002D512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7835DD"/>
    <w:multiLevelType w:val="hybridMultilevel"/>
    <w:tmpl w:val="BFA22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ED1CB3"/>
    <w:multiLevelType w:val="hybridMultilevel"/>
    <w:tmpl w:val="69D47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67434C"/>
    <w:multiLevelType w:val="hybridMultilevel"/>
    <w:tmpl w:val="EE0CF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E6293"/>
    <w:multiLevelType w:val="hybridMultilevel"/>
    <w:tmpl w:val="3E98C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356574"/>
    <w:multiLevelType w:val="hybridMultilevel"/>
    <w:tmpl w:val="222E9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325148"/>
    <w:multiLevelType w:val="hybridMultilevel"/>
    <w:tmpl w:val="7DBC17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00024C"/>
    <w:multiLevelType w:val="hybridMultilevel"/>
    <w:tmpl w:val="F35A47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C33259"/>
    <w:multiLevelType w:val="hybridMultilevel"/>
    <w:tmpl w:val="3BB02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B42940"/>
    <w:multiLevelType w:val="hybridMultilevel"/>
    <w:tmpl w:val="DD4E9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FD4A6A"/>
    <w:multiLevelType w:val="hybridMultilevel"/>
    <w:tmpl w:val="78388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707916"/>
    <w:multiLevelType w:val="hybridMultilevel"/>
    <w:tmpl w:val="734A6F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4"/>
  </w:num>
  <w:num w:numId="12">
    <w:abstractNumId w:val="11"/>
  </w:num>
  <w:num w:numId="13">
    <w:abstractNumId w:val="19"/>
  </w:num>
  <w:num w:numId="14">
    <w:abstractNumId w:val="15"/>
  </w:num>
  <w:num w:numId="15">
    <w:abstractNumId w:val="13"/>
  </w:num>
  <w:num w:numId="16">
    <w:abstractNumId w:val="17"/>
  </w:num>
  <w:num w:numId="17">
    <w:abstractNumId w:val="10"/>
  </w:num>
  <w:num w:numId="18">
    <w:abstractNumId w:val="18"/>
  </w:num>
  <w:num w:numId="19">
    <w:abstractNumId w:val="12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4638"/>
    <w:rsid w:val="000F2233"/>
    <w:rsid w:val="0015074B"/>
    <w:rsid w:val="00174BA8"/>
    <w:rsid w:val="001D7F39"/>
    <w:rsid w:val="001E7CD7"/>
    <w:rsid w:val="0029639D"/>
    <w:rsid w:val="002D5123"/>
    <w:rsid w:val="00326F90"/>
    <w:rsid w:val="004B19AF"/>
    <w:rsid w:val="005B26C4"/>
    <w:rsid w:val="009B4F53"/>
    <w:rsid w:val="009B7A1E"/>
    <w:rsid w:val="009C3F5B"/>
    <w:rsid w:val="00AA1D8D"/>
    <w:rsid w:val="00B47730"/>
    <w:rsid w:val="00CB0664"/>
    <w:rsid w:val="00E352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F6CEBC"/>
  <w14:defaultImageDpi w14:val="300"/>
  <w15:docId w15:val="{6EA1A71F-AAF9-49FF-A26B-FEC75EFFF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C706AE-10E2-4CAE-BFB3-7E195BFC1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3427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Ewelina</cp:lastModifiedBy>
  <cp:revision>2</cp:revision>
  <dcterms:created xsi:type="dcterms:W3CDTF">2026-02-23T11:44:00Z</dcterms:created>
  <dcterms:modified xsi:type="dcterms:W3CDTF">2026-02-23T11:44:00Z</dcterms:modified>
  <cp:category/>
</cp:coreProperties>
</file>