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D1864" w14:textId="77777777" w:rsidR="00811D40" w:rsidRDefault="00000000">
      <w:pPr>
        <w:pStyle w:val="SmallCustom"/>
        <w:rPr>
          <w:rFonts w:hint="eastAsia"/>
        </w:rPr>
      </w:pPr>
      <w:r>
        <w:rPr>
          <w:b/>
        </w:rPr>
        <w:t>ZAŁĄCZNIK NR 2  /  DOKUMENTY REKRUTACYJNE</w:t>
      </w:r>
    </w:p>
    <w:p w14:paraId="0E4DAACB" w14:textId="77777777" w:rsidR="00811D40" w:rsidRDefault="00000000">
      <w:pPr>
        <w:pStyle w:val="TitleCustom"/>
        <w:rPr>
          <w:rFonts w:hint="eastAsia"/>
        </w:rPr>
      </w:pPr>
      <w:r>
        <w:t>Oświadczenie o sytuacji rodzinnej</w:t>
      </w:r>
    </w:p>
    <w:p w14:paraId="549DE7E4" w14:textId="77777777" w:rsidR="00811D40" w:rsidRDefault="00000000">
      <w:pPr>
        <w:pStyle w:val="SmallCustom"/>
        <w:rPr>
          <w:rFonts w:hint="eastAsia"/>
        </w:rPr>
      </w:pPr>
      <w:r>
        <w:t>Możliwość zapewnienia seniorowi niezbędnej pomocy przez rodzinę lub inne osoby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18"/>
        <w:gridCol w:w="6406"/>
      </w:tblGrid>
      <w:tr w:rsidR="00811D40" w14:paraId="48BA0BC2" w14:textId="77777777">
        <w:trPr>
          <w:cantSplit/>
          <w:jc w:val="center"/>
        </w:trPr>
        <w:tc>
          <w:tcPr>
            <w:tcW w:w="3118" w:type="dxa"/>
            <w:vAlign w:val="center"/>
          </w:tcPr>
          <w:p w14:paraId="48D5EDDE" w14:textId="77777777" w:rsidR="00811D40" w:rsidRDefault="00000000">
            <w:pPr>
              <w:spacing w:before="80"/>
              <w:rPr>
                <w:rFonts w:hint="eastAsia"/>
              </w:rPr>
            </w:pPr>
            <w:r>
              <w:rPr>
                <w:b/>
                <w:sz w:val="18"/>
              </w:rPr>
              <w:t>Imię i nazwisko seniora</w:t>
            </w:r>
          </w:p>
        </w:tc>
        <w:tc>
          <w:tcPr>
            <w:tcW w:w="6406" w:type="dxa"/>
            <w:tcBorders>
              <w:bottom w:val="single" w:sz="5" w:space="0" w:color="AAB7BE"/>
            </w:tcBorders>
            <w:vAlign w:val="center"/>
          </w:tcPr>
          <w:p w14:paraId="521347E5" w14:textId="77777777" w:rsidR="00811D40" w:rsidRDefault="00000000">
            <w:pPr>
              <w:spacing w:before="80"/>
              <w:rPr>
                <w:rFonts w:hint="eastAsia"/>
              </w:rPr>
            </w:pPr>
            <w:r>
              <w:t xml:space="preserve"> </w:t>
            </w:r>
          </w:p>
        </w:tc>
      </w:tr>
      <w:tr w:rsidR="00811D40" w14:paraId="6F10248E" w14:textId="77777777">
        <w:trPr>
          <w:cantSplit/>
          <w:jc w:val="center"/>
        </w:trPr>
        <w:tc>
          <w:tcPr>
            <w:tcW w:w="3118" w:type="dxa"/>
            <w:vAlign w:val="center"/>
          </w:tcPr>
          <w:p w14:paraId="2461FD13" w14:textId="77777777" w:rsidR="00811D40" w:rsidRDefault="00000000">
            <w:pPr>
              <w:spacing w:before="80"/>
              <w:rPr>
                <w:rFonts w:hint="eastAsia"/>
              </w:rPr>
            </w:pPr>
            <w:r>
              <w:rPr>
                <w:b/>
                <w:sz w:val="18"/>
              </w:rPr>
              <w:t>PESEL (w przypadku braku – dane dokumentu)</w:t>
            </w:r>
          </w:p>
        </w:tc>
        <w:tc>
          <w:tcPr>
            <w:tcW w:w="6406" w:type="dxa"/>
            <w:tcBorders>
              <w:bottom w:val="single" w:sz="5" w:space="0" w:color="AAB7BE"/>
            </w:tcBorders>
            <w:vAlign w:val="center"/>
          </w:tcPr>
          <w:p w14:paraId="5E369572" w14:textId="77777777" w:rsidR="00811D40" w:rsidRDefault="00000000">
            <w:pPr>
              <w:spacing w:before="80"/>
              <w:rPr>
                <w:rFonts w:hint="eastAsia"/>
              </w:rPr>
            </w:pPr>
            <w:r>
              <w:t xml:space="preserve"> </w:t>
            </w:r>
          </w:p>
        </w:tc>
      </w:tr>
    </w:tbl>
    <w:p w14:paraId="59575C3D" w14:textId="77777777" w:rsidR="00811D40" w:rsidRDefault="00811D40">
      <w:pPr>
        <w:spacing w:after="0"/>
        <w:rPr>
          <w:rFonts w:hint="eastAsia"/>
        </w:rPr>
      </w:pPr>
    </w:p>
    <w:p w14:paraId="077A655B" w14:textId="77777777" w:rsidR="00811D40" w:rsidRDefault="00000000">
      <w:pPr>
        <w:ind w:left="125"/>
        <w:rPr>
          <w:rFonts w:hint="eastAsia"/>
        </w:rPr>
      </w:pPr>
      <w:r>
        <w:t>☐  Prowadzę jednoosobowe gospodarstwo domowe: TAK / NIE</w:t>
      </w:r>
    </w:p>
    <w:p w14:paraId="7D8F1BB0" w14:textId="77777777" w:rsidR="00811D40" w:rsidRDefault="00000000">
      <w:pPr>
        <w:rPr>
          <w:rFonts w:hint="eastAsia"/>
        </w:rPr>
      </w:pPr>
      <w:r>
        <w:t>Osoby wspólnie zamieszkujące (imię, relacja):</w:t>
      </w:r>
    </w:p>
    <w:p w14:paraId="762621A6" w14:textId="77777777" w:rsidR="00811D40" w:rsidRDefault="00000000">
      <w:pPr>
        <w:spacing w:after="40"/>
        <w:rPr>
          <w:rFonts w:hint="eastAsia"/>
        </w:rPr>
      </w:pPr>
      <w:r>
        <w:rPr>
          <w:color w:val="576571"/>
        </w:rPr>
        <w:t>........................................................................................................................................</w:t>
      </w:r>
    </w:p>
    <w:p w14:paraId="2FE5E11B" w14:textId="77777777" w:rsidR="00811D40" w:rsidRDefault="00000000">
      <w:pPr>
        <w:spacing w:after="40"/>
        <w:rPr>
          <w:rFonts w:hint="eastAsia"/>
        </w:rPr>
      </w:pPr>
      <w:r>
        <w:rPr>
          <w:color w:val="576571"/>
        </w:rPr>
        <w:t>........................................................................................................................................</w:t>
      </w:r>
    </w:p>
    <w:p w14:paraId="20F98FC5" w14:textId="77777777" w:rsidR="00811D40" w:rsidRDefault="00000000">
      <w:pPr>
        <w:pStyle w:val="SectionCustom"/>
        <w:rPr>
          <w:rFonts w:hint="eastAsia"/>
        </w:rPr>
      </w:pPr>
      <w:r>
        <w:rPr>
          <w:b w:val="0"/>
        </w:rPr>
        <w:t>Osoby, które pomagają lub mogą potencjalnie udzielić pomocy</w:t>
      </w:r>
    </w:p>
    <w:p w14:paraId="210D2C92" w14:textId="77777777" w:rsidR="00811D40" w:rsidRDefault="00000000">
      <w:pPr>
        <w:pStyle w:val="SmallCustom"/>
        <w:rPr>
          <w:rFonts w:hint="eastAsia"/>
        </w:rPr>
      </w:pPr>
      <w:r>
        <w:t>Proszę wskazać tylko informacje istotne dla oceny możliwości wsparcia. Nie podawać numerów PESEL ani szczegółowych danych medycznych osób trzecich.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3419"/>
        <w:gridCol w:w="3419"/>
        <w:gridCol w:w="3419"/>
      </w:tblGrid>
      <w:tr w:rsidR="00811D40" w14:paraId="26139443" w14:textId="77777777">
        <w:tc>
          <w:tcPr>
            <w:tcW w:w="3419" w:type="dxa"/>
            <w:shd w:val="clear" w:color="auto" w:fill="E8EFF2"/>
          </w:tcPr>
          <w:p w14:paraId="117392C4" w14:textId="77777777" w:rsidR="00811D40" w:rsidRDefault="00000000">
            <w:pPr>
              <w:rPr>
                <w:rFonts w:hint="eastAsia"/>
              </w:rPr>
            </w:pPr>
            <w:r>
              <w:rPr>
                <w:b/>
                <w:sz w:val="17"/>
              </w:rPr>
              <w:t>Osoba / relacja</w:t>
            </w:r>
          </w:p>
        </w:tc>
        <w:tc>
          <w:tcPr>
            <w:tcW w:w="3419" w:type="dxa"/>
            <w:shd w:val="clear" w:color="auto" w:fill="E8EFF2"/>
          </w:tcPr>
          <w:p w14:paraId="19D225BF" w14:textId="77777777" w:rsidR="00811D40" w:rsidRDefault="00000000">
            <w:pPr>
              <w:rPr>
                <w:rFonts w:hint="eastAsia"/>
              </w:rPr>
            </w:pPr>
            <w:r>
              <w:rPr>
                <w:b/>
                <w:sz w:val="17"/>
              </w:rPr>
              <w:t>Miejscowość zamieszkania</w:t>
            </w:r>
          </w:p>
        </w:tc>
        <w:tc>
          <w:tcPr>
            <w:tcW w:w="3419" w:type="dxa"/>
            <w:shd w:val="clear" w:color="auto" w:fill="E8EFF2"/>
          </w:tcPr>
          <w:p w14:paraId="2DFEE13C" w14:textId="77777777" w:rsidR="00811D40" w:rsidRDefault="00000000">
            <w:pPr>
              <w:rPr>
                <w:rFonts w:hint="eastAsia"/>
              </w:rPr>
            </w:pPr>
            <w:r>
              <w:rPr>
                <w:b/>
                <w:sz w:val="17"/>
              </w:rPr>
              <w:t>Jaką pomoc zapewnia lub może zapewnić?</w:t>
            </w:r>
          </w:p>
        </w:tc>
      </w:tr>
      <w:tr w:rsidR="00811D40" w14:paraId="23DA07EE" w14:textId="77777777">
        <w:trPr>
          <w:cantSplit/>
        </w:trPr>
        <w:tc>
          <w:tcPr>
            <w:tcW w:w="3419" w:type="dxa"/>
            <w:vAlign w:val="center"/>
          </w:tcPr>
          <w:p w14:paraId="582BA388" w14:textId="77777777" w:rsidR="00811D40" w:rsidRDefault="00000000">
            <w:pPr>
              <w:rPr>
                <w:rFonts w:hint="eastAsia"/>
              </w:rPr>
            </w:pPr>
            <w:r>
              <w:br/>
            </w:r>
            <w:r>
              <w:br/>
            </w:r>
          </w:p>
        </w:tc>
        <w:tc>
          <w:tcPr>
            <w:tcW w:w="3419" w:type="dxa"/>
            <w:vAlign w:val="center"/>
          </w:tcPr>
          <w:p w14:paraId="1D2D8667" w14:textId="77777777" w:rsidR="00811D40" w:rsidRDefault="00000000">
            <w:pPr>
              <w:rPr>
                <w:rFonts w:hint="eastAsia"/>
              </w:rPr>
            </w:pPr>
            <w:r>
              <w:br/>
            </w:r>
            <w:r>
              <w:br/>
            </w:r>
          </w:p>
        </w:tc>
        <w:tc>
          <w:tcPr>
            <w:tcW w:w="3419" w:type="dxa"/>
            <w:vAlign w:val="center"/>
          </w:tcPr>
          <w:p w14:paraId="7689E9C4" w14:textId="77777777" w:rsidR="00811D40" w:rsidRDefault="00000000">
            <w:pPr>
              <w:rPr>
                <w:rFonts w:hint="eastAsia"/>
              </w:rPr>
            </w:pPr>
            <w:r>
              <w:br/>
            </w:r>
            <w:r>
              <w:br/>
            </w:r>
          </w:p>
        </w:tc>
      </w:tr>
      <w:tr w:rsidR="00811D40" w14:paraId="5C3DAA18" w14:textId="77777777">
        <w:trPr>
          <w:cantSplit/>
        </w:trPr>
        <w:tc>
          <w:tcPr>
            <w:tcW w:w="3419" w:type="dxa"/>
            <w:vAlign w:val="center"/>
          </w:tcPr>
          <w:p w14:paraId="7E6EF585" w14:textId="77777777" w:rsidR="00811D40" w:rsidRDefault="00000000">
            <w:pPr>
              <w:rPr>
                <w:rFonts w:hint="eastAsia"/>
              </w:rPr>
            </w:pPr>
            <w:r>
              <w:br/>
            </w:r>
            <w:r>
              <w:br/>
            </w:r>
          </w:p>
        </w:tc>
        <w:tc>
          <w:tcPr>
            <w:tcW w:w="3419" w:type="dxa"/>
            <w:vAlign w:val="center"/>
          </w:tcPr>
          <w:p w14:paraId="01CDFB23" w14:textId="77777777" w:rsidR="00811D40" w:rsidRDefault="00000000">
            <w:pPr>
              <w:rPr>
                <w:rFonts w:hint="eastAsia"/>
              </w:rPr>
            </w:pPr>
            <w:r>
              <w:br/>
            </w:r>
            <w:r>
              <w:br/>
            </w:r>
          </w:p>
        </w:tc>
        <w:tc>
          <w:tcPr>
            <w:tcW w:w="3419" w:type="dxa"/>
            <w:vAlign w:val="center"/>
          </w:tcPr>
          <w:p w14:paraId="56281F17" w14:textId="77777777" w:rsidR="00811D40" w:rsidRDefault="00000000">
            <w:pPr>
              <w:rPr>
                <w:rFonts w:hint="eastAsia"/>
              </w:rPr>
            </w:pPr>
            <w:r>
              <w:br/>
            </w:r>
            <w:r>
              <w:br/>
            </w:r>
          </w:p>
        </w:tc>
      </w:tr>
      <w:tr w:rsidR="00811D40" w14:paraId="2285883D" w14:textId="77777777">
        <w:trPr>
          <w:cantSplit/>
        </w:trPr>
        <w:tc>
          <w:tcPr>
            <w:tcW w:w="3419" w:type="dxa"/>
            <w:vAlign w:val="center"/>
          </w:tcPr>
          <w:p w14:paraId="44B34B69" w14:textId="77777777" w:rsidR="00811D40" w:rsidRDefault="00000000">
            <w:pPr>
              <w:rPr>
                <w:rFonts w:hint="eastAsia"/>
              </w:rPr>
            </w:pPr>
            <w:r>
              <w:br/>
            </w:r>
            <w:r>
              <w:br/>
            </w:r>
          </w:p>
        </w:tc>
        <w:tc>
          <w:tcPr>
            <w:tcW w:w="3419" w:type="dxa"/>
            <w:vAlign w:val="center"/>
          </w:tcPr>
          <w:p w14:paraId="2D60DC2E" w14:textId="77777777" w:rsidR="00811D40" w:rsidRDefault="00000000">
            <w:pPr>
              <w:rPr>
                <w:rFonts w:hint="eastAsia"/>
              </w:rPr>
            </w:pPr>
            <w:r>
              <w:br/>
            </w:r>
            <w:r>
              <w:br/>
            </w:r>
          </w:p>
        </w:tc>
        <w:tc>
          <w:tcPr>
            <w:tcW w:w="3419" w:type="dxa"/>
            <w:vAlign w:val="center"/>
          </w:tcPr>
          <w:p w14:paraId="77EB8CCD" w14:textId="77777777" w:rsidR="00811D40" w:rsidRDefault="00000000">
            <w:pPr>
              <w:rPr>
                <w:rFonts w:hint="eastAsia"/>
              </w:rPr>
            </w:pPr>
            <w:r>
              <w:br/>
            </w:r>
            <w:r>
              <w:br/>
            </w:r>
          </w:p>
        </w:tc>
      </w:tr>
    </w:tbl>
    <w:p w14:paraId="77C8580F" w14:textId="77777777" w:rsidR="00811D40" w:rsidRDefault="00000000">
      <w:pPr>
        <w:pStyle w:val="SectionCustom"/>
        <w:rPr>
          <w:rFonts w:hint="eastAsia"/>
        </w:rPr>
      </w:pPr>
      <w:r>
        <w:rPr>
          <w:b w:val="0"/>
        </w:rPr>
        <w:t>Przyczyny braku pełnego wsparcia</w:t>
      </w:r>
    </w:p>
    <w:p w14:paraId="5BE737BA" w14:textId="77777777" w:rsidR="00811D40" w:rsidRDefault="00000000">
      <w:pPr>
        <w:ind w:left="125"/>
        <w:rPr>
          <w:rFonts w:hint="eastAsia"/>
        </w:rPr>
      </w:pPr>
      <w:r>
        <w:t>☐  Brak osoby mogącej zapewnić potrzebną pomoc</w:t>
      </w:r>
    </w:p>
    <w:p w14:paraId="5051B336" w14:textId="77777777" w:rsidR="00811D40" w:rsidRDefault="00000000">
      <w:pPr>
        <w:ind w:left="125"/>
        <w:rPr>
          <w:rFonts w:hint="eastAsia"/>
        </w:rPr>
      </w:pPr>
      <w:r>
        <w:t>☐  Znaczna odległość miejsca zamieszkania osób bliskich</w:t>
      </w:r>
    </w:p>
    <w:p w14:paraId="6954F3E2" w14:textId="77777777" w:rsidR="00811D40" w:rsidRDefault="00000000">
      <w:pPr>
        <w:ind w:left="125"/>
        <w:rPr>
          <w:rFonts w:hint="eastAsia"/>
        </w:rPr>
      </w:pPr>
      <w:r>
        <w:t>☐  Obowiązki zawodowe lub rodzinne osób bliskich</w:t>
      </w:r>
    </w:p>
    <w:p w14:paraId="7B1D1A10" w14:textId="77777777" w:rsidR="00811D40" w:rsidRDefault="00000000">
      <w:pPr>
        <w:ind w:left="125"/>
        <w:rPr>
          <w:rFonts w:hint="eastAsia"/>
        </w:rPr>
      </w:pPr>
      <w:r>
        <w:t>☐  Stan zdrowia lub niepełnosprawność osób mogących pomóc</w:t>
      </w:r>
    </w:p>
    <w:p w14:paraId="267DC669" w14:textId="77777777" w:rsidR="00811D40" w:rsidRDefault="00000000">
      <w:pPr>
        <w:ind w:left="125"/>
        <w:rPr>
          <w:rFonts w:hint="eastAsia"/>
        </w:rPr>
      </w:pPr>
      <w:r>
        <w:t>☐  Pomoc jest możliwa tylko częściowo</w:t>
      </w:r>
    </w:p>
    <w:p w14:paraId="42316184" w14:textId="77777777" w:rsidR="00811D40" w:rsidRDefault="00000000">
      <w:pPr>
        <w:ind w:left="125"/>
        <w:rPr>
          <w:rFonts w:hint="eastAsia"/>
        </w:rPr>
      </w:pPr>
      <w:r>
        <w:t>☐  Inne: ......................................................................................</w:t>
      </w:r>
    </w:p>
    <w:p w14:paraId="7B76E7B5" w14:textId="77777777" w:rsidR="00811D40" w:rsidRDefault="00000000">
      <w:pPr>
        <w:rPr>
          <w:rFonts w:hint="eastAsia"/>
        </w:rPr>
      </w:pPr>
      <w:r>
        <w:t>Proszę opisać, w jakich czynnościach, w jakich dniach i jak często potrzebna pomoc nie jest zapewniona:</w:t>
      </w:r>
    </w:p>
    <w:p w14:paraId="1BA3F408" w14:textId="77777777" w:rsidR="00811D40" w:rsidRDefault="00000000">
      <w:pPr>
        <w:spacing w:after="40"/>
        <w:rPr>
          <w:rFonts w:hint="eastAsia"/>
        </w:rPr>
      </w:pPr>
      <w:r>
        <w:rPr>
          <w:color w:val="576571"/>
        </w:rPr>
        <w:t>........................................................................................................................................</w:t>
      </w:r>
    </w:p>
    <w:p w14:paraId="7BD59252" w14:textId="77777777" w:rsidR="00811D40" w:rsidRDefault="00000000">
      <w:pPr>
        <w:spacing w:after="40"/>
        <w:rPr>
          <w:rFonts w:hint="eastAsia"/>
        </w:rPr>
      </w:pPr>
      <w:r>
        <w:rPr>
          <w:color w:val="576571"/>
        </w:rPr>
        <w:t>........................................................................................................................................</w:t>
      </w:r>
    </w:p>
    <w:p w14:paraId="4B5B5591" w14:textId="77777777" w:rsidR="00811D40" w:rsidRDefault="00000000">
      <w:pPr>
        <w:spacing w:after="40"/>
        <w:rPr>
          <w:rFonts w:hint="eastAsia"/>
        </w:rPr>
      </w:pPr>
      <w:r>
        <w:rPr>
          <w:color w:val="576571"/>
        </w:rPr>
        <w:t>........................................................................................................................................</w:t>
      </w:r>
    </w:p>
    <w:p w14:paraId="09EE663C" w14:textId="77777777" w:rsidR="00811D40" w:rsidRDefault="00000000">
      <w:pPr>
        <w:rPr>
          <w:rFonts w:hint="eastAsia"/>
        </w:rPr>
      </w:pPr>
      <w:r>
        <w:rPr>
          <w:b/>
        </w:rPr>
        <w:t>Oświadczam, że powyższe informacje odpowiadają mojej wiedzy i rzeczywistej sytuacji.</w:t>
      </w:r>
    </w:p>
    <w:p w14:paraId="19D4B503" w14:textId="77777777" w:rsidR="00811D40" w:rsidRDefault="00811D40">
      <w:pPr>
        <w:spacing w:before="220"/>
        <w:rPr>
          <w:rFonts w:hint="eastAsia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28"/>
        <w:gridCol w:w="5128"/>
      </w:tblGrid>
      <w:tr w:rsidR="00811D40" w14:paraId="379EBC30" w14:textId="77777777">
        <w:tc>
          <w:tcPr>
            <w:tcW w:w="5128" w:type="dxa"/>
            <w:tcBorders>
              <w:bottom w:val="single" w:sz="6" w:space="0" w:color="8899A1"/>
            </w:tcBorders>
          </w:tcPr>
          <w:p w14:paraId="1030E3D3" w14:textId="77777777" w:rsidR="00811D40" w:rsidRDefault="00000000">
            <w:pPr>
              <w:rPr>
                <w:rFonts w:hint="eastAsia"/>
              </w:rPr>
            </w:pPr>
            <w:r>
              <w:t xml:space="preserve"> </w:t>
            </w:r>
          </w:p>
        </w:tc>
        <w:tc>
          <w:tcPr>
            <w:tcW w:w="5128" w:type="dxa"/>
            <w:tcBorders>
              <w:bottom w:val="single" w:sz="6" w:space="0" w:color="8899A1"/>
            </w:tcBorders>
          </w:tcPr>
          <w:p w14:paraId="3EA0BDD0" w14:textId="77777777" w:rsidR="00811D40" w:rsidRDefault="00000000">
            <w:pPr>
              <w:rPr>
                <w:rFonts w:hint="eastAsia"/>
              </w:rPr>
            </w:pPr>
            <w:r>
              <w:t xml:space="preserve"> </w:t>
            </w:r>
          </w:p>
        </w:tc>
      </w:tr>
      <w:tr w:rsidR="00811D40" w14:paraId="5645C0EB" w14:textId="77777777">
        <w:tc>
          <w:tcPr>
            <w:tcW w:w="5128" w:type="dxa"/>
          </w:tcPr>
          <w:p w14:paraId="5FA65F4B" w14:textId="77777777" w:rsidR="00811D40" w:rsidRDefault="00000000">
            <w:pPr>
              <w:jc w:val="center"/>
              <w:rPr>
                <w:rFonts w:hint="eastAsia"/>
              </w:rPr>
            </w:pPr>
            <w:r>
              <w:rPr>
                <w:color w:val="576571"/>
                <w:sz w:val="16"/>
              </w:rPr>
              <w:t>Miejscowość, data</w:t>
            </w:r>
          </w:p>
        </w:tc>
        <w:tc>
          <w:tcPr>
            <w:tcW w:w="5128" w:type="dxa"/>
          </w:tcPr>
          <w:p w14:paraId="0CA2A2A1" w14:textId="77777777" w:rsidR="00811D40" w:rsidRDefault="00000000">
            <w:pPr>
              <w:jc w:val="center"/>
              <w:rPr>
                <w:rFonts w:hint="eastAsia"/>
              </w:rPr>
            </w:pPr>
            <w:r>
              <w:rPr>
                <w:color w:val="576571"/>
                <w:sz w:val="16"/>
              </w:rPr>
              <w:t>Podpis seniora / pełnomocnika</w:t>
            </w:r>
          </w:p>
        </w:tc>
      </w:tr>
    </w:tbl>
    <w:p w14:paraId="4D06EDAF" w14:textId="77777777" w:rsidR="005C54E2" w:rsidRDefault="005C54E2"/>
    <w:sectPr w:rsidR="005C54E2" w:rsidSect="00034616">
      <w:headerReference w:type="default" r:id="rId8"/>
      <w:footerReference w:type="default" r:id="rId9"/>
      <w:pgSz w:w="12240" w:h="15840"/>
      <w:pgMar w:top="935" w:right="992" w:bottom="935" w:left="992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CE0155" w14:textId="77777777" w:rsidR="005C54E2" w:rsidRDefault="005C54E2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2EFD397C" w14:textId="77777777" w:rsidR="005C54E2" w:rsidRDefault="005C54E2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rlito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57CEA" w14:textId="7869CCBA" w:rsidR="00811D40" w:rsidRDefault="00000000">
    <w:pPr>
      <w:pStyle w:val="Stopka"/>
      <w:jc w:val="center"/>
      <w:rPr>
        <w:rFonts w:hint="eastAsia"/>
      </w:rPr>
    </w:pPr>
    <w:r>
      <w:rPr>
        <w:color w:val="576571"/>
        <w:sz w:val="16"/>
      </w:rPr>
      <w:t xml:space="preserve">GOPS w </w:t>
    </w:r>
    <w:proofErr w:type="spellStart"/>
    <w:r>
      <w:rPr>
        <w:color w:val="576571"/>
        <w:sz w:val="16"/>
      </w:rPr>
      <w:t>Jaśle</w:t>
    </w:r>
    <w:proofErr w:type="spellEnd"/>
    <w:r>
      <w:rPr>
        <w:color w:val="576571"/>
        <w:sz w:val="16"/>
      </w:rPr>
      <w:t xml:space="preserve">  |  ul. </w:t>
    </w:r>
    <w:proofErr w:type="spellStart"/>
    <w:r>
      <w:rPr>
        <w:color w:val="576571"/>
        <w:sz w:val="16"/>
      </w:rPr>
      <w:t>Słowackiego</w:t>
    </w:r>
    <w:proofErr w:type="spellEnd"/>
    <w:r>
      <w:rPr>
        <w:color w:val="576571"/>
        <w:sz w:val="16"/>
      </w:rPr>
      <w:t xml:space="preserve"> 4, 38-200 </w:t>
    </w:r>
    <w:proofErr w:type="spellStart"/>
    <w:r>
      <w:rPr>
        <w:color w:val="576571"/>
        <w:sz w:val="16"/>
      </w:rPr>
      <w:t>Jasło</w:t>
    </w:r>
    <w:proofErr w:type="spellEnd"/>
    <w:r>
      <w:rPr>
        <w:color w:val="576571"/>
        <w:sz w:val="16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5D72B8" w14:textId="77777777" w:rsidR="005C54E2" w:rsidRDefault="005C54E2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316CE002" w14:textId="77777777" w:rsidR="005C54E2" w:rsidRDefault="005C54E2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505A30" w14:textId="77777777" w:rsidR="00811D40" w:rsidRDefault="00000000">
    <w:pPr>
      <w:pStyle w:val="Nagwek"/>
      <w:jc w:val="right"/>
      <w:rPr>
        <w:rFonts w:hint="eastAsia"/>
      </w:rPr>
    </w:pPr>
    <w:r>
      <w:rPr>
        <w:b/>
        <w:color w:val="576571"/>
        <w:sz w:val="16"/>
      </w:rPr>
      <w:t>GMINNY OŚRODEK POMOCY SPOŁECZNEJ W JAŚLE  •  BON SENIORALNY 2026–2028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8894351">
    <w:abstractNumId w:val="8"/>
  </w:num>
  <w:num w:numId="2" w16cid:durableId="221603056">
    <w:abstractNumId w:val="6"/>
  </w:num>
  <w:num w:numId="3" w16cid:durableId="49157383">
    <w:abstractNumId w:val="5"/>
  </w:num>
  <w:num w:numId="4" w16cid:durableId="1514340560">
    <w:abstractNumId w:val="4"/>
  </w:num>
  <w:num w:numId="5" w16cid:durableId="721094779">
    <w:abstractNumId w:val="7"/>
  </w:num>
  <w:num w:numId="6" w16cid:durableId="1484853992">
    <w:abstractNumId w:val="3"/>
  </w:num>
  <w:num w:numId="7" w16cid:durableId="1038698369">
    <w:abstractNumId w:val="2"/>
  </w:num>
  <w:num w:numId="8" w16cid:durableId="158930040">
    <w:abstractNumId w:val="1"/>
  </w:num>
  <w:num w:numId="9" w16cid:durableId="535484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C54E2"/>
    <w:rsid w:val="00811D40"/>
    <w:rsid w:val="00A855C7"/>
    <w:rsid w:val="00AA1D8D"/>
    <w:rsid w:val="00B47730"/>
    <w:rsid w:val="00CB0664"/>
    <w:rsid w:val="00FC693F"/>
    <w:rsid w:val="00FF3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6F404C"/>
  <w14:defaultImageDpi w14:val="300"/>
  <w15:docId w15:val="{19E20089-DAC2-4BFB-A075-A513B13E1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80" w:line="262" w:lineRule="auto"/>
    </w:pPr>
    <w:rPr>
      <w:rFonts w:ascii="Carlito" w:hAnsi="Carlito"/>
      <w:color w:val="1E2A32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itleCustom">
    <w:name w:val="TitleCustom"/>
    <w:pPr>
      <w:spacing w:after="100"/>
    </w:pPr>
    <w:rPr>
      <w:rFonts w:ascii="Carlito" w:hAnsi="Carlito"/>
      <w:b/>
      <w:color w:val="1A3750"/>
      <w:sz w:val="34"/>
    </w:rPr>
  </w:style>
  <w:style w:type="paragraph" w:customStyle="1" w:styleId="SectionCustom">
    <w:name w:val="SectionCustom"/>
    <w:pPr>
      <w:spacing w:before="120" w:after="100"/>
    </w:pPr>
    <w:rPr>
      <w:rFonts w:ascii="Carlito" w:hAnsi="Carlito"/>
      <w:b/>
      <w:color w:val="106973"/>
      <w:sz w:val="21"/>
    </w:rPr>
  </w:style>
  <w:style w:type="paragraph" w:customStyle="1" w:styleId="SmallCustom">
    <w:name w:val="SmallCustom"/>
    <w:pPr>
      <w:spacing w:after="40"/>
    </w:pPr>
    <w:rPr>
      <w:rFonts w:ascii="Carlito" w:hAnsi="Carlito"/>
      <w:color w:val="576571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Iwona Kieś</cp:lastModifiedBy>
  <cp:revision>3</cp:revision>
  <dcterms:created xsi:type="dcterms:W3CDTF">2013-12-23T23:15:00Z</dcterms:created>
  <dcterms:modified xsi:type="dcterms:W3CDTF">2026-10-28T09:30:00Z</dcterms:modified>
  <cp:category/>
</cp:coreProperties>
</file>