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B895E" w14:textId="77777777" w:rsidR="00D928A7" w:rsidRPr="00716840" w:rsidRDefault="00067993">
      <w:pPr>
        <w:jc w:val="center"/>
        <w:rPr>
          <w:rFonts w:ascii="Times New Roman" w:hAnsi="Times New Roman" w:cs="Times New Roman"/>
          <w:lang w:val="pl-PL"/>
        </w:rPr>
      </w:pPr>
      <w:r w:rsidRPr="00716840">
        <w:rPr>
          <w:rFonts w:ascii="Times New Roman" w:hAnsi="Times New Roman" w:cs="Times New Roman"/>
          <w:b/>
          <w:sz w:val="36"/>
          <w:lang w:val="pl-PL"/>
        </w:rPr>
        <w:t>WNIOSEK</w:t>
      </w:r>
      <w:r w:rsidRPr="00716840">
        <w:rPr>
          <w:rFonts w:ascii="Times New Roman" w:hAnsi="Times New Roman" w:cs="Times New Roman"/>
          <w:b/>
          <w:sz w:val="36"/>
          <w:lang w:val="pl-PL"/>
        </w:rPr>
        <w:br/>
      </w:r>
      <w:r w:rsidRPr="00716840">
        <w:rPr>
          <w:rFonts w:ascii="Times New Roman" w:hAnsi="Times New Roman" w:cs="Times New Roman"/>
          <w:b/>
          <w:lang w:val="pl-PL"/>
        </w:rPr>
        <w:t>o przyznanie stypendium dla uzdolnionego ucznia</w:t>
      </w:r>
      <w:r w:rsidRPr="00716840">
        <w:rPr>
          <w:rFonts w:ascii="Times New Roman" w:hAnsi="Times New Roman" w:cs="Times New Roman"/>
          <w:b/>
          <w:lang w:val="pl-PL"/>
        </w:rPr>
        <w:br/>
      </w:r>
      <w:r w:rsidRPr="00716840">
        <w:rPr>
          <w:rFonts w:ascii="Times New Roman" w:hAnsi="Times New Roman" w:cs="Times New Roman"/>
          <w:lang w:val="pl-PL"/>
        </w:rPr>
        <w:t>uczęszczającego do szkoły podstawowej na terenie Gminy Kobiór</w:t>
      </w:r>
      <w:r w:rsidRPr="00716840">
        <w:rPr>
          <w:rFonts w:ascii="Times New Roman" w:hAnsi="Times New Roman" w:cs="Times New Roman"/>
          <w:lang w:val="pl-PL"/>
        </w:rPr>
        <w:br/>
        <w:t>na podstawie Uchwały Nr 32/XXIII/2026 Rady Gminy Kobiór z dnia 25 czerwca 2026 r.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880"/>
      </w:tblGrid>
      <w:tr w:rsidR="00D928A7" w:rsidRPr="00716840" w14:paraId="0E1ABBFB" w14:textId="77777777">
        <w:trPr>
          <w:jc w:val="center"/>
        </w:trPr>
        <w:tc>
          <w:tcPr>
            <w:tcW w:w="10880" w:type="dxa"/>
          </w:tcPr>
          <w:p w14:paraId="05119200" w14:textId="77777777" w:rsidR="00D928A7" w:rsidRPr="00716840" w:rsidRDefault="00067993">
            <w:pPr>
              <w:rPr>
                <w:rFonts w:ascii="Times New Roman" w:hAnsi="Times New Roman" w:cs="Times New Roman"/>
                <w:lang w:val="pl-PL"/>
              </w:rPr>
            </w:pPr>
            <w:r w:rsidRPr="00716840">
              <w:rPr>
                <w:rFonts w:ascii="Times New Roman" w:hAnsi="Times New Roman" w:cs="Times New Roman"/>
                <w:b/>
                <w:lang w:val="pl-PL"/>
              </w:rPr>
              <w:t>1. DANE WNIOSKODAWCY (RODZICA/OPIEKUNA PRAWNEGO)</w:t>
            </w:r>
          </w:p>
        </w:tc>
      </w:tr>
    </w:tbl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436"/>
        <w:gridCol w:w="5434"/>
      </w:tblGrid>
      <w:tr w:rsidR="00D928A7" w:rsidRPr="00716840" w14:paraId="2251FAEE" w14:textId="77777777" w:rsidTr="007F086A">
        <w:trPr>
          <w:trHeight w:val="284"/>
          <w:jc w:val="center"/>
        </w:trPr>
        <w:tc>
          <w:tcPr>
            <w:tcW w:w="5440" w:type="dxa"/>
          </w:tcPr>
          <w:p w14:paraId="32AA4594" w14:textId="77777777" w:rsidR="00D928A7" w:rsidRPr="00716840" w:rsidRDefault="00067993">
            <w:pPr>
              <w:rPr>
                <w:rFonts w:ascii="Times New Roman" w:hAnsi="Times New Roman" w:cs="Times New Roman"/>
                <w:lang w:val="pl-PL"/>
              </w:rPr>
            </w:pPr>
            <w:r w:rsidRPr="00716840">
              <w:rPr>
                <w:rFonts w:ascii="Times New Roman" w:hAnsi="Times New Roman" w:cs="Times New Roman"/>
                <w:lang w:val="pl-PL"/>
              </w:rPr>
              <w:t>Imię i nazwisko</w:t>
            </w:r>
          </w:p>
        </w:tc>
        <w:tc>
          <w:tcPr>
            <w:tcW w:w="5440" w:type="dxa"/>
          </w:tcPr>
          <w:p w14:paraId="493C1DD9" w14:textId="77777777" w:rsidR="00D928A7" w:rsidRPr="00716840" w:rsidRDefault="00D928A7">
            <w:pPr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928A7" w:rsidRPr="00716840" w14:paraId="5125A612" w14:textId="77777777" w:rsidTr="007F086A">
        <w:trPr>
          <w:trHeight w:val="284"/>
          <w:jc w:val="center"/>
        </w:trPr>
        <w:tc>
          <w:tcPr>
            <w:tcW w:w="5440" w:type="dxa"/>
          </w:tcPr>
          <w:p w14:paraId="3E1441EB" w14:textId="77777777" w:rsidR="00D928A7" w:rsidRPr="00716840" w:rsidRDefault="00067993">
            <w:pPr>
              <w:rPr>
                <w:rFonts w:ascii="Times New Roman" w:hAnsi="Times New Roman" w:cs="Times New Roman"/>
                <w:lang w:val="pl-PL"/>
              </w:rPr>
            </w:pPr>
            <w:r w:rsidRPr="00716840">
              <w:rPr>
                <w:rFonts w:ascii="Times New Roman" w:hAnsi="Times New Roman" w:cs="Times New Roman"/>
                <w:lang w:val="pl-PL"/>
              </w:rPr>
              <w:t>Adres do korespondencji</w:t>
            </w:r>
          </w:p>
        </w:tc>
        <w:tc>
          <w:tcPr>
            <w:tcW w:w="5440" w:type="dxa"/>
          </w:tcPr>
          <w:p w14:paraId="2A31BCD3" w14:textId="77777777" w:rsidR="00D928A7" w:rsidRPr="00716840" w:rsidRDefault="00D928A7">
            <w:pPr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928A7" w:rsidRPr="00716840" w14:paraId="0E3F4FBE" w14:textId="77777777" w:rsidTr="007F086A">
        <w:trPr>
          <w:trHeight w:val="284"/>
          <w:jc w:val="center"/>
        </w:trPr>
        <w:tc>
          <w:tcPr>
            <w:tcW w:w="5440" w:type="dxa"/>
          </w:tcPr>
          <w:p w14:paraId="2C60DBF4" w14:textId="77777777" w:rsidR="00D928A7" w:rsidRPr="00716840" w:rsidRDefault="00067993">
            <w:pPr>
              <w:rPr>
                <w:rFonts w:ascii="Times New Roman" w:hAnsi="Times New Roman" w:cs="Times New Roman"/>
                <w:lang w:val="pl-PL"/>
              </w:rPr>
            </w:pPr>
            <w:r w:rsidRPr="00716840">
              <w:rPr>
                <w:rFonts w:ascii="Times New Roman" w:hAnsi="Times New Roman" w:cs="Times New Roman"/>
                <w:lang w:val="pl-PL"/>
              </w:rPr>
              <w:t>Kod pocztowy i miejscowość</w:t>
            </w:r>
          </w:p>
        </w:tc>
        <w:tc>
          <w:tcPr>
            <w:tcW w:w="5440" w:type="dxa"/>
          </w:tcPr>
          <w:p w14:paraId="1AE2EA32" w14:textId="77777777" w:rsidR="00D928A7" w:rsidRPr="00716840" w:rsidRDefault="00D928A7">
            <w:pPr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928A7" w:rsidRPr="00716840" w14:paraId="12B6D9D8" w14:textId="77777777" w:rsidTr="007F086A">
        <w:trPr>
          <w:trHeight w:val="284"/>
          <w:jc w:val="center"/>
        </w:trPr>
        <w:tc>
          <w:tcPr>
            <w:tcW w:w="5440" w:type="dxa"/>
          </w:tcPr>
          <w:p w14:paraId="2DE2DBC1" w14:textId="77777777" w:rsidR="00D928A7" w:rsidRPr="00716840" w:rsidRDefault="00067993">
            <w:pPr>
              <w:rPr>
                <w:rFonts w:ascii="Times New Roman" w:hAnsi="Times New Roman" w:cs="Times New Roman"/>
                <w:lang w:val="pl-PL"/>
              </w:rPr>
            </w:pPr>
            <w:r w:rsidRPr="00716840">
              <w:rPr>
                <w:rFonts w:ascii="Times New Roman" w:hAnsi="Times New Roman" w:cs="Times New Roman"/>
                <w:lang w:val="pl-PL"/>
              </w:rPr>
              <w:t>Telefon kontaktowy (fakultatywnie)</w:t>
            </w:r>
          </w:p>
        </w:tc>
        <w:tc>
          <w:tcPr>
            <w:tcW w:w="5440" w:type="dxa"/>
          </w:tcPr>
          <w:p w14:paraId="731549A3" w14:textId="77777777" w:rsidR="00D928A7" w:rsidRPr="00716840" w:rsidRDefault="00D928A7">
            <w:pPr>
              <w:rPr>
                <w:rFonts w:ascii="Times New Roman" w:hAnsi="Times New Roman" w:cs="Times New Roman"/>
                <w:lang w:val="pl-PL"/>
              </w:rPr>
            </w:pP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880"/>
      </w:tblGrid>
      <w:tr w:rsidR="00D928A7" w:rsidRPr="00716840" w14:paraId="4312159E" w14:textId="77777777">
        <w:trPr>
          <w:jc w:val="center"/>
        </w:trPr>
        <w:tc>
          <w:tcPr>
            <w:tcW w:w="10880" w:type="dxa"/>
          </w:tcPr>
          <w:p w14:paraId="4BEDE627" w14:textId="77777777" w:rsidR="007F086A" w:rsidRPr="00716840" w:rsidRDefault="007F086A">
            <w:pPr>
              <w:rPr>
                <w:rFonts w:ascii="Times New Roman" w:hAnsi="Times New Roman" w:cs="Times New Roman"/>
                <w:b/>
                <w:lang w:val="pl-PL"/>
              </w:rPr>
            </w:pPr>
          </w:p>
          <w:p w14:paraId="0BCFEF0A" w14:textId="120B05E5" w:rsidR="00D928A7" w:rsidRPr="00716840" w:rsidRDefault="00067993">
            <w:pPr>
              <w:rPr>
                <w:rFonts w:ascii="Times New Roman" w:hAnsi="Times New Roman" w:cs="Times New Roman"/>
                <w:lang w:val="pl-PL"/>
              </w:rPr>
            </w:pPr>
            <w:r w:rsidRPr="00716840">
              <w:rPr>
                <w:rFonts w:ascii="Times New Roman" w:hAnsi="Times New Roman" w:cs="Times New Roman"/>
                <w:b/>
                <w:lang w:val="pl-PL"/>
              </w:rPr>
              <w:t>2. DANE UCZNIA</w:t>
            </w:r>
          </w:p>
        </w:tc>
      </w:tr>
    </w:tbl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436"/>
        <w:gridCol w:w="5434"/>
      </w:tblGrid>
      <w:tr w:rsidR="00D928A7" w:rsidRPr="00716840" w14:paraId="3E16141F" w14:textId="77777777" w:rsidTr="007F086A">
        <w:trPr>
          <w:trHeight w:val="284"/>
          <w:jc w:val="center"/>
        </w:trPr>
        <w:tc>
          <w:tcPr>
            <w:tcW w:w="5440" w:type="dxa"/>
          </w:tcPr>
          <w:p w14:paraId="27D43713" w14:textId="77777777" w:rsidR="00D928A7" w:rsidRPr="00716840" w:rsidRDefault="00067993">
            <w:pPr>
              <w:rPr>
                <w:rFonts w:ascii="Times New Roman" w:hAnsi="Times New Roman" w:cs="Times New Roman"/>
                <w:lang w:val="pl-PL"/>
              </w:rPr>
            </w:pPr>
            <w:r w:rsidRPr="00716840">
              <w:rPr>
                <w:rFonts w:ascii="Times New Roman" w:hAnsi="Times New Roman" w:cs="Times New Roman"/>
                <w:lang w:val="pl-PL"/>
              </w:rPr>
              <w:t>Imię i nazwisko</w:t>
            </w:r>
          </w:p>
        </w:tc>
        <w:tc>
          <w:tcPr>
            <w:tcW w:w="5440" w:type="dxa"/>
          </w:tcPr>
          <w:p w14:paraId="1351A43B" w14:textId="77777777" w:rsidR="00D928A7" w:rsidRPr="00716840" w:rsidRDefault="00D928A7">
            <w:pPr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928A7" w:rsidRPr="00716840" w14:paraId="5FDFC107" w14:textId="77777777" w:rsidTr="007F086A">
        <w:trPr>
          <w:trHeight w:val="284"/>
          <w:jc w:val="center"/>
        </w:trPr>
        <w:tc>
          <w:tcPr>
            <w:tcW w:w="5440" w:type="dxa"/>
          </w:tcPr>
          <w:p w14:paraId="700EB4F0" w14:textId="77777777" w:rsidR="00D928A7" w:rsidRPr="00716840" w:rsidRDefault="00067993">
            <w:pPr>
              <w:rPr>
                <w:rFonts w:ascii="Times New Roman" w:hAnsi="Times New Roman" w:cs="Times New Roman"/>
                <w:lang w:val="pl-PL"/>
              </w:rPr>
            </w:pPr>
            <w:r w:rsidRPr="00716840">
              <w:rPr>
                <w:rFonts w:ascii="Times New Roman" w:hAnsi="Times New Roman" w:cs="Times New Roman"/>
                <w:lang w:val="pl-PL"/>
              </w:rPr>
              <w:t>Nazwa szkoły podstawowej</w:t>
            </w:r>
          </w:p>
        </w:tc>
        <w:tc>
          <w:tcPr>
            <w:tcW w:w="5440" w:type="dxa"/>
          </w:tcPr>
          <w:p w14:paraId="7F40468E" w14:textId="77777777" w:rsidR="00D928A7" w:rsidRPr="00716840" w:rsidRDefault="00D928A7">
            <w:pPr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928A7" w:rsidRPr="00716840" w14:paraId="260D00DA" w14:textId="77777777" w:rsidTr="007F086A">
        <w:trPr>
          <w:trHeight w:val="284"/>
          <w:jc w:val="center"/>
        </w:trPr>
        <w:tc>
          <w:tcPr>
            <w:tcW w:w="5440" w:type="dxa"/>
          </w:tcPr>
          <w:p w14:paraId="25FD04BC" w14:textId="77777777" w:rsidR="00D928A7" w:rsidRPr="00716840" w:rsidRDefault="00067993">
            <w:pPr>
              <w:rPr>
                <w:rFonts w:ascii="Times New Roman" w:hAnsi="Times New Roman" w:cs="Times New Roman"/>
                <w:lang w:val="pl-PL"/>
              </w:rPr>
            </w:pPr>
            <w:r w:rsidRPr="00716840">
              <w:rPr>
                <w:rFonts w:ascii="Times New Roman" w:hAnsi="Times New Roman" w:cs="Times New Roman"/>
                <w:lang w:val="pl-PL"/>
              </w:rPr>
              <w:t>Klasa (rok szkolny, którego dotyczy wniosek)</w:t>
            </w:r>
          </w:p>
        </w:tc>
        <w:tc>
          <w:tcPr>
            <w:tcW w:w="5440" w:type="dxa"/>
          </w:tcPr>
          <w:p w14:paraId="76AB55F1" w14:textId="77777777" w:rsidR="00D928A7" w:rsidRPr="00716840" w:rsidRDefault="00D928A7">
            <w:pPr>
              <w:rPr>
                <w:rFonts w:ascii="Times New Roman" w:hAnsi="Times New Roman" w:cs="Times New Roman"/>
                <w:lang w:val="pl-PL"/>
              </w:rPr>
            </w:pP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880"/>
      </w:tblGrid>
      <w:tr w:rsidR="00D928A7" w:rsidRPr="00716840" w14:paraId="34D28438" w14:textId="77777777">
        <w:trPr>
          <w:jc w:val="center"/>
        </w:trPr>
        <w:tc>
          <w:tcPr>
            <w:tcW w:w="10880" w:type="dxa"/>
          </w:tcPr>
          <w:p w14:paraId="10688F16" w14:textId="77777777" w:rsidR="007F086A" w:rsidRPr="00716840" w:rsidRDefault="007F086A">
            <w:pPr>
              <w:rPr>
                <w:rFonts w:ascii="Times New Roman" w:hAnsi="Times New Roman" w:cs="Times New Roman"/>
                <w:b/>
                <w:lang w:val="pl-PL"/>
              </w:rPr>
            </w:pPr>
          </w:p>
          <w:p w14:paraId="5BE6803D" w14:textId="00A33658" w:rsidR="00D928A7" w:rsidRPr="00716840" w:rsidRDefault="00067993">
            <w:pPr>
              <w:rPr>
                <w:rFonts w:ascii="Times New Roman" w:hAnsi="Times New Roman" w:cs="Times New Roman"/>
                <w:lang w:val="pl-PL"/>
              </w:rPr>
            </w:pPr>
            <w:r w:rsidRPr="00716840">
              <w:rPr>
                <w:rFonts w:ascii="Times New Roman" w:hAnsi="Times New Roman" w:cs="Times New Roman"/>
                <w:b/>
                <w:lang w:val="pl-PL"/>
              </w:rPr>
              <w:t>3. WNOSZĘ O PRZYZNANIE STYPENDIUM ZA</w:t>
            </w:r>
          </w:p>
        </w:tc>
      </w:tr>
    </w:tbl>
    <w:p w14:paraId="0B272CF1" w14:textId="77777777" w:rsidR="00D928A7" w:rsidRPr="00716840" w:rsidRDefault="00067993">
      <w:pPr>
        <w:rPr>
          <w:rFonts w:ascii="Times New Roman" w:hAnsi="Times New Roman" w:cs="Times New Roman"/>
          <w:lang w:val="pl-PL"/>
        </w:rPr>
      </w:pPr>
      <w:r w:rsidRPr="00716840">
        <w:rPr>
          <w:rFonts w:ascii="Segoe UI Symbol" w:hAnsi="Segoe UI Symbol" w:cs="Segoe UI Symbol"/>
          <w:lang w:val="pl-PL"/>
        </w:rPr>
        <w:t>☐</w:t>
      </w:r>
      <w:r w:rsidRPr="00716840">
        <w:rPr>
          <w:rFonts w:ascii="Times New Roman" w:hAnsi="Times New Roman" w:cs="Times New Roman"/>
          <w:lang w:val="pl-PL"/>
        </w:rPr>
        <w:t xml:space="preserve"> wybitne osiągnięcia w nauce        </w:t>
      </w:r>
      <w:r w:rsidRPr="00716840">
        <w:rPr>
          <w:rFonts w:ascii="Segoe UI Symbol" w:hAnsi="Segoe UI Symbol" w:cs="Segoe UI Symbol"/>
          <w:lang w:val="pl-PL"/>
        </w:rPr>
        <w:t>☐</w:t>
      </w:r>
      <w:r w:rsidRPr="00716840">
        <w:rPr>
          <w:rFonts w:ascii="Times New Roman" w:hAnsi="Times New Roman" w:cs="Times New Roman"/>
          <w:lang w:val="pl-PL"/>
        </w:rPr>
        <w:t xml:space="preserve"> wybitne osiągnięcia sportowe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880"/>
      </w:tblGrid>
      <w:tr w:rsidR="00D928A7" w:rsidRPr="00716840" w14:paraId="3C77B26E" w14:textId="77777777">
        <w:trPr>
          <w:jc w:val="center"/>
        </w:trPr>
        <w:tc>
          <w:tcPr>
            <w:tcW w:w="10880" w:type="dxa"/>
          </w:tcPr>
          <w:p w14:paraId="78F3CFCC" w14:textId="77777777" w:rsidR="00D928A7" w:rsidRPr="00716840" w:rsidRDefault="00067993">
            <w:pPr>
              <w:rPr>
                <w:rFonts w:ascii="Times New Roman" w:hAnsi="Times New Roman" w:cs="Times New Roman"/>
                <w:lang w:val="pl-PL"/>
              </w:rPr>
            </w:pPr>
            <w:r w:rsidRPr="00716840">
              <w:rPr>
                <w:rFonts w:ascii="Times New Roman" w:hAnsi="Times New Roman" w:cs="Times New Roman"/>
                <w:b/>
                <w:lang w:val="pl-PL"/>
              </w:rPr>
              <w:t>4. INFORMACJA O SPEŁNIENIU KRYTERIUM</w:t>
            </w:r>
          </w:p>
        </w:tc>
      </w:tr>
    </w:tbl>
    <w:p w14:paraId="57050066" w14:textId="6C9B0490" w:rsidR="00D928A7" w:rsidRPr="00716840" w:rsidRDefault="00067993">
      <w:pPr>
        <w:rPr>
          <w:rFonts w:ascii="Times New Roman" w:hAnsi="Times New Roman" w:cs="Times New Roman"/>
          <w:lang w:val="pl-PL"/>
        </w:rPr>
      </w:pPr>
      <w:r w:rsidRPr="00716840">
        <w:rPr>
          <w:rFonts w:ascii="Segoe UI Symbol" w:hAnsi="Segoe UI Symbol" w:cs="Segoe UI Symbol"/>
          <w:lang w:val="pl-PL"/>
        </w:rPr>
        <w:t>☐</w:t>
      </w:r>
      <w:r w:rsidRPr="00716840">
        <w:rPr>
          <w:rFonts w:ascii="Times New Roman" w:hAnsi="Times New Roman" w:cs="Times New Roman"/>
          <w:lang w:val="pl-PL"/>
        </w:rPr>
        <w:t xml:space="preserve"> średnia ocen </w:t>
      </w:r>
    </w:p>
    <w:p w14:paraId="75ED2C1B" w14:textId="77777777" w:rsidR="00D928A7" w:rsidRPr="00716840" w:rsidRDefault="00067993">
      <w:pPr>
        <w:rPr>
          <w:rFonts w:ascii="Times New Roman" w:hAnsi="Times New Roman" w:cs="Times New Roman"/>
          <w:lang w:val="pl-PL"/>
        </w:rPr>
      </w:pPr>
      <w:r w:rsidRPr="00716840">
        <w:rPr>
          <w:rFonts w:ascii="Segoe UI Symbol" w:hAnsi="Segoe UI Symbol" w:cs="Segoe UI Symbol"/>
          <w:lang w:val="pl-PL"/>
        </w:rPr>
        <w:t>☐</w:t>
      </w:r>
      <w:r w:rsidRPr="00716840">
        <w:rPr>
          <w:rFonts w:ascii="Times New Roman" w:hAnsi="Times New Roman" w:cs="Times New Roman"/>
          <w:lang w:val="pl-PL"/>
        </w:rPr>
        <w:t xml:space="preserve"> tytuł laureata konkursu/olimpiady</w:t>
      </w:r>
    </w:p>
    <w:p w14:paraId="26C20CF5" w14:textId="77777777" w:rsidR="00D928A7" w:rsidRPr="00716840" w:rsidRDefault="00067993">
      <w:pPr>
        <w:rPr>
          <w:rFonts w:ascii="Times New Roman" w:hAnsi="Times New Roman" w:cs="Times New Roman"/>
          <w:lang w:val="pl-PL"/>
        </w:rPr>
      </w:pPr>
      <w:r w:rsidRPr="00716840">
        <w:rPr>
          <w:rFonts w:ascii="Segoe UI Symbol" w:hAnsi="Segoe UI Symbol" w:cs="Segoe UI Symbol"/>
          <w:lang w:val="pl-PL"/>
        </w:rPr>
        <w:t>☐</w:t>
      </w:r>
      <w:r w:rsidRPr="00716840">
        <w:rPr>
          <w:rFonts w:ascii="Times New Roman" w:hAnsi="Times New Roman" w:cs="Times New Roman"/>
          <w:lang w:val="pl-PL"/>
        </w:rPr>
        <w:t xml:space="preserve"> zajęcie I–III miejsca w zawodach sportowych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880"/>
      </w:tblGrid>
      <w:tr w:rsidR="00D928A7" w:rsidRPr="00716840" w14:paraId="7B7E3AE1" w14:textId="77777777">
        <w:trPr>
          <w:jc w:val="center"/>
        </w:trPr>
        <w:tc>
          <w:tcPr>
            <w:tcW w:w="10880" w:type="dxa"/>
          </w:tcPr>
          <w:p w14:paraId="7D77E44C" w14:textId="77777777" w:rsidR="00D928A7" w:rsidRPr="00716840" w:rsidRDefault="00067993">
            <w:pPr>
              <w:rPr>
                <w:rFonts w:ascii="Times New Roman" w:hAnsi="Times New Roman" w:cs="Times New Roman"/>
                <w:lang w:val="pl-PL"/>
              </w:rPr>
            </w:pPr>
            <w:r w:rsidRPr="00716840">
              <w:rPr>
                <w:rFonts w:ascii="Times New Roman" w:hAnsi="Times New Roman" w:cs="Times New Roman"/>
                <w:b/>
                <w:lang w:val="pl-PL"/>
              </w:rPr>
              <w:t>5. ZAŁĄCZNIKI</w:t>
            </w:r>
          </w:p>
        </w:tc>
      </w:tr>
    </w:tbl>
    <w:p w14:paraId="34A5D2EF" w14:textId="77777777" w:rsidR="00D928A7" w:rsidRPr="00716840" w:rsidRDefault="00067993">
      <w:pPr>
        <w:rPr>
          <w:rFonts w:ascii="Times New Roman" w:hAnsi="Times New Roman" w:cs="Times New Roman"/>
          <w:lang w:val="pl-PL"/>
        </w:rPr>
      </w:pPr>
      <w:r w:rsidRPr="00716840">
        <w:rPr>
          <w:rFonts w:ascii="Times New Roman" w:hAnsi="Times New Roman" w:cs="Times New Roman"/>
          <w:lang w:val="pl-PL"/>
        </w:rPr>
        <w:t>1. __________________________________________________________________________________________</w:t>
      </w:r>
    </w:p>
    <w:p w14:paraId="5899E4C7" w14:textId="77777777" w:rsidR="00D928A7" w:rsidRPr="00716840" w:rsidRDefault="00067993">
      <w:pPr>
        <w:rPr>
          <w:rFonts w:ascii="Times New Roman" w:hAnsi="Times New Roman" w:cs="Times New Roman"/>
          <w:lang w:val="pl-PL"/>
        </w:rPr>
      </w:pPr>
      <w:r w:rsidRPr="00716840">
        <w:rPr>
          <w:rFonts w:ascii="Times New Roman" w:hAnsi="Times New Roman" w:cs="Times New Roman"/>
          <w:lang w:val="pl-PL"/>
        </w:rPr>
        <w:t>2. __________________________________________________________________________________________</w:t>
      </w:r>
    </w:p>
    <w:p w14:paraId="22EA8AD9" w14:textId="77777777" w:rsidR="00D928A7" w:rsidRPr="00716840" w:rsidRDefault="00067993">
      <w:pPr>
        <w:rPr>
          <w:rFonts w:ascii="Times New Roman" w:hAnsi="Times New Roman" w:cs="Times New Roman"/>
          <w:lang w:val="pl-PL"/>
        </w:rPr>
      </w:pPr>
      <w:r w:rsidRPr="00716840">
        <w:rPr>
          <w:rFonts w:ascii="Times New Roman" w:hAnsi="Times New Roman" w:cs="Times New Roman"/>
          <w:lang w:val="pl-PL"/>
        </w:rPr>
        <w:t>3. __________________________________________________________________________________________</w:t>
      </w:r>
    </w:p>
    <w:p w14:paraId="1390ACFD" w14:textId="51013E77" w:rsidR="007F086A" w:rsidRPr="00716840" w:rsidRDefault="007F086A">
      <w:pPr>
        <w:rPr>
          <w:rFonts w:ascii="Times New Roman" w:hAnsi="Times New Roman" w:cs="Times New Roman"/>
          <w:lang w:val="pl-PL"/>
        </w:rPr>
      </w:pPr>
      <w:r w:rsidRPr="00716840">
        <w:rPr>
          <w:rFonts w:ascii="Times New Roman" w:hAnsi="Times New Roman" w:cs="Times New Roman"/>
          <w:lang w:val="pl-PL"/>
        </w:rPr>
        <w:t>4. __________________________________________________________________________________________</w:t>
      </w:r>
    </w:p>
    <w:p w14:paraId="47931DD1" w14:textId="01D7E85A" w:rsidR="007F086A" w:rsidRPr="00716840" w:rsidRDefault="007F086A">
      <w:pPr>
        <w:rPr>
          <w:rFonts w:ascii="Times New Roman" w:hAnsi="Times New Roman" w:cs="Times New Roman"/>
          <w:lang w:val="pl-PL"/>
        </w:rPr>
      </w:pPr>
      <w:r w:rsidRPr="00716840">
        <w:rPr>
          <w:rFonts w:ascii="Times New Roman" w:hAnsi="Times New Roman" w:cs="Times New Roman"/>
          <w:lang w:val="pl-PL"/>
        </w:rPr>
        <w:t>5. __________________________________________________________________________________________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880"/>
      </w:tblGrid>
      <w:tr w:rsidR="00D928A7" w:rsidRPr="00716840" w14:paraId="3D3F67EF" w14:textId="77777777">
        <w:trPr>
          <w:jc w:val="center"/>
        </w:trPr>
        <w:tc>
          <w:tcPr>
            <w:tcW w:w="10880" w:type="dxa"/>
          </w:tcPr>
          <w:p w14:paraId="1ADD7788" w14:textId="02D466A2" w:rsidR="00D928A7" w:rsidRPr="00716840" w:rsidRDefault="007F086A">
            <w:pPr>
              <w:rPr>
                <w:rFonts w:ascii="Times New Roman" w:hAnsi="Times New Roman" w:cs="Times New Roman"/>
                <w:lang w:val="pl-PL"/>
              </w:rPr>
            </w:pPr>
            <w:r w:rsidRPr="00716840">
              <w:rPr>
                <w:rFonts w:ascii="Times New Roman" w:hAnsi="Times New Roman" w:cs="Times New Roman"/>
                <w:b/>
                <w:lang w:val="pl-PL"/>
              </w:rPr>
              <w:br/>
            </w:r>
            <w:r w:rsidR="00067993" w:rsidRPr="00716840">
              <w:rPr>
                <w:rFonts w:ascii="Times New Roman" w:hAnsi="Times New Roman" w:cs="Times New Roman"/>
                <w:b/>
                <w:lang w:val="pl-PL"/>
              </w:rPr>
              <w:t>6. SPOSÓB WYPŁATY STYPENDIUM</w:t>
            </w:r>
          </w:p>
        </w:tc>
      </w:tr>
    </w:tbl>
    <w:p w14:paraId="44831943" w14:textId="77777777" w:rsidR="00D928A7" w:rsidRPr="00716840" w:rsidRDefault="00067993">
      <w:pPr>
        <w:rPr>
          <w:rFonts w:ascii="Times New Roman" w:hAnsi="Times New Roman" w:cs="Times New Roman"/>
          <w:lang w:val="pl-PL"/>
        </w:rPr>
      </w:pPr>
      <w:r w:rsidRPr="00716840">
        <w:rPr>
          <w:rFonts w:ascii="Segoe UI Symbol" w:hAnsi="Segoe UI Symbol" w:cs="Segoe UI Symbol"/>
          <w:lang w:val="pl-PL"/>
        </w:rPr>
        <w:t>☐</w:t>
      </w:r>
      <w:r w:rsidRPr="00716840">
        <w:rPr>
          <w:rFonts w:ascii="Times New Roman" w:hAnsi="Times New Roman" w:cs="Times New Roman"/>
          <w:lang w:val="pl-PL"/>
        </w:rPr>
        <w:t xml:space="preserve"> Odbiór w kasie Urzędu Gminy Kobiór</w:t>
      </w:r>
    </w:p>
    <w:p w14:paraId="1696B19E" w14:textId="684A190F" w:rsidR="007F086A" w:rsidRPr="00716840" w:rsidRDefault="00067993">
      <w:pPr>
        <w:rPr>
          <w:rFonts w:ascii="Times New Roman" w:hAnsi="Times New Roman" w:cs="Times New Roman"/>
          <w:lang w:val="pl-PL"/>
        </w:rPr>
      </w:pPr>
      <w:r w:rsidRPr="00716840">
        <w:rPr>
          <w:rFonts w:ascii="Segoe UI Symbol" w:hAnsi="Segoe UI Symbol" w:cs="Segoe UI Symbol"/>
          <w:lang w:val="pl-PL"/>
        </w:rPr>
        <w:t>☐</w:t>
      </w:r>
      <w:r w:rsidRPr="00716840">
        <w:rPr>
          <w:rFonts w:ascii="Times New Roman" w:hAnsi="Times New Roman" w:cs="Times New Roman"/>
          <w:lang w:val="pl-PL"/>
        </w:rPr>
        <w:t xml:space="preserve"> Przelew na rachunek bankow</w:t>
      </w:r>
      <w:r w:rsidR="007F086A" w:rsidRPr="00716840">
        <w:rPr>
          <w:rFonts w:ascii="Times New Roman" w:hAnsi="Times New Roman" w:cs="Times New Roman"/>
          <w:lang w:val="pl-PL"/>
        </w:rPr>
        <w:t>y</w:t>
      </w:r>
    </w:p>
    <w:p w14:paraId="10C8EC1B" w14:textId="29720781" w:rsidR="00D928A7" w:rsidRPr="00716840" w:rsidRDefault="00067993">
      <w:pPr>
        <w:rPr>
          <w:rFonts w:ascii="Times New Roman" w:hAnsi="Times New Roman" w:cs="Times New Roman"/>
          <w:lang w:val="pl-PL"/>
        </w:rPr>
      </w:pPr>
      <w:r w:rsidRPr="00716840">
        <w:rPr>
          <w:rFonts w:ascii="Times New Roman" w:hAnsi="Times New Roman" w:cs="Times New Roman"/>
          <w:lang w:val="pl-PL"/>
        </w:rPr>
        <w:lastRenderedPageBreak/>
        <w:t xml:space="preserve">Numer rachunku bankowego </w:t>
      </w:r>
    </w:p>
    <w:tbl>
      <w:tblPr>
        <w:tblStyle w:val="Tabela-Siatka"/>
        <w:tblW w:w="0" w:type="auto"/>
        <w:tblInd w:w="407" w:type="dxa"/>
        <w:tblLook w:val="04A0" w:firstRow="1" w:lastRow="0" w:firstColumn="1" w:lastColumn="0" w:noHBand="0" w:noVBand="1"/>
      </w:tblPr>
      <w:tblGrid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D928A7" w:rsidRPr="00716840" w14:paraId="6B9DF59B" w14:textId="77777777" w:rsidTr="007F086A">
        <w:trPr>
          <w:trHeight w:val="522"/>
        </w:trPr>
        <w:tc>
          <w:tcPr>
            <w:tcW w:w="255" w:type="dxa"/>
          </w:tcPr>
          <w:p w14:paraId="071681BB" w14:textId="77777777" w:rsidR="00D928A7" w:rsidRPr="00716840" w:rsidRDefault="00D928A7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255" w:type="dxa"/>
          </w:tcPr>
          <w:p w14:paraId="057BA613" w14:textId="77777777" w:rsidR="00D928A7" w:rsidRPr="00716840" w:rsidRDefault="00D928A7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255" w:type="dxa"/>
          </w:tcPr>
          <w:p w14:paraId="739ED0C9" w14:textId="77777777" w:rsidR="00D928A7" w:rsidRPr="00716840" w:rsidRDefault="00D928A7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255" w:type="dxa"/>
          </w:tcPr>
          <w:p w14:paraId="2EBC9D77" w14:textId="77777777" w:rsidR="00D928A7" w:rsidRPr="00716840" w:rsidRDefault="00D928A7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255" w:type="dxa"/>
          </w:tcPr>
          <w:p w14:paraId="14F1AE2F" w14:textId="77777777" w:rsidR="00D928A7" w:rsidRPr="00716840" w:rsidRDefault="00D928A7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255" w:type="dxa"/>
          </w:tcPr>
          <w:p w14:paraId="16B3ED49" w14:textId="77777777" w:rsidR="00D928A7" w:rsidRPr="00716840" w:rsidRDefault="00D928A7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255" w:type="dxa"/>
          </w:tcPr>
          <w:p w14:paraId="0FA2C371" w14:textId="77777777" w:rsidR="00D928A7" w:rsidRPr="00716840" w:rsidRDefault="00D928A7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255" w:type="dxa"/>
          </w:tcPr>
          <w:p w14:paraId="7230892F" w14:textId="77777777" w:rsidR="00D928A7" w:rsidRPr="00716840" w:rsidRDefault="00D928A7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255" w:type="dxa"/>
          </w:tcPr>
          <w:p w14:paraId="4B0BC6AF" w14:textId="77777777" w:rsidR="00D928A7" w:rsidRPr="00716840" w:rsidRDefault="00D928A7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255" w:type="dxa"/>
          </w:tcPr>
          <w:p w14:paraId="1DD21619" w14:textId="77777777" w:rsidR="00D928A7" w:rsidRPr="00716840" w:rsidRDefault="00D928A7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255" w:type="dxa"/>
          </w:tcPr>
          <w:p w14:paraId="1FA66D7D" w14:textId="77777777" w:rsidR="00D928A7" w:rsidRPr="00716840" w:rsidRDefault="00D928A7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255" w:type="dxa"/>
          </w:tcPr>
          <w:p w14:paraId="4EC314EC" w14:textId="77777777" w:rsidR="00D928A7" w:rsidRPr="00716840" w:rsidRDefault="00D928A7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255" w:type="dxa"/>
          </w:tcPr>
          <w:p w14:paraId="2D068AA3" w14:textId="77777777" w:rsidR="00D928A7" w:rsidRPr="00716840" w:rsidRDefault="00D928A7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255" w:type="dxa"/>
          </w:tcPr>
          <w:p w14:paraId="6F014E14" w14:textId="77777777" w:rsidR="00D928A7" w:rsidRPr="00716840" w:rsidRDefault="00D928A7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255" w:type="dxa"/>
          </w:tcPr>
          <w:p w14:paraId="201D3E51" w14:textId="77777777" w:rsidR="00D928A7" w:rsidRPr="00716840" w:rsidRDefault="00D928A7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255" w:type="dxa"/>
          </w:tcPr>
          <w:p w14:paraId="1CEC7661" w14:textId="77777777" w:rsidR="00D928A7" w:rsidRPr="00716840" w:rsidRDefault="00D928A7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255" w:type="dxa"/>
          </w:tcPr>
          <w:p w14:paraId="36862F9F" w14:textId="77777777" w:rsidR="00D928A7" w:rsidRPr="00716840" w:rsidRDefault="00D928A7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255" w:type="dxa"/>
          </w:tcPr>
          <w:p w14:paraId="54DDAC12" w14:textId="77777777" w:rsidR="00D928A7" w:rsidRPr="00716840" w:rsidRDefault="00D928A7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255" w:type="dxa"/>
          </w:tcPr>
          <w:p w14:paraId="571F090D" w14:textId="77777777" w:rsidR="00D928A7" w:rsidRPr="00716840" w:rsidRDefault="00D928A7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255" w:type="dxa"/>
          </w:tcPr>
          <w:p w14:paraId="5CAB21BF" w14:textId="77777777" w:rsidR="00D928A7" w:rsidRPr="00716840" w:rsidRDefault="00D928A7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255" w:type="dxa"/>
          </w:tcPr>
          <w:p w14:paraId="2C3A770D" w14:textId="77777777" w:rsidR="00D928A7" w:rsidRPr="00716840" w:rsidRDefault="00D928A7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255" w:type="dxa"/>
          </w:tcPr>
          <w:p w14:paraId="59F5FF51" w14:textId="77777777" w:rsidR="00D928A7" w:rsidRPr="00716840" w:rsidRDefault="00D928A7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255" w:type="dxa"/>
          </w:tcPr>
          <w:p w14:paraId="4D50BF36" w14:textId="77777777" w:rsidR="00D928A7" w:rsidRPr="00716840" w:rsidRDefault="00D928A7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255" w:type="dxa"/>
          </w:tcPr>
          <w:p w14:paraId="2DC44CF7" w14:textId="77777777" w:rsidR="00D928A7" w:rsidRPr="00716840" w:rsidRDefault="00D928A7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255" w:type="dxa"/>
          </w:tcPr>
          <w:p w14:paraId="5EC96B1B" w14:textId="77777777" w:rsidR="00D928A7" w:rsidRPr="00716840" w:rsidRDefault="00D928A7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255" w:type="dxa"/>
          </w:tcPr>
          <w:p w14:paraId="701EE0AB" w14:textId="77777777" w:rsidR="00D928A7" w:rsidRPr="00716840" w:rsidRDefault="00D928A7">
            <w:pPr>
              <w:rPr>
                <w:rFonts w:ascii="Times New Roman" w:hAnsi="Times New Roman" w:cs="Times New Roman"/>
                <w:lang w:val="pl-PL"/>
              </w:rPr>
            </w:pPr>
          </w:p>
        </w:tc>
      </w:tr>
    </w:tbl>
    <w:p w14:paraId="2C08FA3A" w14:textId="77777777" w:rsidR="007F086A" w:rsidRPr="00716840" w:rsidRDefault="007F086A">
      <w:pPr>
        <w:rPr>
          <w:rFonts w:ascii="Times New Roman" w:hAnsi="Times New Roman" w:cs="Times New Roman"/>
          <w:lang w:val="pl-PL"/>
        </w:rPr>
      </w:pPr>
    </w:p>
    <w:p w14:paraId="314F2819" w14:textId="19CEC284" w:rsidR="00D928A7" w:rsidRPr="00716840" w:rsidRDefault="00067993">
      <w:pPr>
        <w:rPr>
          <w:rFonts w:ascii="Times New Roman" w:hAnsi="Times New Roman" w:cs="Times New Roman"/>
          <w:lang w:val="pl-PL"/>
        </w:rPr>
      </w:pPr>
      <w:r w:rsidRPr="00716840">
        <w:rPr>
          <w:rFonts w:ascii="Times New Roman" w:hAnsi="Times New Roman" w:cs="Times New Roman"/>
          <w:lang w:val="pl-PL"/>
        </w:rPr>
        <w:t>Właściciel rachunku: ______________________________________________________________________</w:t>
      </w:r>
      <w:r w:rsidRPr="00716840">
        <w:rPr>
          <w:rFonts w:ascii="Times New Roman" w:hAnsi="Times New Roman" w:cs="Times New Roman"/>
          <w:lang w:val="pl-PL"/>
        </w:rPr>
        <w:br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35"/>
        <w:gridCol w:w="5435"/>
      </w:tblGrid>
      <w:tr w:rsidR="00D928A7" w:rsidRPr="00716840" w14:paraId="23AD01A2" w14:textId="77777777">
        <w:tc>
          <w:tcPr>
            <w:tcW w:w="5440" w:type="dxa"/>
          </w:tcPr>
          <w:p w14:paraId="44C21395" w14:textId="77777777" w:rsidR="00D928A7" w:rsidRPr="00716840" w:rsidRDefault="00067993" w:rsidP="007F086A">
            <w:pPr>
              <w:jc w:val="center"/>
              <w:rPr>
                <w:rFonts w:ascii="Times New Roman" w:hAnsi="Times New Roman" w:cs="Times New Roman"/>
                <w:lang w:val="pl-PL"/>
              </w:rPr>
            </w:pPr>
            <w:r w:rsidRPr="00716840">
              <w:rPr>
                <w:rFonts w:ascii="Times New Roman" w:hAnsi="Times New Roman" w:cs="Times New Roman"/>
                <w:lang w:val="pl-PL"/>
              </w:rPr>
              <w:br/>
            </w:r>
            <w:r w:rsidRPr="00716840">
              <w:rPr>
                <w:rFonts w:ascii="Times New Roman" w:hAnsi="Times New Roman" w:cs="Times New Roman"/>
                <w:lang w:val="pl-PL"/>
              </w:rPr>
              <w:br/>
              <w:t>...................................</w:t>
            </w:r>
            <w:r w:rsidRPr="00716840">
              <w:rPr>
                <w:rFonts w:ascii="Times New Roman" w:hAnsi="Times New Roman" w:cs="Times New Roman"/>
                <w:lang w:val="pl-PL"/>
              </w:rPr>
              <w:br/>
              <w:t>(czytelny podpis rodzica/opiekuna)</w:t>
            </w:r>
          </w:p>
        </w:tc>
        <w:tc>
          <w:tcPr>
            <w:tcW w:w="5440" w:type="dxa"/>
          </w:tcPr>
          <w:p w14:paraId="6476266D" w14:textId="77777777" w:rsidR="00D928A7" w:rsidRPr="00716840" w:rsidRDefault="00067993" w:rsidP="007F086A">
            <w:pPr>
              <w:jc w:val="center"/>
              <w:rPr>
                <w:rFonts w:ascii="Times New Roman" w:hAnsi="Times New Roman" w:cs="Times New Roman"/>
                <w:lang w:val="pl-PL"/>
              </w:rPr>
            </w:pPr>
            <w:r w:rsidRPr="00716840">
              <w:rPr>
                <w:rFonts w:ascii="Times New Roman" w:hAnsi="Times New Roman" w:cs="Times New Roman"/>
                <w:lang w:val="pl-PL"/>
              </w:rPr>
              <w:br/>
            </w:r>
            <w:r w:rsidRPr="00716840">
              <w:rPr>
                <w:rFonts w:ascii="Times New Roman" w:hAnsi="Times New Roman" w:cs="Times New Roman"/>
                <w:lang w:val="pl-PL"/>
              </w:rPr>
              <w:br/>
              <w:t>...................................</w:t>
            </w:r>
            <w:r w:rsidRPr="00716840">
              <w:rPr>
                <w:rFonts w:ascii="Times New Roman" w:hAnsi="Times New Roman" w:cs="Times New Roman"/>
                <w:lang w:val="pl-PL"/>
              </w:rPr>
              <w:br/>
              <w:t>(miejscowość, data)</w:t>
            </w: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880"/>
      </w:tblGrid>
      <w:tr w:rsidR="00D928A7" w:rsidRPr="00716840" w14:paraId="75BA63AF" w14:textId="77777777">
        <w:trPr>
          <w:jc w:val="center"/>
        </w:trPr>
        <w:tc>
          <w:tcPr>
            <w:tcW w:w="10880" w:type="dxa"/>
          </w:tcPr>
          <w:p w14:paraId="1D0368B4" w14:textId="77777777" w:rsidR="007F086A" w:rsidRPr="00716840" w:rsidRDefault="007F086A">
            <w:pPr>
              <w:rPr>
                <w:rFonts w:ascii="Times New Roman" w:hAnsi="Times New Roman" w:cs="Times New Roman"/>
                <w:b/>
                <w:lang w:val="pl-PL"/>
              </w:rPr>
            </w:pPr>
          </w:p>
          <w:p w14:paraId="68500B4E" w14:textId="77777777" w:rsidR="007F086A" w:rsidRPr="00716840" w:rsidRDefault="007F086A">
            <w:pPr>
              <w:rPr>
                <w:rFonts w:ascii="Times New Roman" w:hAnsi="Times New Roman" w:cs="Times New Roman"/>
                <w:b/>
                <w:lang w:val="pl-PL"/>
              </w:rPr>
            </w:pPr>
          </w:p>
          <w:p w14:paraId="4F42A90C" w14:textId="77777777" w:rsidR="007F086A" w:rsidRPr="00716840" w:rsidRDefault="007F086A">
            <w:pPr>
              <w:rPr>
                <w:rFonts w:ascii="Times New Roman" w:hAnsi="Times New Roman" w:cs="Times New Roman"/>
                <w:b/>
                <w:lang w:val="pl-PL"/>
              </w:rPr>
            </w:pPr>
          </w:p>
          <w:p w14:paraId="27D2966C" w14:textId="77777777" w:rsidR="007F086A" w:rsidRPr="00716840" w:rsidRDefault="007F086A">
            <w:pPr>
              <w:rPr>
                <w:rFonts w:ascii="Times New Roman" w:hAnsi="Times New Roman" w:cs="Times New Roman"/>
                <w:b/>
                <w:lang w:val="pl-PL"/>
              </w:rPr>
            </w:pPr>
          </w:p>
          <w:p w14:paraId="67B4DBDA" w14:textId="77777777" w:rsidR="007F086A" w:rsidRPr="00716840" w:rsidRDefault="007F086A">
            <w:pPr>
              <w:rPr>
                <w:rFonts w:ascii="Times New Roman" w:hAnsi="Times New Roman" w:cs="Times New Roman"/>
                <w:b/>
                <w:lang w:val="pl-PL"/>
              </w:rPr>
            </w:pPr>
          </w:p>
          <w:p w14:paraId="1887FAF5" w14:textId="77777777" w:rsidR="007F086A" w:rsidRPr="00716840" w:rsidRDefault="007F086A">
            <w:pPr>
              <w:rPr>
                <w:rFonts w:ascii="Times New Roman" w:hAnsi="Times New Roman" w:cs="Times New Roman"/>
                <w:b/>
                <w:lang w:val="pl-PL"/>
              </w:rPr>
            </w:pPr>
          </w:p>
          <w:p w14:paraId="7D049949" w14:textId="77777777" w:rsidR="007F086A" w:rsidRPr="00716840" w:rsidRDefault="007F086A">
            <w:pPr>
              <w:rPr>
                <w:rFonts w:ascii="Times New Roman" w:hAnsi="Times New Roman" w:cs="Times New Roman"/>
                <w:b/>
                <w:lang w:val="pl-PL"/>
              </w:rPr>
            </w:pPr>
          </w:p>
          <w:p w14:paraId="337F2DCD" w14:textId="77777777" w:rsidR="007F086A" w:rsidRPr="00716840" w:rsidRDefault="007F086A">
            <w:pPr>
              <w:rPr>
                <w:rFonts w:ascii="Times New Roman" w:hAnsi="Times New Roman" w:cs="Times New Roman"/>
                <w:b/>
                <w:lang w:val="pl-PL"/>
              </w:rPr>
            </w:pPr>
          </w:p>
          <w:p w14:paraId="57A38E1F" w14:textId="77777777" w:rsidR="007F086A" w:rsidRPr="00716840" w:rsidRDefault="007F086A">
            <w:pPr>
              <w:rPr>
                <w:rFonts w:ascii="Times New Roman" w:hAnsi="Times New Roman" w:cs="Times New Roman"/>
                <w:b/>
                <w:lang w:val="pl-PL"/>
              </w:rPr>
            </w:pPr>
          </w:p>
          <w:p w14:paraId="0C4F638F" w14:textId="77777777" w:rsidR="007F086A" w:rsidRPr="00716840" w:rsidRDefault="007F086A">
            <w:pPr>
              <w:rPr>
                <w:rFonts w:ascii="Times New Roman" w:hAnsi="Times New Roman" w:cs="Times New Roman"/>
                <w:b/>
                <w:lang w:val="pl-PL"/>
              </w:rPr>
            </w:pPr>
          </w:p>
          <w:p w14:paraId="2A4DC559" w14:textId="77777777" w:rsidR="007F086A" w:rsidRPr="00716840" w:rsidRDefault="007F086A">
            <w:pPr>
              <w:rPr>
                <w:rFonts w:ascii="Times New Roman" w:hAnsi="Times New Roman" w:cs="Times New Roman"/>
                <w:b/>
                <w:lang w:val="pl-PL"/>
              </w:rPr>
            </w:pPr>
          </w:p>
          <w:p w14:paraId="736E2432" w14:textId="77777777" w:rsidR="007F086A" w:rsidRPr="00716840" w:rsidRDefault="007F086A">
            <w:pPr>
              <w:rPr>
                <w:rFonts w:ascii="Times New Roman" w:hAnsi="Times New Roman" w:cs="Times New Roman"/>
                <w:b/>
                <w:lang w:val="pl-PL"/>
              </w:rPr>
            </w:pPr>
          </w:p>
          <w:p w14:paraId="4A015550" w14:textId="77777777" w:rsidR="007F086A" w:rsidRPr="00716840" w:rsidRDefault="007F086A">
            <w:pPr>
              <w:rPr>
                <w:rFonts w:ascii="Times New Roman" w:hAnsi="Times New Roman" w:cs="Times New Roman"/>
                <w:b/>
                <w:lang w:val="pl-PL"/>
              </w:rPr>
            </w:pPr>
          </w:p>
          <w:p w14:paraId="123E6F8F" w14:textId="77777777" w:rsidR="007F086A" w:rsidRPr="00716840" w:rsidRDefault="007F086A">
            <w:pPr>
              <w:rPr>
                <w:rFonts w:ascii="Times New Roman" w:hAnsi="Times New Roman" w:cs="Times New Roman"/>
                <w:b/>
                <w:lang w:val="pl-PL"/>
              </w:rPr>
            </w:pPr>
          </w:p>
          <w:p w14:paraId="429AF431" w14:textId="77777777" w:rsidR="007F086A" w:rsidRPr="00716840" w:rsidRDefault="007F086A">
            <w:pPr>
              <w:rPr>
                <w:rFonts w:ascii="Times New Roman" w:hAnsi="Times New Roman" w:cs="Times New Roman"/>
                <w:b/>
                <w:lang w:val="pl-PL"/>
              </w:rPr>
            </w:pPr>
          </w:p>
          <w:p w14:paraId="30DC1A20" w14:textId="77777777" w:rsidR="007F086A" w:rsidRPr="00716840" w:rsidRDefault="007F086A">
            <w:pPr>
              <w:rPr>
                <w:rFonts w:ascii="Times New Roman" w:hAnsi="Times New Roman" w:cs="Times New Roman"/>
                <w:b/>
                <w:lang w:val="pl-PL"/>
              </w:rPr>
            </w:pPr>
          </w:p>
          <w:p w14:paraId="501F2C61" w14:textId="77777777" w:rsidR="007F086A" w:rsidRPr="00716840" w:rsidRDefault="007F086A">
            <w:pPr>
              <w:rPr>
                <w:rFonts w:ascii="Times New Roman" w:hAnsi="Times New Roman" w:cs="Times New Roman"/>
                <w:b/>
                <w:lang w:val="pl-PL"/>
              </w:rPr>
            </w:pPr>
          </w:p>
          <w:p w14:paraId="3F247C1E" w14:textId="097D0A5E" w:rsidR="00D928A7" w:rsidRPr="00716840" w:rsidRDefault="00067993">
            <w:pPr>
              <w:rPr>
                <w:rFonts w:ascii="Times New Roman" w:hAnsi="Times New Roman" w:cs="Times New Roman"/>
                <w:lang w:val="pl-PL"/>
              </w:rPr>
            </w:pPr>
            <w:r w:rsidRPr="00716840">
              <w:rPr>
                <w:rFonts w:ascii="Times New Roman" w:hAnsi="Times New Roman" w:cs="Times New Roman"/>
                <w:b/>
                <w:lang w:val="pl-PL"/>
              </w:rPr>
              <w:t>WYPEŁNIA URZĄD GMINY KOBIÓR</w:t>
            </w:r>
          </w:p>
        </w:tc>
      </w:tr>
    </w:tbl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18"/>
        <w:gridCol w:w="2717"/>
        <w:gridCol w:w="2718"/>
        <w:gridCol w:w="2717"/>
      </w:tblGrid>
      <w:tr w:rsidR="00D928A7" w:rsidRPr="00716840" w14:paraId="3CC45B5D" w14:textId="77777777">
        <w:tc>
          <w:tcPr>
            <w:tcW w:w="2720" w:type="dxa"/>
          </w:tcPr>
          <w:p w14:paraId="0A8F3A25" w14:textId="77777777" w:rsidR="00D928A7" w:rsidRPr="00716840" w:rsidRDefault="00067993">
            <w:pPr>
              <w:rPr>
                <w:rFonts w:ascii="Times New Roman" w:hAnsi="Times New Roman" w:cs="Times New Roman"/>
                <w:lang w:val="pl-PL"/>
              </w:rPr>
            </w:pPr>
            <w:r w:rsidRPr="00716840">
              <w:rPr>
                <w:rFonts w:ascii="Times New Roman" w:hAnsi="Times New Roman" w:cs="Times New Roman"/>
                <w:lang w:val="pl-PL"/>
              </w:rPr>
              <w:t>Data wpływu</w:t>
            </w:r>
          </w:p>
        </w:tc>
        <w:tc>
          <w:tcPr>
            <w:tcW w:w="2720" w:type="dxa"/>
          </w:tcPr>
          <w:p w14:paraId="33B663CD" w14:textId="77777777" w:rsidR="00D928A7" w:rsidRPr="00716840" w:rsidRDefault="00067993">
            <w:pPr>
              <w:rPr>
                <w:rFonts w:ascii="Times New Roman" w:hAnsi="Times New Roman" w:cs="Times New Roman"/>
                <w:lang w:val="pl-PL"/>
              </w:rPr>
            </w:pPr>
            <w:r w:rsidRPr="00716840">
              <w:rPr>
                <w:rFonts w:ascii="Times New Roman" w:hAnsi="Times New Roman" w:cs="Times New Roman"/>
                <w:lang w:val="pl-PL"/>
              </w:rPr>
              <w:t>Nr sprawy</w:t>
            </w:r>
          </w:p>
        </w:tc>
        <w:tc>
          <w:tcPr>
            <w:tcW w:w="2720" w:type="dxa"/>
          </w:tcPr>
          <w:p w14:paraId="771F7873" w14:textId="77777777" w:rsidR="00D928A7" w:rsidRPr="00716840" w:rsidRDefault="00067993">
            <w:pPr>
              <w:rPr>
                <w:rFonts w:ascii="Times New Roman" w:hAnsi="Times New Roman" w:cs="Times New Roman"/>
                <w:lang w:val="pl-PL"/>
              </w:rPr>
            </w:pPr>
            <w:r w:rsidRPr="00716840">
              <w:rPr>
                <w:rFonts w:ascii="Times New Roman" w:hAnsi="Times New Roman" w:cs="Times New Roman"/>
                <w:lang w:val="pl-PL"/>
              </w:rPr>
              <w:t>Sprawdzono formalnie</w:t>
            </w:r>
          </w:p>
        </w:tc>
        <w:tc>
          <w:tcPr>
            <w:tcW w:w="2720" w:type="dxa"/>
          </w:tcPr>
          <w:p w14:paraId="0D5CD0D6" w14:textId="77777777" w:rsidR="00D928A7" w:rsidRPr="00716840" w:rsidRDefault="00067993">
            <w:pPr>
              <w:rPr>
                <w:rFonts w:ascii="Times New Roman" w:hAnsi="Times New Roman" w:cs="Times New Roman"/>
                <w:lang w:val="pl-PL"/>
              </w:rPr>
            </w:pPr>
            <w:r w:rsidRPr="00716840">
              <w:rPr>
                <w:rFonts w:ascii="Times New Roman" w:hAnsi="Times New Roman" w:cs="Times New Roman"/>
                <w:lang w:val="pl-PL"/>
              </w:rPr>
              <w:t>Decyzja Wójta</w:t>
            </w:r>
          </w:p>
        </w:tc>
      </w:tr>
      <w:tr w:rsidR="00D928A7" w:rsidRPr="00716840" w14:paraId="228B27EC" w14:textId="77777777" w:rsidTr="007F086A">
        <w:trPr>
          <w:trHeight w:val="533"/>
        </w:trPr>
        <w:tc>
          <w:tcPr>
            <w:tcW w:w="2720" w:type="dxa"/>
          </w:tcPr>
          <w:p w14:paraId="53F1CC69" w14:textId="77777777" w:rsidR="00D928A7" w:rsidRPr="00716840" w:rsidRDefault="00D928A7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2720" w:type="dxa"/>
          </w:tcPr>
          <w:p w14:paraId="7E3BB8E0" w14:textId="77777777" w:rsidR="00D928A7" w:rsidRPr="00716840" w:rsidRDefault="00D928A7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2720" w:type="dxa"/>
          </w:tcPr>
          <w:p w14:paraId="54305652" w14:textId="77777777" w:rsidR="00D928A7" w:rsidRPr="00716840" w:rsidRDefault="00D928A7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2720" w:type="dxa"/>
          </w:tcPr>
          <w:p w14:paraId="5D6C65D3" w14:textId="77777777" w:rsidR="00D928A7" w:rsidRPr="00716840" w:rsidRDefault="00D928A7">
            <w:pPr>
              <w:rPr>
                <w:rFonts w:ascii="Times New Roman" w:hAnsi="Times New Roman" w:cs="Times New Roman"/>
                <w:lang w:val="pl-PL"/>
              </w:rPr>
            </w:pPr>
          </w:p>
        </w:tc>
      </w:tr>
    </w:tbl>
    <w:p w14:paraId="4F873B29" w14:textId="77777777" w:rsidR="00067993" w:rsidRPr="00716840" w:rsidRDefault="00067993">
      <w:pPr>
        <w:rPr>
          <w:rFonts w:ascii="Times New Roman" w:hAnsi="Times New Roman" w:cs="Times New Roman"/>
          <w:lang w:val="pl-PL"/>
        </w:rPr>
      </w:pPr>
    </w:p>
    <w:p w14:paraId="748F8DC3" w14:textId="4041D061" w:rsidR="007F086A" w:rsidRPr="00716840" w:rsidRDefault="007F086A" w:rsidP="007F086A">
      <w:pPr>
        <w:pStyle w:val="Default"/>
        <w:jc w:val="center"/>
        <w:rPr>
          <w:b/>
          <w:bCs/>
          <w:sz w:val="22"/>
          <w:szCs w:val="22"/>
        </w:rPr>
      </w:pPr>
      <w:r w:rsidRPr="00716840">
        <w:rPr>
          <w:b/>
          <w:bCs/>
          <w:sz w:val="22"/>
          <w:szCs w:val="22"/>
        </w:rPr>
        <w:lastRenderedPageBreak/>
        <w:t>Klauzula informacyjna dotycząca przetwarzania danych osobowych</w:t>
      </w:r>
      <w:r w:rsidRPr="00716840">
        <w:rPr>
          <w:b/>
          <w:bCs/>
          <w:sz w:val="22"/>
          <w:szCs w:val="22"/>
        </w:rPr>
        <w:br/>
      </w:r>
    </w:p>
    <w:p w14:paraId="423E794F" w14:textId="3FC8AE3D" w:rsidR="007F086A" w:rsidRPr="00716840" w:rsidRDefault="007F086A" w:rsidP="007F086A">
      <w:pPr>
        <w:pStyle w:val="Default"/>
        <w:jc w:val="both"/>
        <w:rPr>
          <w:i/>
          <w:iCs/>
          <w:sz w:val="22"/>
          <w:szCs w:val="22"/>
        </w:rPr>
      </w:pPr>
      <w:r w:rsidRPr="00716840">
        <w:rPr>
          <w:i/>
          <w:iCs/>
          <w:sz w:val="22"/>
          <w:szCs w:val="22"/>
        </w:rPr>
        <w:t>Zgodnie z art. 13 ust. 1 i ust. 2 Rozporządzenia Parlamentu Europejskiego i Rady (UE) z dnia 27 kwietnia 2016 r. w sprawie ochrony osób fizycznych w związku z przetwarzaniem danych osobowych i w sprawie swobodnego przepływu takich danych oraz uchylenia dyrektywy 95/46/WE (dalej: RODO), informuję, że:</w:t>
      </w:r>
    </w:p>
    <w:p w14:paraId="71C0B51F" w14:textId="23EE909C" w:rsidR="007F086A" w:rsidRPr="00716840" w:rsidRDefault="007F086A" w:rsidP="007F086A">
      <w:pPr>
        <w:pStyle w:val="Textbody"/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716840">
        <w:rPr>
          <w:rFonts w:ascii="Times New Roman" w:hAnsi="Times New Roman" w:cs="Times New Roman"/>
          <w:sz w:val="22"/>
          <w:szCs w:val="22"/>
        </w:rPr>
        <w:t>1. Administratorem zbieranych i przetwarzanych przez Urząd Gminy Kobiór danych osobowych klientów jest Wójt Gminy</w:t>
      </w:r>
      <w:r w:rsidR="005E5AFA">
        <w:rPr>
          <w:rFonts w:ascii="Times New Roman" w:hAnsi="Times New Roman" w:cs="Times New Roman"/>
          <w:sz w:val="22"/>
          <w:szCs w:val="22"/>
        </w:rPr>
        <w:t xml:space="preserve"> Kobiór</w:t>
      </w:r>
      <w:r w:rsidRPr="00716840">
        <w:rPr>
          <w:rFonts w:ascii="Times New Roman" w:hAnsi="Times New Roman" w:cs="Times New Roman"/>
          <w:sz w:val="22"/>
          <w:szCs w:val="22"/>
        </w:rPr>
        <w:t xml:space="preserve"> z siedzibą w Urzędzie Gminy przy ul. Kobiórskiej 5, 43</w:t>
      </w:r>
      <w:r w:rsidR="009946AC">
        <w:rPr>
          <w:rFonts w:ascii="Times New Roman" w:hAnsi="Times New Roman" w:cs="Times New Roman"/>
          <w:sz w:val="22"/>
          <w:szCs w:val="22"/>
        </w:rPr>
        <w:t xml:space="preserve"> </w:t>
      </w:r>
      <w:r w:rsidRPr="00716840">
        <w:rPr>
          <w:rFonts w:ascii="Times New Roman" w:hAnsi="Times New Roman" w:cs="Times New Roman"/>
          <w:sz w:val="22"/>
          <w:szCs w:val="22"/>
        </w:rPr>
        <w:t>-</w:t>
      </w:r>
      <w:r w:rsidR="009946AC">
        <w:rPr>
          <w:rFonts w:ascii="Times New Roman" w:hAnsi="Times New Roman" w:cs="Times New Roman"/>
          <w:sz w:val="22"/>
          <w:szCs w:val="22"/>
        </w:rPr>
        <w:t xml:space="preserve"> 2</w:t>
      </w:r>
      <w:r w:rsidRPr="00716840">
        <w:rPr>
          <w:rFonts w:ascii="Times New Roman" w:hAnsi="Times New Roman" w:cs="Times New Roman"/>
          <w:sz w:val="22"/>
          <w:szCs w:val="22"/>
        </w:rPr>
        <w:t>10 Kobiór, tel. 32 218 81 82.</w:t>
      </w:r>
    </w:p>
    <w:p w14:paraId="08F155E9" w14:textId="77777777" w:rsidR="007F086A" w:rsidRPr="00716840" w:rsidRDefault="007F086A" w:rsidP="007F086A">
      <w:pPr>
        <w:pStyle w:val="Textbody"/>
        <w:spacing w:after="0"/>
        <w:jc w:val="both"/>
        <w:rPr>
          <w:rFonts w:ascii="Times New Roman" w:hAnsi="Times New Roman" w:cs="Times New Roman"/>
        </w:rPr>
      </w:pPr>
      <w:r w:rsidRPr="00716840">
        <w:rPr>
          <w:rFonts w:ascii="Times New Roman" w:hAnsi="Times New Roman" w:cs="Times New Roman"/>
          <w:sz w:val="22"/>
          <w:szCs w:val="22"/>
          <w:lang w:eastAsia="pl-PL" w:bidi="ar-SA"/>
        </w:rPr>
        <w:t xml:space="preserve">2. Inspektor Ochrony Danych - adres email: </w:t>
      </w:r>
      <w:hyperlink r:id="rId6" w:history="1">
        <w:r w:rsidRPr="00716840">
          <w:rPr>
            <w:rStyle w:val="Internetlink"/>
            <w:rFonts w:ascii="Times New Roman" w:hAnsi="Times New Roman" w:cs="Times New Roman"/>
            <w:sz w:val="22"/>
            <w:szCs w:val="22"/>
            <w:lang w:eastAsia="pl-PL" w:bidi="ar-SA"/>
          </w:rPr>
          <w:t>informatyk@kobior.pl</w:t>
        </w:r>
      </w:hyperlink>
    </w:p>
    <w:p w14:paraId="2D7971A2" w14:textId="79DABB73" w:rsidR="007F086A" w:rsidRPr="00716840" w:rsidRDefault="007F086A" w:rsidP="007F086A">
      <w:pPr>
        <w:pStyle w:val="Textbody"/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716840">
        <w:rPr>
          <w:rFonts w:ascii="Times New Roman" w:hAnsi="Times New Roman" w:cs="Times New Roman"/>
          <w:sz w:val="22"/>
          <w:szCs w:val="22"/>
        </w:rPr>
        <w:t xml:space="preserve">3. Pani/Pana dane osobowe oraz dane osobowe </w:t>
      </w:r>
      <w:r w:rsidR="005E5AFA">
        <w:rPr>
          <w:rFonts w:ascii="Times New Roman" w:hAnsi="Times New Roman" w:cs="Times New Roman"/>
          <w:sz w:val="22"/>
          <w:szCs w:val="22"/>
        </w:rPr>
        <w:t>dziecka</w:t>
      </w:r>
      <w:r w:rsidRPr="00716840">
        <w:rPr>
          <w:rFonts w:ascii="Times New Roman" w:hAnsi="Times New Roman" w:cs="Times New Roman"/>
          <w:sz w:val="22"/>
          <w:szCs w:val="22"/>
        </w:rPr>
        <w:t xml:space="preserve"> przetwarzane będą w celu złożenia, rozpatrzenia wniosku oraz wypłaty stypendium.</w:t>
      </w:r>
    </w:p>
    <w:p w14:paraId="27093137" w14:textId="77777777" w:rsidR="007F086A" w:rsidRPr="00716840" w:rsidRDefault="007F086A" w:rsidP="007F086A">
      <w:pPr>
        <w:pStyle w:val="Textbody"/>
        <w:spacing w:after="26"/>
        <w:jc w:val="both"/>
        <w:rPr>
          <w:rFonts w:ascii="Times New Roman" w:hAnsi="Times New Roman" w:cs="Times New Roman"/>
          <w:sz w:val="22"/>
          <w:szCs w:val="22"/>
        </w:rPr>
      </w:pPr>
      <w:r w:rsidRPr="00716840">
        <w:rPr>
          <w:rFonts w:ascii="Times New Roman" w:hAnsi="Times New Roman" w:cs="Times New Roman"/>
          <w:sz w:val="22"/>
          <w:szCs w:val="22"/>
        </w:rPr>
        <w:t>4. Podstawą przetwarzania danych w tym zakresie jest wyraźna zgoda osoby, której dane będą przetwarzane.</w:t>
      </w:r>
    </w:p>
    <w:p w14:paraId="26B1CAE5" w14:textId="033DF349" w:rsidR="007F086A" w:rsidRPr="00716840" w:rsidRDefault="007F086A" w:rsidP="007F086A">
      <w:pPr>
        <w:pStyle w:val="Textbody"/>
        <w:spacing w:after="26"/>
        <w:jc w:val="both"/>
        <w:rPr>
          <w:rFonts w:ascii="Times New Roman" w:hAnsi="Times New Roman" w:cs="Times New Roman"/>
          <w:sz w:val="22"/>
          <w:szCs w:val="22"/>
        </w:rPr>
      </w:pPr>
      <w:r w:rsidRPr="00716840">
        <w:rPr>
          <w:rFonts w:ascii="Times New Roman" w:hAnsi="Times New Roman" w:cs="Times New Roman"/>
          <w:sz w:val="22"/>
          <w:szCs w:val="22"/>
        </w:rPr>
        <w:t>5. Pani/Pana dane osobowe nie będą przekazywane żadnym odbiorcom danych, chyba że obowiązek taki wynika z przepisów prawa.</w:t>
      </w:r>
    </w:p>
    <w:p w14:paraId="0DC18AB6" w14:textId="77777777" w:rsidR="007F086A" w:rsidRPr="00716840" w:rsidRDefault="007F086A" w:rsidP="007F086A">
      <w:pPr>
        <w:pStyle w:val="Textbody"/>
        <w:spacing w:after="26"/>
        <w:jc w:val="both"/>
        <w:rPr>
          <w:rFonts w:ascii="Times New Roman" w:hAnsi="Times New Roman" w:cs="Times New Roman"/>
          <w:sz w:val="22"/>
          <w:szCs w:val="22"/>
        </w:rPr>
      </w:pPr>
      <w:r w:rsidRPr="00716840">
        <w:rPr>
          <w:rFonts w:ascii="Times New Roman" w:hAnsi="Times New Roman" w:cs="Times New Roman"/>
          <w:sz w:val="22"/>
          <w:szCs w:val="22"/>
        </w:rPr>
        <w:t>6. Pani/Pana dane osobowe nie będą przekazywane do państwa trzeciego/organizacji międzynarodowej.</w:t>
      </w:r>
    </w:p>
    <w:p w14:paraId="54F32196" w14:textId="77777777" w:rsidR="007F086A" w:rsidRPr="00716840" w:rsidRDefault="007F086A" w:rsidP="007F086A">
      <w:pPr>
        <w:pStyle w:val="Textbody"/>
        <w:spacing w:after="26"/>
        <w:jc w:val="both"/>
        <w:rPr>
          <w:rFonts w:ascii="Times New Roman" w:hAnsi="Times New Roman" w:cs="Times New Roman"/>
          <w:sz w:val="22"/>
          <w:szCs w:val="22"/>
        </w:rPr>
      </w:pPr>
      <w:r w:rsidRPr="00716840">
        <w:rPr>
          <w:rFonts w:ascii="Times New Roman" w:hAnsi="Times New Roman" w:cs="Times New Roman"/>
          <w:sz w:val="22"/>
          <w:szCs w:val="22"/>
        </w:rPr>
        <w:t>7. Dane osobowe od momentu pozyskania będą przechowywane przez okres wynikający z regulacji prawnych. Kryteria okresu przechowywania ustala się w oparciu o klasyfikację i kwalifikację dokumentacji w jednolitym rzeczowym wykazie akt.</w:t>
      </w:r>
    </w:p>
    <w:p w14:paraId="0E5C5D8C" w14:textId="03744882" w:rsidR="007F086A" w:rsidRPr="00716840" w:rsidRDefault="007F086A" w:rsidP="007F086A">
      <w:pPr>
        <w:pStyle w:val="Textbody"/>
        <w:spacing w:after="26"/>
        <w:jc w:val="both"/>
        <w:rPr>
          <w:rFonts w:ascii="Times New Roman" w:hAnsi="Times New Roman" w:cs="Times New Roman"/>
          <w:sz w:val="22"/>
          <w:szCs w:val="22"/>
        </w:rPr>
      </w:pPr>
      <w:r w:rsidRPr="00716840">
        <w:rPr>
          <w:rFonts w:ascii="Times New Roman" w:hAnsi="Times New Roman" w:cs="Times New Roman"/>
          <w:sz w:val="22"/>
          <w:szCs w:val="22"/>
        </w:rPr>
        <w:t>8. Posiada Pani/Pan prawo do dostępu do treści swoich danych osobowych, prawo żądania ich sprostowania, prawo wniesienia sprzeciwu wobec przetwarzania oraz prawo żądania przeniesienia danych do innego administratora, a w przypadku podania numeru telefonu również prawo do usunięcia lub ograniczenia przetwarzania.</w:t>
      </w:r>
    </w:p>
    <w:p w14:paraId="087D8679" w14:textId="77777777" w:rsidR="007F086A" w:rsidRPr="00716840" w:rsidRDefault="007F086A" w:rsidP="007F086A">
      <w:pPr>
        <w:pStyle w:val="Textbody"/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716840">
        <w:rPr>
          <w:rFonts w:ascii="Times New Roman" w:hAnsi="Times New Roman" w:cs="Times New Roman"/>
          <w:sz w:val="22"/>
          <w:szCs w:val="22"/>
        </w:rPr>
        <w:t>9. Posiada Pani/Pan prawo wniesienia skargi do Prezesa Urzędu Ochrony Danych Osobowych, gdy uzna Pani/Pan, że przetwarzanie danych osobowych Pani/Pana dotyczących narusza przepisy RODO.</w:t>
      </w:r>
    </w:p>
    <w:p w14:paraId="529C95CA" w14:textId="77777777" w:rsidR="007F086A" w:rsidRPr="00716840" w:rsidRDefault="007F086A" w:rsidP="007F086A">
      <w:pPr>
        <w:pStyle w:val="Textbody"/>
        <w:jc w:val="both"/>
        <w:rPr>
          <w:rFonts w:ascii="Times New Roman" w:hAnsi="Times New Roman" w:cs="Times New Roman"/>
          <w:sz w:val="22"/>
          <w:szCs w:val="22"/>
        </w:rPr>
      </w:pPr>
      <w:r w:rsidRPr="00716840">
        <w:rPr>
          <w:rFonts w:ascii="Times New Roman" w:hAnsi="Times New Roman" w:cs="Times New Roman"/>
          <w:sz w:val="22"/>
          <w:szCs w:val="22"/>
        </w:rPr>
        <w:t>10. Podanie przez Panią/Pana danych osobowych jest warunkiem rozpatrzenia wniosku i wypłaty stypendium.</w:t>
      </w:r>
    </w:p>
    <w:p w14:paraId="6F423819" w14:textId="77777777" w:rsidR="007F086A" w:rsidRPr="00716840" w:rsidRDefault="007F086A">
      <w:pPr>
        <w:rPr>
          <w:rFonts w:ascii="Times New Roman" w:hAnsi="Times New Roman" w:cs="Times New Roman"/>
          <w:lang w:val="pl-PL"/>
        </w:rPr>
      </w:pPr>
    </w:p>
    <w:p w14:paraId="0231BA36" w14:textId="77777777" w:rsidR="007F086A" w:rsidRPr="00716840" w:rsidRDefault="007F086A" w:rsidP="007F086A">
      <w:pPr>
        <w:rPr>
          <w:rFonts w:ascii="Times New Roman" w:hAnsi="Times New Roman" w:cs="Times New Roman"/>
          <w:lang w:val="pl-PL"/>
        </w:rPr>
      </w:pPr>
      <w:r w:rsidRPr="00716840">
        <w:rPr>
          <w:rFonts w:ascii="Times New Roman" w:hAnsi="Times New Roman" w:cs="Times New Roman"/>
          <w:b/>
          <w:bCs/>
          <w:lang w:val="pl-PL"/>
        </w:rPr>
        <w:t>Potwierdzam zapoznanie się z klauzulą informacyjną dotyczącą przetwarzania danych osobowych.</w:t>
      </w:r>
    </w:p>
    <w:p w14:paraId="07F43FD7" w14:textId="77777777" w:rsidR="007F086A" w:rsidRPr="00716840" w:rsidRDefault="007F086A" w:rsidP="007F086A">
      <w:pPr>
        <w:jc w:val="right"/>
        <w:rPr>
          <w:rFonts w:ascii="Times New Roman" w:hAnsi="Times New Roman" w:cs="Times New Roman"/>
          <w:lang w:val="pl-PL"/>
        </w:rPr>
      </w:pPr>
    </w:p>
    <w:p w14:paraId="48C14B43" w14:textId="7040FB43" w:rsidR="007F086A" w:rsidRPr="00716840" w:rsidRDefault="007F086A" w:rsidP="007F086A">
      <w:pPr>
        <w:jc w:val="right"/>
        <w:rPr>
          <w:rFonts w:ascii="Times New Roman" w:hAnsi="Times New Roman" w:cs="Times New Roman"/>
          <w:lang w:val="pl-PL"/>
        </w:rPr>
      </w:pPr>
      <w:r w:rsidRPr="00716840">
        <w:rPr>
          <w:rFonts w:ascii="Times New Roman" w:hAnsi="Times New Roman" w:cs="Times New Roman"/>
          <w:lang w:val="pl-PL"/>
        </w:rPr>
        <w:t>.................................................</w:t>
      </w:r>
      <w:r w:rsidRPr="00716840">
        <w:rPr>
          <w:rFonts w:ascii="Times New Roman" w:hAnsi="Times New Roman" w:cs="Times New Roman"/>
          <w:lang w:val="pl-PL"/>
        </w:rPr>
        <w:br/>
        <w:t>podpis rodzica/opiekuna prawnego</w:t>
      </w:r>
    </w:p>
    <w:p w14:paraId="714005F7" w14:textId="77777777" w:rsidR="007F086A" w:rsidRPr="00716840" w:rsidRDefault="007F086A">
      <w:pPr>
        <w:rPr>
          <w:rFonts w:ascii="Times New Roman" w:hAnsi="Times New Roman" w:cs="Times New Roman"/>
          <w:lang w:val="pl-PL"/>
        </w:rPr>
      </w:pPr>
    </w:p>
    <w:p w14:paraId="0D6D9473" w14:textId="77777777" w:rsidR="00716840" w:rsidRPr="00716840" w:rsidRDefault="00716840">
      <w:pPr>
        <w:rPr>
          <w:rFonts w:ascii="Times New Roman" w:hAnsi="Times New Roman" w:cs="Times New Roman"/>
          <w:lang w:val="pl-PL"/>
        </w:rPr>
      </w:pPr>
    </w:p>
    <w:p w14:paraId="43DA54FE" w14:textId="77777777" w:rsidR="00716840" w:rsidRPr="00716840" w:rsidRDefault="00716840">
      <w:pPr>
        <w:rPr>
          <w:rFonts w:ascii="Times New Roman" w:hAnsi="Times New Roman" w:cs="Times New Roman"/>
          <w:lang w:val="pl-PL"/>
        </w:rPr>
      </w:pPr>
    </w:p>
    <w:p w14:paraId="2D3DA5E6" w14:textId="77777777" w:rsidR="00716840" w:rsidRPr="00716840" w:rsidRDefault="00716840">
      <w:pPr>
        <w:rPr>
          <w:rFonts w:ascii="Times New Roman" w:hAnsi="Times New Roman" w:cs="Times New Roman"/>
          <w:lang w:val="pl-PL"/>
        </w:rPr>
      </w:pPr>
    </w:p>
    <w:p w14:paraId="22E6413F" w14:textId="77777777" w:rsidR="00716840" w:rsidRPr="00716840" w:rsidRDefault="00716840">
      <w:pPr>
        <w:rPr>
          <w:rFonts w:ascii="Times New Roman" w:hAnsi="Times New Roman" w:cs="Times New Roman"/>
          <w:lang w:val="pl-PL"/>
        </w:rPr>
      </w:pPr>
    </w:p>
    <w:p w14:paraId="2320B1F9" w14:textId="77777777" w:rsidR="00716840" w:rsidRPr="00716840" w:rsidRDefault="00716840">
      <w:pPr>
        <w:rPr>
          <w:rFonts w:ascii="Times New Roman" w:hAnsi="Times New Roman" w:cs="Times New Roman"/>
          <w:lang w:val="pl-PL"/>
        </w:rPr>
      </w:pPr>
    </w:p>
    <w:p w14:paraId="2F5F2FE9" w14:textId="77777777" w:rsidR="00716840" w:rsidRPr="00716840" w:rsidRDefault="00716840">
      <w:pPr>
        <w:rPr>
          <w:rFonts w:ascii="Times New Roman" w:hAnsi="Times New Roman" w:cs="Times New Roman"/>
          <w:lang w:val="pl-PL"/>
        </w:rPr>
      </w:pPr>
    </w:p>
    <w:p w14:paraId="1A14CC53" w14:textId="77777777" w:rsidR="00716840" w:rsidRPr="00716840" w:rsidRDefault="00716840">
      <w:pPr>
        <w:rPr>
          <w:rFonts w:ascii="Times New Roman" w:hAnsi="Times New Roman" w:cs="Times New Roman"/>
          <w:lang w:val="pl-PL"/>
        </w:rPr>
      </w:pPr>
    </w:p>
    <w:p w14:paraId="7E0A49D5" w14:textId="77777777" w:rsidR="00716840" w:rsidRDefault="00716840" w:rsidP="00716840">
      <w:pPr>
        <w:rPr>
          <w:rFonts w:ascii="Times New Roman" w:hAnsi="Times New Roman" w:cs="Times New Roman"/>
          <w:lang w:val="pl-PL"/>
        </w:rPr>
      </w:pPr>
    </w:p>
    <w:p w14:paraId="278BFF39" w14:textId="76C8524D" w:rsidR="00716840" w:rsidRPr="00716840" w:rsidRDefault="00716840" w:rsidP="00716840">
      <w:pPr>
        <w:rPr>
          <w:rFonts w:ascii="Times New Roman" w:hAnsi="Times New Roman" w:cs="Times New Roman"/>
          <w:lang w:val="pl-PL"/>
        </w:rPr>
      </w:pPr>
      <w:r w:rsidRPr="00716840">
        <w:rPr>
          <w:rFonts w:ascii="Times New Roman" w:hAnsi="Times New Roman" w:cs="Times New Roman"/>
          <w:b/>
          <w:bCs/>
          <w:lang w:val="pl-PL"/>
        </w:rPr>
        <w:lastRenderedPageBreak/>
        <w:t>Instrukcja wypełnienia i składania wniosku</w:t>
      </w:r>
    </w:p>
    <w:p w14:paraId="0273BD03" w14:textId="2D26BF3C" w:rsidR="00716840" w:rsidRPr="00716840" w:rsidRDefault="00716840" w:rsidP="00716840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lang w:val="pl-PL"/>
        </w:rPr>
      </w:pPr>
      <w:r w:rsidRPr="00716840">
        <w:rPr>
          <w:rFonts w:ascii="Times New Roman" w:hAnsi="Times New Roman" w:cs="Times New Roman"/>
          <w:lang w:val="pl-PL"/>
        </w:rPr>
        <w:t>Wniosek składa rodzic lub opiekun prawny ucznia.</w:t>
      </w:r>
    </w:p>
    <w:p w14:paraId="47FE96C1" w14:textId="6882F166" w:rsidR="00716840" w:rsidRPr="00716840" w:rsidRDefault="00716840" w:rsidP="00716840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lang w:val="pl-PL"/>
        </w:rPr>
      </w:pPr>
      <w:r w:rsidRPr="00716840">
        <w:rPr>
          <w:rFonts w:ascii="Times New Roman" w:hAnsi="Times New Roman" w:cs="Times New Roman"/>
          <w:lang w:val="pl-PL"/>
        </w:rPr>
        <w:t>Wniosek dotyczy uczniów klas VI–VIII uczęszczających do szkoły podstawowej na terenie Gminy Kobiór. O stypendium mogą ubiegać się uczniowie, którzy w roku szkolnym poprzedzającym złożenie wniosku spełnili co najmniej jedno z następujących kryteriów:</w:t>
      </w:r>
    </w:p>
    <w:p w14:paraId="2ECB8E3C" w14:textId="67E8B571" w:rsidR="00716840" w:rsidRPr="00716840" w:rsidRDefault="00716840" w:rsidP="00716840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lang w:val="pl-PL"/>
        </w:rPr>
      </w:pPr>
      <w:r w:rsidRPr="00716840">
        <w:rPr>
          <w:rFonts w:ascii="Times New Roman" w:hAnsi="Times New Roman" w:cs="Times New Roman"/>
          <w:lang w:val="pl-PL"/>
        </w:rPr>
        <w:t>za wybitne osiągnięcia w nauce:</w:t>
      </w:r>
    </w:p>
    <w:p w14:paraId="521C7281" w14:textId="77777777" w:rsidR="00716840" w:rsidRPr="00716840" w:rsidRDefault="00716840" w:rsidP="00716840">
      <w:pPr>
        <w:numPr>
          <w:ilvl w:val="0"/>
          <w:numId w:val="10"/>
        </w:numPr>
        <w:tabs>
          <w:tab w:val="num" w:pos="720"/>
        </w:tabs>
        <w:rPr>
          <w:rFonts w:ascii="Times New Roman" w:hAnsi="Times New Roman" w:cs="Times New Roman"/>
          <w:lang w:val="pl-PL"/>
        </w:rPr>
      </w:pPr>
      <w:r w:rsidRPr="00716840">
        <w:rPr>
          <w:rFonts w:ascii="Times New Roman" w:hAnsi="Times New Roman" w:cs="Times New Roman"/>
          <w:lang w:val="pl-PL"/>
        </w:rPr>
        <w:t xml:space="preserve">uzyskali w wyniku rocznej klasyfikacji z obowiązkowych zajęć edukacyjnych średnią ocen co najmniej: </w:t>
      </w:r>
    </w:p>
    <w:p w14:paraId="2861AF7B" w14:textId="77777777" w:rsidR="00716840" w:rsidRPr="00716840" w:rsidRDefault="00716840" w:rsidP="00716840">
      <w:pPr>
        <w:numPr>
          <w:ilvl w:val="1"/>
          <w:numId w:val="10"/>
        </w:numPr>
        <w:tabs>
          <w:tab w:val="num" w:pos="1440"/>
        </w:tabs>
        <w:rPr>
          <w:rFonts w:ascii="Times New Roman" w:hAnsi="Times New Roman" w:cs="Times New Roman"/>
          <w:lang w:val="pl-PL"/>
        </w:rPr>
      </w:pPr>
      <w:r w:rsidRPr="00716840">
        <w:rPr>
          <w:rFonts w:ascii="Times New Roman" w:hAnsi="Times New Roman" w:cs="Times New Roman"/>
          <w:b/>
          <w:bCs/>
          <w:lang w:val="pl-PL"/>
        </w:rPr>
        <w:t>5,5</w:t>
      </w:r>
      <w:r w:rsidRPr="00716840">
        <w:rPr>
          <w:rFonts w:ascii="Times New Roman" w:hAnsi="Times New Roman" w:cs="Times New Roman"/>
          <w:lang w:val="pl-PL"/>
        </w:rPr>
        <w:t xml:space="preserve"> – uczniowie klasy VI, </w:t>
      </w:r>
    </w:p>
    <w:p w14:paraId="4695DBBF" w14:textId="77777777" w:rsidR="00716840" w:rsidRPr="00716840" w:rsidRDefault="00716840" w:rsidP="00716840">
      <w:pPr>
        <w:numPr>
          <w:ilvl w:val="1"/>
          <w:numId w:val="10"/>
        </w:numPr>
        <w:tabs>
          <w:tab w:val="num" w:pos="1440"/>
        </w:tabs>
        <w:rPr>
          <w:rFonts w:ascii="Times New Roman" w:hAnsi="Times New Roman" w:cs="Times New Roman"/>
          <w:lang w:val="pl-PL"/>
        </w:rPr>
      </w:pPr>
      <w:r w:rsidRPr="00716840">
        <w:rPr>
          <w:rFonts w:ascii="Times New Roman" w:hAnsi="Times New Roman" w:cs="Times New Roman"/>
          <w:b/>
          <w:bCs/>
          <w:lang w:val="pl-PL"/>
        </w:rPr>
        <w:t>5,4</w:t>
      </w:r>
      <w:r w:rsidRPr="00716840">
        <w:rPr>
          <w:rFonts w:ascii="Times New Roman" w:hAnsi="Times New Roman" w:cs="Times New Roman"/>
          <w:lang w:val="pl-PL"/>
        </w:rPr>
        <w:t xml:space="preserve"> – uczniowie klasy VII, </w:t>
      </w:r>
    </w:p>
    <w:p w14:paraId="7E1C14F6" w14:textId="6BBF65F0" w:rsidR="00716840" w:rsidRPr="00716840" w:rsidRDefault="00716840" w:rsidP="00716840">
      <w:pPr>
        <w:numPr>
          <w:ilvl w:val="1"/>
          <w:numId w:val="10"/>
        </w:numPr>
        <w:tabs>
          <w:tab w:val="num" w:pos="1440"/>
        </w:tabs>
        <w:rPr>
          <w:rFonts w:ascii="Times New Roman" w:hAnsi="Times New Roman" w:cs="Times New Roman"/>
          <w:lang w:val="pl-PL"/>
        </w:rPr>
      </w:pPr>
      <w:r w:rsidRPr="00716840">
        <w:rPr>
          <w:rFonts w:ascii="Times New Roman" w:hAnsi="Times New Roman" w:cs="Times New Roman"/>
          <w:b/>
          <w:bCs/>
          <w:lang w:val="pl-PL"/>
        </w:rPr>
        <w:t>5,3</w:t>
      </w:r>
      <w:r w:rsidRPr="00716840">
        <w:rPr>
          <w:rFonts w:ascii="Times New Roman" w:hAnsi="Times New Roman" w:cs="Times New Roman"/>
          <w:lang w:val="pl-PL"/>
        </w:rPr>
        <w:t xml:space="preserve"> – uczniowie klasy VIII,</w:t>
      </w:r>
      <w:r w:rsidRPr="00716840">
        <w:rPr>
          <w:rFonts w:ascii="Times New Roman" w:hAnsi="Times New Roman" w:cs="Times New Roman"/>
          <w:lang w:val="pl-PL"/>
        </w:rPr>
        <w:br/>
      </w:r>
      <w:r>
        <w:rPr>
          <w:rFonts w:ascii="Times New Roman" w:hAnsi="Times New Roman" w:cs="Times New Roman"/>
          <w:b/>
          <w:bCs/>
          <w:lang w:val="pl-PL"/>
        </w:rPr>
        <w:br/>
      </w:r>
      <w:r w:rsidRPr="00716840">
        <w:rPr>
          <w:rFonts w:ascii="Times New Roman" w:hAnsi="Times New Roman" w:cs="Times New Roman"/>
          <w:lang w:val="pl-PL"/>
        </w:rPr>
        <w:t xml:space="preserve">lub </w:t>
      </w:r>
    </w:p>
    <w:p w14:paraId="5ABD02DD" w14:textId="77777777" w:rsidR="00716840" w:rsidRPr="00716840" w:rsidRDefault="00716840" w:rsidP="00716840">
      <w:pPr>
        <w:numPr>
          <w:ilvl w:val="0"/>
          <w:numId w:val="10"/>
        </w:numPr>
        <w:tabs>
          <w:tab w:val="num" w:pos="720"/>
        </w:tabs>
        <w:rPr>
          <w:rFonts w:ascii="Times New Roman" w:hAnsi="Times New Roman" w:cs="Times New Roman"/>
          <w:lang w:val="pl-PL"/>
        </w:rPr>
      </w:pPr>
      <w:r w:rsidRPr="00716840">
        <w:rPr>
          <w:rFonts w:ascii="Times New Roman" w:hAnsi="Times New Roman" w:cs="Times New Roman"/>
          <w:lang w:val="pl-PL"/>
        </w:rPr>
        <w:t xml:space="preserve">uzyskali tytuł laureata konkursu lub olimpiady organizowanych zgodnie z przepisami wydanymi przez ministra właściwego do spraw oświaty; </w:t>
      </w:r>
    </w:p>
    <w:p w14:paraId="0BF225D4" w14:textId="2C1E2549" w:rsidR="00716840" w:rsidRPr="00716840" w:rsidRDefault="00716840" w:rsidP="00716840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lang w:val="pl-PL"/>
        </w:rPr>
      </w:pPr>
      <w:r w:rsidRPr="00716840">
        <w:rPr>
          <w:rFonts w:ascii="Times New Roman" w:hAnsi="Times New Roman" w:cs="Times New Roman"/>
          <w:lang w:val="pl-PL"/>
        </w:rPr>
        <w:t>za wybitne osiągnięcia sportowe:</w:t>
      </w:r>
    </w:p>
    <w:p w14:paraId="54A7B6B2" w14:textId="2CFEBD0E" w:rsidR="00716840" w:rsidRPr="00716840" w:rsidRDefault="00716840" w:rsidP="00716840">
      <w:pPr>
        <w:numPr>
          <w:ilvl w:val="0"/>
          <w:numId w:val="11"/>
        </w:numPr>
        <w:rPr>
          <w:rFonts w:ascii="Times New Roman" w:hAnsi="Times New Roman" w:cs="Times New Roman"/>
          <w:lang w:val="pl-PL"/>
        </w:rPr>
      </w:pPr>
      <w:r w:rsidRPr="00716840">
        <w:rPr>
          <w:rFonts w:ascii="Times New Roman" w:hAnsi="Times New Roman" w:cs="Times New Roman"/>
          <w:lang w:val="pl-PL"/>
        </w:rPr>
        <w:t>zajęli indywidualnie lub drużynowo miejsce od I do III w zawodach sportowych co najmniej na szczeblu wojewódzkim, organizowanych przez Polski Związek Sportowy lub określonych w wykazie zawodów wiedzy, artystycznych i sportowych ustalanym corocznie przez Śląskiego Kuratora Oświaty.</w:t>
      </w:r>
    </w:p>
    <w:p w14:paraId="6E3E50C2" w14:textId="67AD102B" w:rsidR="00716840" w:rsidRPr="00716840" w:rsidRDefault="00716840" w:rsidP="00716840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lang w:val="pl-PL"/>
        </w:rPr>
      </w:pPr>
      <w:r w:rsidRPr="00716840">
        <w:rPr>
          <w:rFonts w:ascii="Times New Roman" w:hAnsi="Times New Roman" w:cs="Times New Roman"/>
          <w:lang w:val="pl-PL"/>
        </w:rPr>
        <w:t>Należy zaznaczyć rodzaj stypendium, o które ubiega się uczeń.</w:t>
      </w:r>
    </w:p>
    <w:p w14:paraId="32609580" w14:textId="77777777" w:rsidR="00716840" w:rsidRPr="00716840" w:rsidRDefault="00716840" w:rsidP="00716840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lang w:val="pl-PL"/>
        </w:rPr>
      </w:pPr>
      <w:r w:rsidRPr="00716840">
        <w:rPr>
          <w:rFonts w:ascii="Times New Roman" w:hAnsi="Times New Roman" w:cs="Times New Roman"/>
          <w:lang w:val="pl-PL"/>
        </w:rPr>
        <w:t>Do wniosku należy dołączyć uwierzytelnione przez dyrektora szkoły kopie dokumentów potwierdzających spełnienie kryteriów przyznania stypendium.</w:t>
      </w:r>
    </w:p>
    <w:p w14:paraId="47EFD408" w14:textId="77777777" w:rsidR="00716840" w:rsidRPr="00716840" w:rsidRDefault="00716840" w:rsidP="00716840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lang w:val="pl-PL"/>
        </w:rPr>
      </w:pPr>
      <w:r w:rsidRPr="00716840">
        <w:rPr>
          <w:rFonts w:ascii="Times New Roman" w:hAnsi="Times New Roman" w:cs="Times New Roman"/>
          <w:lang w:val="pl-PL"/>
        </w:rPr>
        <w:t>W przypadku wyboru wypłaty przelewem należy podać numer rachunku bankowego i właściciela rachunku. Przy odbiorze w kasie pola te pozostawia się niewypełnione.</w:t>
      </w:r>
    </w:p>
    <w:p w14:paraId="57D214A0" w14:textId="77777777" w:rsidR="00716840" w:rsidRPr="00716840" w:rsidRDefault="00716840" w:rsidP="00716840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lang w:val="pl-PL"/>
        </w:rPr>
      </w:pPr>
      <w:r w:rsidRPr="00716840">
        <w:rPr>
          <w:rFonts w:ascii="Times New Roman" w:hAnsi="Times New Roman" w:cs="Times New Roman"/>
          <w:lang w:val="pl-PL"/>
        </w:rPr>
        <w:t>Wniosek należy podpisać.</w:t>
      </w:r>
    </w:p>
    <w:p w14:paraId="540105D8" w14:textId="01593EFD" w:rsidR="00716840" w:rsidRPr="00716840" w:rsidRDefault="00716840" w:rsidP="00716840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lang w:val="pl-PL"/>
        </w:rPr>
      </w:pPr>
      <w:r w:rsidRPr="00716840">
        <w:rPr>
          <w:rFonts w:ascii="Times New Roman" w:hAnsi="Times New Roman" w:cs="Times New Roman"/>
          <w:lang w:val="pl-PL"/>
        </w:rPr>
        <w:t>Wniosek należy złożyć w Urzędzie Gminy Kobiór do 30 września danego roku.</w:t>
      </w:r>
    </w:p>
    <w:p w14:paraId="464A0D6E" w14:textId="77777777" w:rsidR="00716840" w:rsidRPr="00716840" w:rsidRDefault="00716840" w:rsidP="00716840">
      <w:pPr>
        <w:rPr>
          <w:rFonts w:ascii="Times New Roman" w:hAnsi="Times New Roman" w:cs="Times New Roman"/>
          <w:lang w:val="pl-PL"/>
        </w:rPr>
      </w:pPr>
      <w:r w:rsidRPr="00716840">
        <w:rPr>
          <w:rFonts w:ascii="Times New Roman" w:hAnsi="Times New Roman" w:cs="Times New Roman"/>
          <w:b/>
          <w:bCs/>
          <w:lang w:val="pl-PL"/>
        </w:rPr>
        <w:t>Dokumenty, które należy dołączyć</w:t>
      </w:r>
    </w:p>
    <w:p w14:paraId="5CE6EEE3" w14:textId="585FF3C4" w:rsidR="00716840" w:rsidRPr="00716840" w:rsidRDefault="00716840" w:rsidP="00716840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lang w:val="pl-PL"/>
        </w:rPr>
      </w:pPr>
      <w:r w:rsidRPr="00716840">
        <w:rPr>
          <w:rFonts w:ascii="Times New Roman" w:hAnsi="Times New Roman" w:cs="Times New Roman"/>
          <w:lang w:val="pl-PL"/>
        </w:rPr>
        <w:t>uwierzytelnione przez dyrektora szkoły kopie dokumentów potwierdzających spełnienie kryteriów przyznania stypendium; w szczególności: świadectwo lub zaświadczenie potwierdzające średnią ocen, dokument potwierdzający uzyskanie tytułu laureata konkursu lub olimpiady albo dokument potwierdzający zajęcie I – III miejsca w zawodach sportowych – odpowiednio do rodzaju stypendium.</w:t>
      </w:r>
    </w:p>
    <w:p w14:paraId="6EAEAD3D" w14:textId="77777777" w:rsidR="00716840" w:rsidRPr="00716840" w:rsidRDefault="00716840">
      <w:pPr>
        <w:rPr>
          <w:rFonts w:ascii="Times New Roman" w:hAnsi="Times New Roman" w:cs="Times New Roman"/>
          <w:lang w:val="pl-PL"/>
        </w:rPr>
      </w:pPr>
    </w:p>
    <w:sectPr w:rsidR="00716840" w:rsidRPr="00716840" w:rsidSect="00034616">
      <w:pgSz w:w="12240" w:h="15840"/>
      <w:pgMar w:top="1440" w:right="680" w:bottom="144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123FE2"/>
    <w:multiLevelType w:val="hybridMultilevel"/>
    <w:tmpl w:val="85EAE308"/>
    <w:lvl w:ilvl="0" w:tplc="25A48B54">
      <w:start w:val="1"/>
      <w:numFmt w:val="lowerLetter"/>
      <w:lvlText w:val="%1)"/>
      <w:lvlJc w:val="left"/>
      <w:pPr>
        <w:ind w:left="50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1568784F"/>
    <w:multiLevelType w:val="hybridMultilevel"/>
    <w:tmpl w:val="DBA2530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8633C42"/>
    <w:multiLevelType w:val="hybridMultilevel"/>
    <w:tmpl w:val="8B76A12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C4E637E"/>
    <w:multiLevelType w:val="multilevel"/>
    <w:tmpl w:val="3850BC06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927"/>
        </w:tabs>
        <w:ind w:left="92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F966583"/>
    <w:multiLevelType w:val="multilevel"/>
    <w:tmpl w:val="26C4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2509756">
    <w:abstractNumId w:val="8"/>
  </w:num>
  <w:num w:numId="2" w16cid:durableId="502864963">
    <w:abstractNumId w:val="6"/>
  </w:num>
  <w:num w:numId="3" w16cid:durableId="1744448969">
    <w:abstractNumId w:val="5"/>
  </w:num>
  <w:num w:numId="4" w16cid:durableId="1521240692">
    <w:abstractNumId w:val="4"/>
  </w:num>
  <w:num w:numId="5" w16cid:durableId="164369039">
    <w:abstractNumId w:val="7"/>
  </w:num>
  <w:num w:numId="6" w16cid:durableId="1933126821">
    <w:abstractNumId w:val="3"/>
  </w:num>
  <w:num w:numId="7" w16cid:durableId="305474532">
    <w:abstractNumId w:val="2"/>
  </w:num>
  <w:num w:numId="8" w16cid:durableId="2118406004">
    <w:abstractNumId w:val="1"/>
  </w:num>
  <w:num w:numId="9" w16cid:durableId="1313365390">
    <w:abstractNumId w:val="0"/>
  </w:num>
  <w:num w:numId="10" w16cid:durableId="1590387760">
    <w:abstractNumId w:val="12"/>
  </w:num>
  <w:num w:numId="11" w16cid:durableId="1591738419">
    <w:abstractNumId w:val="13"/>
  </w:num>
  <w:num w:numId="12" w16cid:durableId="1515996567">
    <w:abstractNumId w:val="10"/>
  </w:num>
  <w:num w:numId="13" w16cid:durableId="1007294985">
    <w:abstractNumId w:val="9"/>
  </w:num>
  <w:num w:numId="14" w16cid:durableId="198195929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7993"/>
    <w:rsid w:val="00105883"/>
    <w:rsid w:val="0015074B"/>
    <w:rsid w:val="0029639D"/>
    <w:rsid w:val="00326F90"/>
    <w:rsid w:val="005E5AFA"/>
    <w:rsid w:val="00716840"/>
    <w:rsid w:val="007F086A"/>
    <w:rsid w:val="007F75AA"/>
    <w:rsid w:val="009946AC"/>
    <w:rsid w:val="00AA1D8D"/>
    <w:rsid w:val="00B47730"/>
    <w:rsid w:val="00CB0664"/>
    <w:rsid w:val="00D928A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EA699E"/>
  <w14:defaultImageDpi w14:val="300"/>
  <w15:docId w15:val="{AF17EFF4-CC30-40AA-99CC-7A49CCC31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eastAsia="Arial" w:hAnsi="Arial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extbody">
    <w:name w:val="Text body"/>
    <w:basedOn w:val="Normalny"/>
    <w:rsid w:val="007F086A"/>
    <w:pPr>
      <w:suppressAutoHyphens/>
      <w:autoSpaceDN w:val="0"/>
      <w:spacing w:after="140"/>
      <w:textAlignment w:val="baseline"/>
    </w:pPr>
    <w:rPr>
      <w:rFonts w:ascii="Liberation Serif" w:eastAsia="NSimSun" w:hAnsi="Liberation Serif" w:cs="Arial"/>
      <w:kern w:val="3"/>
      <w:sz w:val="24"/>
      <w:szCs w:val="24"/>
      <w:lang w:val="pl-PL" w:eastAsia="zh-CN" w:bidi="hi-IN"/>
    </w:rPr>
  </w:style>
  <w:style w:type="paragraph" w:customStyle="1" w:styleId="Default">
    <w:name w:val="Default"/>
    <w:rsid w:val="007F086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4"/>
      <w:lang w:val="pl-PL" w:eastAsia="zh-CN" w:bidi="hi-IN"/>
    </w:rPr>
  </w:style>
  <w:style w:type="character" w:customStyle="1" w:styleId="Internetlink">
    <w:name w:val="Internet link"/>
    <w:rsid w:val="007F086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rmatyk@kobior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820</Words>
  <Characters>4920</Characters>
  <Application>Microsoft Office Word</Application>
  <DocSecurity>0</DocSecurity>
  <Lines>41</Lines>
  <Paragraphs>11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5729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Marta Kimmel</cp:lastModifiedBy>
  <cp:revision>5</cp:revision>
  <cp:lastPrinted>2026-08-07T10:50:00Z</cp:lastPrinted>
  <dcterms:created xsi:type="dcterms:W3CDTF">2026-08-07T10:36:00Z</dcterms:created>
  <dcterms:modified xsi:type="dcterms:W3CDTF">2026-08-10T07:10:00Z</dcterms:modified>
  <cp:category/>
</cp:coreProperties>
</file>