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2813A" w14:textId="77777777" w:rsidR="00DE7B50" w:rsidRPr="00DE7B50" w:rsidRDefault="00DE7B50" w:rsidP="00DE7B50">
      <w:pPr>
        <w:pStyle w:val="Nagwek1"/>
        <w:rPr>
          <w:sz w:val="22"/>
          <w:szCs w:val="22"/>
          <w:lang w:val="pl-PL"/>
        </w:rPr>
      </w:pPr>
      <w:r w:rsidRPr="00DE7B50">
        <w:rPr>
          <w:sz w:val="22"/>
          <w:szCs w:val="22"/>
          <w:lang w:val="pl-PL"/>
        </w:rPr>
        <w:t>Wójt Gminy Luzino i Prezes Zarządu Wojewódzkiego Funduszu Ochrony Środowiska i Gospodarki Wodnej podpisali porozumienie w sprawie utworzenia punktu obsługi przyjmowania wniosków do krajowego programu „Czyste Powietrze” w Urzędzie Gminy Luzino. Gmina chce pomóc mieszkańcom w zdobyciu dotacji na wymianę pieców i ocieplenie budynków.</w:t>
      </w:r>
    </w:p>
    <w:p w14:paraId="0BE47733" w14:textId="77777777" w:rsidR="00DE7B50" w:rsidRPr="00DE7B50" w:rsidRDefault="00DE7B50" w:rsidP="00DE7B50">
      <w:pPr>
        <w:pStyle w:val="Nagwek1"/>
        <w:rPr>
          <w:sz w:val="22"/>
          <w:szCs w:val="22"/>
          <w:lang w:val="pl-PL"/>
        </w:rPr>
      </w:pPr>
      <w:r w:rsidRPr="00DE7B50">
        <w:rPr>
          <w:sz w:val="22"/>
          <w:szCs w:val="22"/>
          <w:lang w:val="pl-PL"/>
        </w:rPr>
        <w:t xml:space="preserve">Współpraca Gminy Luzino z </w:t>
      </w:r>
      <w:proofErr w:type="spellStart"/>
      <w:r w:rsidRPr="00DE7B50">
        <w:rPr>
          <w:sz w:val="22"/>
          <w:szCs w:val="22"/>
          <w:lang w:val="pl-PL"/>
        </w:rPr>
        <w:t>WFOŚiGW</w:t>
      </w:r>
      <w:proofErr w:type="spellEnd"/>
      <w:r w:rsidRPr="00DE7B50">
        <w:rPr>
          <w:sz w:val="22"/>
          <w:szCs w:val="22"/>
          <w:lang w:val="pl-PL"/>
        </w:rPr>
        <w:t xml:space="preserve"> ma pomóc mieszkańcom Gminy Luzino w łatwiejszym złożeniu wniosku oraz poprawić komunikację z </w:t>
      </w:r>
      <w:proofErr w:type="spellStart"/>
      <w:r w:rsidRPr="00DE7B50">
        <w:rPr>
          <w:sz w:val="22"/>
          <w:szCs w:val="22"/>
          <w:lang w:val="pl-PL"/>
        </w:rPr>
        <w:t>WFOŚiGW</w:t>
      </w:r>
      <w:proofErr w:type="spellEnd"/>
      <w:r w:rsidRPr="00DE7B50">
        <w:rPr>
          <w:sz w:val="22"/>
          <w:szCs w:val="22"/>
          <w:lang w:val="pl-PL"/>
        </w:rPr>
        <w:t>, który pełni rolę wiodącą w programie. Zadaniem Gminy Luzino jest przyjmowanie wniosków o dofinansowanie i pomoc Wnioskodawcom przy wypełnianiu wniosków o płatność. Za decyzję o udzieleniu dofinansowania i inne jest odpowiedzialny Wojewódzki Fundusz Ochrony Środowiska i Gospodarki Wodnej.</w:t>
      </w:r>
    </w:p>
    <w:p w14:paraId="56BD8CEF" w14:textId="77777777" w:rsidR="00DE7B50" w:rsidRPr="00DE7B50" w:rsidRDefault="00DE7B50" w:rsidP="00DE7B50">
      <w:pPr>
        <w:pStyle w:val="Nagwek1"/>
        <w:rPr>
          <w:sz w:val="22"/>
          <w:szCs w:val="22"/>
          <w:lang w:val="pl-PL"/>
        </w:rPr>
      </w:pPr>
      <w:r w:rsidRPr="00DE7B50">
        <w:rPr>
          <w:sz w:val="22"/>
          <w:szCs w:val="22"/>
          <w:lang w:val="pl-PL"/>
        </w:rPr>
        <w:t>Celem Programu Krajowego „Czyste Powietrze” jest poprawa efektywności energetycznej i zmniejszenie emisji pyłów i innych zanieczyszczeń do atmosfery z istniejących jednorodzinnych budynków mieszkalnych, w szczególności po przez wymianę pieców i ocieplenie budynków. Pełna informacja o programie oraz wniosek o dofinansowanie jest dostępny na stronie: </w:t>
      </w:r>
      <w:hyperlink r:id="rId6" w:history="1">
        <w:r w:rsidRPr="00DE7B50">
          <w:rPr>
            <w:rStyle w:val="Hipercze"/>
            <w:sz w:val="22"/>
            <w:szCs w:val="22"/>
            <w:lang w:val="pl-PL"/>
          </w:rPr>
          <w:t>https://wfos.gdansk.pl/czyste-powietrze/podstawowe-informacje-o-programie</w:t>
        </w:r>
      </w:hyperlink>
      <w:r w:rsidRPr="00DE7B50">
        <w:rPr>
          <w:sz w:val="22"/>
          <w:szCs w:val="22"/>
          <w:lang w:val="pl-PL"/>
        </w:rPr>
        <w:t>.</w:t>
      </w:r>
    </w:p>
    <w:p w14:paraId="40D48983" w14:textId="77777777" w:rsidR="00DE7B50" w:rsidRPr="00DE7B50" w:rsidRDefault="00DE7B50" w:rsidP="00DE7B50">
      <w:pPr>
        <w:pStyle w:val="Nagwek1"/>
        <w:rPr>
          <w:sz w:val="22"/>
          <w:szCs w:val="22"/>
          <w:lang w:val="pl-PL"/>
        </w:rPr>
      </w:pPr>
      <w:r w:rsidRPr="00DE7B50">
        <w:rPr>
          <w:sz w:val="22"/>
          <w:szCs w:val="22"/>
          <w:lang w:val="pl-PL"/>
        </w:rPr>
        <w:t>Punkt doradztwa mieści się w budynku Urzędu Gminy Luzino przy ul. 10 Marca 11 i jest czynny w godzinach pracy urzędu.</w:t>
      </w:r>
    </w:p>
    <w:p w14:paraId="7FA6949A" w14:textId="77777777" w:rsidR="00DE7B50" w:rsidRDefault="00DE7B50">
      <w:pPr>
        <w:pStyle w:val="Nagwek1"/>
      </w:pPr>
    </w:p>
    <w:p w14:paraId="0297EE44" w14:textId="41B2B3C0" w:rsidR="00D21391" w:rsidRDefault="00000000">
      <w:pPr>
        <w:pStyle w:val="Nagwek1"/>
      </w:pPr>
      <w:r>
        <w:t xml:space="preserve">Program </w:t>
      </w:r>
      <w:proofErr w:type="spellStart"/>
      <w:r>
        <w:t>Czyste</w:t>
      </w:r>
      <w:proofErr w:type="spellEnd"/>
      <w:r>
        <w:t xml:space="preserve"> </w:t>
      </w:r>
      <w:proofErr w:type="spellStart"/>
      <w:r>
        <w:t>Powietrze</w:t>
      </w:r>
      <w:proofErr w:type="spellEnd"/>
      <w:r>
        <w:t xml:space="preserve"> – </w:t>
      </w:r>
      <w:proofErr w:type="spellStart"/>
      <w:r>
        <w:t>Gmina</w:t>
      </w:r>
      <w:proofErr w:type="spellEnd"/>
      <w:r>
        <w:t xml:space="preserve"> Luzino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</w:tblGrid>
      <w:tr w:rsidR="00D47CA5" w14:paraId="0B730786" w14:textId="77777777">
        <w:tc>
          <w:tcPr>
            <w:tcW w:w="1728" w:type="dxa"/>
          </w:tcPr>
          <w:p w14:paraId="199C633F" w14:textId="77777777" w:rsidR="00D47CA5" w:rsidRDefault="00D47CA5">
            <w:r>
              <w:t xml:space="preserve">Stan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dzień</w:t>
            </w:r>
            <w:proofErr w:type="spellEnd"/>
          </w:p>
        </w:tc>
        <w:tc>
          <w:tcPr>
            <w:tcW w:w="1728" w:type="dxa"/>
          </w:tcPr>
          <w:p w14:paraId="1F9838BD" w14:textId="77777777" w:rsidR="00D47CA5" w:rsidRDefault="00D47CA5">
            <w:r>
              <w:t>Liczba złożonych WOD</w:t>
            </w:r>
          </w:p>
        </w:tc>
        <w:tc>
          <w:tcPr>
            <w:tcW w:w="1728" w:type="dxa"/>
          </w:tcPr>
          <w:p w14:paraId="2DC574C4" w14:textId="77777777" w:rsidR="00D47CA5" w:rsidRDefault="00D47CA5">
            <w:r>
              <w:t>Liczba zrealizowanych przedsięwzięć</w:t>
            </w:r>
          </w:p>
        </w:tc>
        <w:tc>
          <w:tcPr>
            <w:tcW w:w="1728" w:type="dxa"/>
          </w:tcPr>
          <w:p w14:paraId="0B1D4F55" w14:textId="77777777" w:rsidR="00D47CA5" w:rsidRDefault="00D47CA5">
            <w:r>
              <w:t>Kwota wypłaconych dotacji (zł)</w:t>
            </w:r>
          </w:p>
        </w:tc>
      </w:tr>
      <w:tr w:rsidR="00924175" w14:paraId="33BC39E8" w14:textId="77777777">
        <w:tc>
          <w:tcPr>
            <w:tcW w:w="1728" w:type="dxa"/>
          </w:tcPr>
          <w:p w14:paraId="29427178" w14:textId="4CD941B3" w:rsidR="00924175" w:rsidRDefault="00924175">
            <w:r>
              <w:t>30.09.2026</w:t>
            </w:r>
          </w:p>
        </w:tc>
        <w:tc>
          <w:tcPr>
            <w:tcW w:w="1728" w:type="dxa"/>
          </w:tcPr>
          <w:p w14:paraId="7507CE93" w14:textId="699E7D27" w:rsidR="00924175" w:rsidRDefault="00924175">
            <w:r w:rsidRPr="00924175">
              <w:t>1022</w:t>
            </w:r>
          </w:p>
        </w:tc>
        <w:tc>
          <w:tcPr>
            <w:tcW w:w="1728" w:type="dxa"/>
          </w:tcPr>
          <w:p w14:paraId="478CD044" w14:textId="2C70177A" w:rsidR="00924175" w:rsidRDefault="00924175">
            <w:r>
              <w:t>645</w:t>
            </w:r>
          </w:p>
        </w:tc>
        <w:tc>
          <w:tcPr>
            <w:tcW w:w="1728" w:type="dxa"/>
          </w:tcPr>
          <w:p w14:paraId="001EAC14" w14:textId="474EE80F" w:rsidR="00924175" w:rsidRDefault="00924175">
            <w:r w:rsidRPr="00924175">
              <w:t>16 604 232,77</w:t>
            </w:r>
          </w:p>
        </w:tc>
      </w:tr>
      <w:tr w:rsidR="00D47CA5" w14:paraId="74813B0A" w14:textId="77777777">
        <w:tc>
          <w:tcPr>
            <w:tcW w:w="1728" w:type="dxa"/>
          </w:tcPr>
          <w:p w14:paraId="56F44FDC" w14:textId="77777777" w:rsidR="00D47CA5" w:rsidRDefault="00D47CA5">
            <w:r>
              <w:t>30.06.2026</w:t>
            </w:r>
          </w:p>
        </w:tc>
        <w:tc>
          <w:tcPr>
            <w:tcW w:w="1728" w:type="dxa"/>
          </w:tcPr>
          <w:p w14:paraId="75A87CE4" w14:textId="77777777" w:rsidR="00D47CA5" w:rsidRDefault="00D47CA5">
            <w:r>
              <w:t>1017</w:t>
            </w:r>
          </w:p>
        </w:tc>
        <w:tc>
          <w:tcPr>
            <w:tcW w:w="1728" w:type="dxa"/>
          </w:tcPr>
          <w:p w14:paraId="5BCC2C17" w14:textId="77777777" w:rsidR="00D47CA5" w:rsidRDefault="00D47CA5">
            <w:r>
              <w:t>621</w:t>
            </w:r>
          </w:p>
        </w:tc>
        <w:tc>
          <w:tcPr>
            <w:tcW w:w="1728" w:type="dxa"/>
          </w:tcPr>
          <w:p w14:paraId="42C45289" w14:textId="77777777" w:rsidR="00D47CA5" w:rsidRDefault="00D47CA5">
            <w:r>
              <w:t>15 641 508,02</w:t>
            </w:r>
          </w:p>
        </w:tc>
      </w:tr>
      <w:tr w:rsidR="00D47CA5" w14:paraId="2B2A9E94" w14:textId="77777777">
        <w:tc>
          <w:tcPr>
            <w:tcW w:w="1728" w:type="dxa"/>
          </w:tcPr>
          <w:p w14:paraId="1CC2F090" w14:textId="468FBA2F" w:rsidR="00D47CA5" w:rsidRDefault="00D47CA5">
            <w:r>
              <w:t>3</w:t>
            </w:r>
            <w:r w:rsidR="005B7D21">
              <w:t>1</w:t>
            </w:r>
            <w:r>
              <w:t>.03.2026</w:t>
            </w:r>
          </w:p>
        </w:tc>
        <w:tc>
          <w:tcPr>
            <w:tcW w:w="1728" w:type="dxa"/>
          </w:tcPr>
          <w:p w14:paraId="7D9381FA" w14:textId="77777777" w:rsidR="00D47CA5" w:rsidRDefault="00D47CA5">
            <w:r>
              <w:t>1013</w:t>
            </w:r>
          </w:p>
        </w:tc>
        <w:tc>
          <w:tcPr>
            <w:tcW w:w="1728" w:type="dxa"/>
          </w:tcPr>
          <w:p w14:paraId="1EEE4078" w14:textId="77777777" w:rsidR="00D47CA5" w:rsidRDefault="00D47CA5">
            <w:r>
              <w:t>581</w:t>
            </w:r>
          </w:p>
        </w:tc>
        <w:tc>
          <w:tcPr>
            <w:tcW w:w="1728" w:type="dxa"/>
          </w:tcPr>
          <w:p w14:paraId="352BFDC2" w14:textId="77777777" w:rsidR="00D47CA5" w:rsidRDefault="00D47CA5">
            <w:r>
              <w:t>14 183 156,57</w:t>
            </w:r>
          </w:p>
        </w:tc>
      </w:tr>
      <w:tr w:rsidR="005B7D21" w14:paraId="4A18A757" w14:textId="77777777">
        <w:tc>
          <w:tcPr>
            <w:tcW w:w="1728" w:type="dxa"/>
          </w:tcPr>
          <w:p w14:paraId="4994D12A" w14:textId="37D5D7DC" w:rsidR="005B7D21" w:rsidRDefault="005B7D21">
            <w:r>
              <w:t>31.12.2025</w:t>
            </w:r>
          </w:p>
        </w:tc>
        <w:tc>
          <w:tcPr>
            <w:tcW w:w="1728" w:type="dxa"/>
          </w:tcPr>
          <w:p w14:paraId="6D29274D" w14:textId="2B971F00" w:rsidR="005B7D21" w:rsidRDefault="005B7D21">
            <w:r>
              <w:t>1006</w:t>
            </w:r>
          </w:p>
        </w:tc>
        <w:tc>
          <w:tcPr>
            <w:tcW w:w="1728" w:type="dxa"/>
          </w:tcPr>
          <w:p w14:paraId="5ED59627" w14:textId="7C54784E" w:rsidR="005B7D21" w:rsidRDefault="005B7D21">
            <w:r>
              <w:t>543</w:t>
            </w:r>
          </w:p>
        </w:tc>
        <w:tc>
          <w:tcPr>
            <w:tcW w:w="1728" w:type="dxa"/>
          </w:tcPr>
          <w:p w14:paraId="42EE46A3" w14:textId="2D6232D0" w:rsidR="005B7D21" w:rsidRDefault="005B7D21">
            <w:r>
              <w:t>13 190 258,62</w:t>
            </w:r>
          </w:p>
        </w:tc>
      </w:tr>
      <w:tr w:rsidR="005B7D21" w14:paraId="3DB481FE" w14:textId="77777777">
        <w:tc>
          <w:tcPr>
            <w:tcW w:w="1728" w:type="dxa"/>
          </w:tcPr>
          <w:p w14:paraId="34C660A7" w14:textId="73DD0E45" w:rsidR="005B7D21" w:rsidRDefault="005B7D21">
            <w:r>
              <w:t>30.09.2025</w:t>
            </w:r>
          </w:p>
        </w:tc>
        <w:tc>
          <w:tcPr>
            <w:tcW w:w="1728" w:type="dxa"/>
          </w:tcPr>
          <w:p w14:paraId="3976C1EE" w14:textId="7E19A06C" w:rsidR="005B7D21" w:rsidRDefault="005B7D21">
            <w:r>
              <w:t>998</w:t>
            </w:r>
          </w:p>
        </w:tc>
        <w:tc>
          <w:tcPr>
            <w:tcW w:w="1728" w:type="dxa"/>
          </w:tcPr>
          <w:p w14:paraId="1BFAAA72" w14:textId="279B4B84" w:rsidR="005B7D21" w:rsidRDefault="005B7D21">
            <w:r>
              <w:t>515</w:t>
            </w:r>
          </w:p>
        </w:tc>
        <w:tc>
          <w:tcPr>
            <w:tcW w:w="1728" w:type="dxa"/>
          </w:tcPr>
          <w:p w14:paraId="7A6988DD" w14:textId="0DF77A52" w:rsidR="005B7D21" w:rsidRDefault="005B7D21">
            <w:r>
              <w:t>12 148 063,19</w:t>
            </w:r>
          </w:p>
        </w:tc>
      </w:tr>
      <w:tr w:rsidR="00D47CA5" w14:paraId="2B2B8207" w14:textId="77777777">
        <w:tc>
          <w:tcPr>
            <w:tcW w:w="1728" w:type="dxa"/>
          </w:tcPr>
          <w:p w14:paraId="1D125EC5" w14:textId="77777777" w:rsidR="00D47CA5" w:rsidRDefault="00D47CA5">
            <w:r>
              <w:t>30.06.2025</w:t>
            </w:r>
          </w:p>
        </w:tc>
        <w:tc>
          <w:tcPr>
            <w:tcW w:w="1728" w:type="dxa"/>
          </w:tcPr>
          <w:p w14:paraId="64CA7E96" w14:textId="77777777" w:rsidR="00D47CA5" w:rsidRDefault="00D47CA5">
            <w:r>
              <w:t>989</w:t>
            </w:r>
          </w:p>
        </w:tc>
        <w:tc>
          <w:tcPr>
            <w:tcW w:w="1728" w:type="dxa"/>
          </w:tcPr>
          <w:p w14:paraId="47672439" w14:textId="77777777" w:rsidR="00D47CA5" w:rsidRDefault="00D47CA5">
            <w:r>
              <w:t>496</w:t>
            </w:r>
          </w:p>
        </w:tc>
        <w:tc>
          <w:tcPr>
            <w:tcW w:w="1728" w:type="dxa"/>
          </w:tcPr>
          <w:p w14:paraId="5AE56F7A" w14:textId="77777777" w:rsidR="00D47CA5" w:rsidRDefault="00D47CA5">
            <w:r>
              <w:t>11 646 220,13</w:t>
            </w:r>
          </w:p>
        </w:tc>
      </w:tr>
      <w:tr w:rsidR="00D47CA5" w14:paraId="7D1B80D3" w14:textId="77777777">
        <w:tc>
          <w:tcPr>
            <w:tcW w:w="1728" w:type="dxa"/>
          </w:tcPr>
          <w:p w14:paraId="3F280DCD" w14:textId="5B5332C9" w:rsidR="00D47CA5" w:rsidRDefault="00D47CA5">
            <w:r>
              <w:t>3</w:t>
            </w:r>
            <w:r w:rsidR="005B7D21">
              <w:t>1</w:t>
            </w:r>
            <w:r>
              <w:t>.03.2025</w:t>
            </w:r>
          </w:p>
        </w:tc>
        <w:tc>
          <w:tcPr>
            <w:tcW w:w="1728" w:type="dxa"/>
          </w:tcPr>
          <w:p w14:paraId="7EA64158" w14:textId="77777777" w:rsidR="00D47CA5" w:rsidRDefault="00D47CA5">
            <w:r>
              <w:t>984</w:t>
            </w:r>
          </w:p>
        </w:tc>
        <w:tc>
          <w:tcPr>
            <w:tcW w:w="1728" w:type="dxa"/>
          </w:tcPr>
          <w:p w14:paraId="4B25BEEF" w14:textId="77777777" w:rsidR="00D47CA5" w:rsidRDefault="00D47CA5">
            <w:r>
              <w:t>485</w:t>
            </w:r>
          </w:p>
        </w:tc>
        <w:tc>
          <w:tcPr>
            <w:tcW w:w="1728" w:type="dxa"/>
          </w:tcPr>
          <w:p w14:paraId="021ABB4F" w14:textId="59C9ADAA" w:rsidR="00D47CA5" w:rsidRDefault="005B7D21">
            <w:r w:rsidRPr="005B7D21">
              <w:t>10</w:t>
            </w:r>
            <w:r>
              <w:t> </w:t>
            </w:r>
            <w:r w:rsidRPr="005B7D21">
              <w:t>685</w:t>
            </w:r>
            <w:r>
              <w:t xml:space="preserve"> </w:t>
            </w:r>
            <w:r w:rsidRPr="005B7D21">
              <w:t>635,6</w:t>
            </w:r>
            <w:r>
              <w:t>0</w:t>
            </w:r>
          </w:p>
        </w:tc>
      </w:tr>
      <w:tr w:rsidR="00D47CA5" w14:paraId="23C7DA6E" w14:textId="77777777">
        <w:tc>
          <w:tcPr>
            <w:tcW w:w="1728" w:type="dxa"/>
          </w:tcPr>
          <w:p w14:paraId="232A12B8" w14:textId="77777777" w:rsidR="00D47CA5" w:rsidRDefault="00D47CA5">
            <w:r>
              <w:t>31.12.2024</w:t>
            </w:r>
          </w:p>
        </w:tc>
        <w:tc>
          <w:tcPr>
            <w:tcW w:w="1728" w:type="dxa"/>
          </w:tcPr>
          <w:p w14:paraId="201CDE42" w14:textId="452BCFEF" w:rsidR="00D47CA5" w:rsidRDefault="00D47CA5">
            <w:r>
              <w:t>98</w:t>
            </w:r>
            <w:r w:rsidR="005B7D21">
              <w:t>3</w:t>
            </w:r>
          </w:p>
        </w:tc>
        <w:tc>
          <w:tcPr>
            <w:tcW w:w="1728" w:type="dxa"/>
          </w:tcPr>
          <w:p w14:paraId="0E875369" w14:textId="77777777" w:rsidR="00D47CA5" w:rsidRDefault="00D47CA5">
            <w:r>
              <w:t>468</w:t>
            </w:r>
          </w:p>
        </w:tc>
        <w:tc>
          <w:tcPr>
            <w:tcW w:w="1728" w:type="dxa"/>
          </w:tcPr>
          <w:p w14:paraId="789796EB" w14:textId="60933B0A" w:rsidR="00D47CA5" w:rsidRDefault="005B7D21">
            <w:r w:rsidRPr="005B7D21">
              <w:t>9</w:t>
            </w:r>
            <w:r>
              <w:t> </w:t>
            </w:r>
            <w:r w:rsidRPr="005B7D21">
              <w:t>992</w:t>
            </w:r>
            <w:r>
              <w:t xml:space="preserve"> </w:t>
            </w:r>
            <w:r w:rsidRPr="005B7D21">
              <w:t>491,9</w:t>
            </w:r>
            <w:r>
              <w:t>9</w:t>
            </w:r>
          </w:p>
        </w:tc>
      </w:tr>
      <w:tr w:rsidR="00D47CA5" w14:paraId="225ABDEC" w14:textId="77777777">
        <w:tc>
          <w:tcPr>
            <w:tcW w:w="1728" w:type="dxa"/>
          </w:tcPr>
          <w:p w14:paraId="45136542" w14:textId="77777777" w:rsidR="00D47CA5" w:rsidRDefault="00D47CA5">
            <w:r>
              <w:t>30.09.2024</w:t>
            </w:r>
          </w:p>
        </w:tc>
        <w:tc>
          <w:tcPr>
            <w:tcW w:w="1728" w:type="dxa"/>
          </w:tcPr>
          <w:p w14:paraId="142070C4" w14:textId="77777777" w:rsidR="00D47CA5" w:rsidRDefault="00D47CA5">
            <w:r>
              <w:t>941</w:t>
            </w:r>
          </w:p>
        </w:tc>
        <w:tc>
          <w:tcPr>
            <w:tcW w:w="1728" w:type="dxa"/>
          </w:tcPr>
          <w:p w14:paraId="3B92D63C" w14:textId="77777777" w:rsidR="00D47CA5" w:rsidRDefault="00D47CA5">
            <w:r>
              <w:t>458</w:t>
            </w:r>
          </w:p>
        </w:tc>
        <w:tc>
          <w:tcPr>
            <w:tcW w:w="1728" w:type="dxa"/>
          </w:tcPr>
          <w:p w14:paraId="0B319D22" w14:textId="77777777" w:rsidR="00D47CA5" w:rsidRDefault="00D47CA5">
            <w:r>
              <w:t>9 741 682,89</w:t>
            </w:r>
          </w:p>
        </w:tc>
      </w:tr>
      <w:tr w:rsidR="00D47CA5" w14:paraId="15702BB9" w14:textId="77777777">
        <w:tc>
          <w:tcPr>
            <w:tcW w:w="1728" w:type="dxa"/>
          </w:tcPr>
          <w:p w14:paraId="0E34D410" w14:textId="77777777" w:rsidR="00D47CA5" w:rsidRDefault="00D47CA5">
            <w:r>
              <w:lastRenderedPageBreak/>
              <w:t>30.06.2024</w:t>
            </w:r>
          </w:p>
        </w:tc>
        <w:tc>
          <w:tcPr>
            <w:tcW w:w="1728" w:type="dxa"/>
          </w:tcPr>
          <w:p w14:paraId="1BB82EAD" w14:textId="77777777" w:rsidR="00D47CA5" w:rsidRDefault="00D47CA5">
            <w:r>
              <w:t>868</w:t>
            </w:r>
          </w:p>
        </w:tc>
        <w:tc>
          <w:tcPr>
            <w:tcW w:w="1728" w:type="dxa"/>
          </w:tcPr>
          <w:p w14:paraId="03E3538E" w14:textId="77777777" w:rsidR="00D47CA5" w:rsidRDefault="00D47CA5">
            <w:r>
              <w:t>448</w:t>
            </w:r>
          </w:p>
        </w:tc>
        <w:tc>
          <w:tcPr>
            <w:tcW w:w="1728" w:type="dxa"/>
          </w:tcPr>
          <w:p w14:paraId="4309249C" w14:textId="77777777" w:rsidR="00D47CA5" w:rsidRDefault="00D47CA5">
            <w:r>
              <w:t>9 219 857,46</w:t>
            </w:r>
          </w:p>
        </w:tc>
      </w:tr>
      <w:tr w:rsidR="00D47CA5" w14:paraId="4F70158F" w14:textId="77777777">
        <w:tc>
          <w:tcPr>
            <w:tcW w:w="1728" w:type="dxa"/>
          </w:tcPr>
          <w:p w14:paraId="0B4A0CCF" w14:textId="1F095539" w:rsidR="00D47CA5" w:rsidRDefault="00D47CA5">
            <w:r>
              <w:t>3</w:t>
            </w:r>
            <w:r w:rsidR="005B7D21">
              <w:t>1</w:t>
            </w:r>
            <w:r>
              <w:t>.03.2024</w:t>
            </w:r>
          </w:p>
        </w:tc>
        <w:tc>
          <w:tcPr>
            <w:tcW w:w="1728" w:type="dxa"/>
          </w:tcPr>
          <w:p w14:paraId="32DA284F" w14:textId="77777777" w:rsidR="00D47CA5" w:rsidRDefault="00D47CA5">
            <w:r>
              <w:t>774</w:t>
            </w:r>
          </w:p>
        </w:tc>
        <w:tc>
          <w:tcPr>
            <w:tcW w:w="1728" w:type="dxa"/>
          </w:tcPr>
          <w:p w14:paraId="764920A2" w14:textId="77777777" w:rsidR="00D47CA5" w:rsidRDefault="00D47CA5">
            <w:r>
              <w:t>435</w:t>
            </w:r>
          </w:p>
        </w:tc>
        <w:tc>
          <w:tcPr>
            <w:tcW w:w="1728" w:type="dxa"/>
          </w:tcPr>
          <w:p w14:paraId="6E75E10F" w14:textId="77777777" w:rsidR="00D47CA5" w:rsidRDefault="00D47CA5">
            <w:r>
              <w:t>8 602 229,05</w:t>
            </w:r>
          </w:p>
        </w:tc>
      </w:tr>
      <w:tr w:rsidR="00D47CA5" w14:paraId="101F817C" w14:textId="77777777">
        <w:tc>
          <w:tcPr>
            <w:tcW w:w="1728" w:type="dxa"/>
          </w:tcPr>
          <w:p w14:paraId="19F7E86B" w14:textId="77777777" w:rsidR="00D47CA5" w:rsidRDefault="00D47CA5">
            <w:r>
              <w:t>31.12.2023</w:t>
            </w:r>
          </w:p>
        </w:tc>
        <w:tc>
          <w:tcPr>
            <w:tcW w:w="1728" w:type="dxa"/>
          </w:tcPr>
          <w:p w14:paraId="569BFFB3" w14:textId="77777777" w:rsidR="00D47CA5" w:rsidRDefault="00D47CA5">
            <w:r>
              <w:t>698</w:t>
            </w:r>
          </w:p>
        </w:tc>
        <w:tc>
          <w:tcPr>
            <w:tcW w:w="1728" w:type="dxa"/>
          </w:tcPr>
          <w:p w14:paraId="39AD6406" w14:textId="77777777" w:rsidR="00D47CA5" w:rsidRDefault="00D47CA5">
            <w:r>
              <w:t>402</w:t>
            </w:r>
          </w:p>
        </w:tc>
        <w:tc>
          <w:tcPr>
            <w:tcW w:w="1728" w:type="dxa"/>
          </w:tcPr>
          <w:p w14:paraId="4BE30688" w14:textId="77777777" w:rsidR="00D47CA5" w:rsidRDefault="00D47CA5">
            <w:r>
              <w:t>7 630 873,30</w:t>
            </w:r>
          </w:p>
        </w:tc>
      </w:tr>
      <w:tr w:rsidR="00D47CA5" w14:paraId="3029FFF6" w14:textId="77777777">
        <w:tc>
          <w:tcPr>
            <w:tcW w:w="1728" w:type="dxa"/>
          </w:tcPr>
          <w:p w14:paraId="23B72334" w14:textId="77777777" w:rsidR="00D47CA5" w:rsidRDefault="00D47CA5">
            <w:r>
              <w:t>30.09.2023</w:t>
            </w:r>
          </w:p>
        </w:tc>
        <w:tc>
          <w:tcPr>
            <w:tcW w:w="1728" w:type="dxa"/>
          </w:tcPr>
          <w:p w14:paraId="43CE3B5C" w14:textId="77777777" w:rsidR="00D47CA5" w:rsidRDefault="00D47CA5">
            <w:r>
              <w:t>646</w:t>
            </w:r>
          </w:p>
        </w:tc>
        <w:tc>
          <w:tcPr>
            <w:tcW w:w="1728" w:type="dxa"/>
          </w:tcPr>
          <w:p w14:paraId="59C81E79" w14:textId="77777777" w:rsidR="00D47CA5" w:rsidRDefault="00D47CA5">
            <w:r>
              <w:t>381</w:t>
            </w:r>
          </w:p>
        </w:tc>
        <w:tc>
          <w:tcPr>
            <w:tcW w:w="1728" w:type="dxa"/>
          </w:tcPr>
          <w:p w14:paraId="6D45F0EE" w14:textId="77777777" w:rsidR="00D47CA5" w:rsidRDefault="00D47CA5">
            <w:r>
              <w:t>7 104 879,63</w:t>
            </w:r>
          </w:p>
        </w:tc>
      </w:tr>
      <w:tr w:rsidR="00D47CA5" w14:paraId="0ABB38E3" w14:textId="77777777">
        <w:tc>
          <w:tcPr>
            <w:tcW w:w="1728" w:type="dxa"/>
          </w:tcPr>
          <w:p w14:paraId="564D4D8B" w14:textId="77777777" w:rsidR="00D47CA5" w:rsidRDefault="00D47CA5">
            <w:r>
              <w:t>30.06.2023</w:t>
            </w:r>
          </w:p>
        </w:tc>
        <w:tc>
          <w:tcPr>
            <w:tcW w:w="1728" w:type="dxa"/>
          </w:tcPr>
          <w:p w14:paraId="6EA4AAC7" w14:textId="77777777" w:rsidR="00D47CA5" w:rsidRDefault="00D47CA5">
            <w:r>
              <w:t>596</w:t>
            </w:r>
          </w:p>
        </w:tc>
        <w:tc>
          <w:tcPr>
            <w:tcW w:w="1728" w:type="dxa"/>
          </w:tcPr>
          <w:p w14:paraId="3E3899F7" w14:textId="77777777" w:rsidR="00D47CA5" w:rsidRDefault="00D47CA5">
            <w:r>
              <w:t>363</w:t>
            </w:r>
          </w:p>
        </w:tc>
        <w:tc>
          <w:tcPr>
            <w:tcW w:w="1728" w:type="dxa"/>
          </w:tcPr>
          <w:p w14:paraId="1C77745F" w14:textId="77777777" w:rsidR="00D47CA5" w:rsidRDefault="00D47CA5">
            <w:r>
              <w:t>6 475 259,26</w:t>
            </w:r>
          </w:p>
        </w:tc>
      </w:tr>
      <w:tr w:rsidR="00D47CA5" w14:paraId="694C8D64" w14:textId="77777777">
        <w:tc>
          <w:tcPr>
            <w:tcW w:w="1728" w:type="dxa"/>
          </w:tcPr>
          <w:p w14:paraId="4B820D51" w14:textId="77777777" w:rsidR="00D47CA5" w:rsidRDefault="00D47CA5">
            <w:r>
              <w:t>31.03.2023</w:t>
            </w:r>
          </w:p>
        </w:tc>
        <w:tc>
          <w:tcPr>
            <w:tcW w:w="1728" w:type="dxa"/>
          </w:tcPr>
          <w:p w14:paraId="5745C6BF" w14:textId="77777777" w:rsidR="00D47CA5" w:rsidRDefault="00D47CA5">
            <w:r>
              <w:t>558</w:t>
            </w:r>
          </w:p>
        </w:tc>
        <w:tc>
          <w:tcPr>
            <w:tcW w:w="1728" w:type="dxa"/>
          </w:tcPr>
          <w:p w14:paraId="2AE683ED" w14:textId="77777777" w:rsidR="00D47CA5" w:rsidRDefault="00D47CA5">
            <w:r>
              <w:t>337</w:t>
            </w:r>
          </w:p>
        </w:tc>
        <w:tc>
          <w:tcPr>
            <w:tcW w:w="1728" w:type="dxa"/>
          </w:tcPr>
          <w:p w14:paraId="685FDC35" w14:textId="77777777" w:rsidR="00D47CA5" w:rsidRDefault="00D47CA5">
            <w:r>
              <w:t>5 885 154,99</w:t>
            </w:r>
          </w:p>
        </w:tc>
      </w:tr>
      <w:tr w:rsidR="00D47CA5" w14:paraId="58BE1614" w14:textId="77777777">
        <w:tc>
          <w:tcPr>
            <w:tcW w:w="1728" w:type="dxa"/>
          </w:tcPr>
          <w:p w14:paraId="38D92160" w14:textId="77777777" w:rsidR="00D47CA5" w:rsidRDefault="00D47CA5">
            <w:r>
              <w:t>31.12.2022</w:t>
            </w:r>
          </w:p>
        </w:tc>
        <w:tc>
          <w:tcPr>
            <w:tcW w:w="1728" w:type="dxa"/>
          </w:tcPr>
          <w:p w14:paraId="7CE236DD" w14:textId="77777777" w:rsidR="00D47CA5" w:rsidRDefault="00D47CA5">
            <w:r>
              <w:t>526</w:t>
            </w:r>
          </w:p>
        </w:tc>
        <w:tc>
          <w:tcPr>
            <w:tcW w:w="1728" w:type="dxa"/>
          </w:tcPr>
          <w:p w14:paraId="0D5FB812" w14:textId="77777777" w:rsidR="00D47CA5" w:rsidRDefault="00D47CA5">
            <w:r>
              <w:t>301</w:t>
            </w:r>
          </w:p>
        </w:tc>
        <w:tc>
          <w:tcPr>
            <w:tcW w:w="1728" w:type="dxa"/>
          </w:tcPr>
          <w:p w14:paraId="2C2540B7" w14:textId="77777777" w:rsidR="00D47CA5" w:rsidRDefault="00D47CA5">
            <w:r>
              <w:t>4 811 005,13</w:t>
            </w:r>
          </w:p>
        </w:tc>
      </w:tr>
      <w:tr w:rsidR="00D47CA5" w14:paraId="1641559C" w14:textId="77777777">
        <w:tc>
          <w:tcPr>
            <w:tcW w:w="1728" w:type="dxa"/>
          </w:tcPr>
          <w:p w14:paraId="0F61D8FB" w14:textId="77777777" w:rsidR="00D47CA5" w:rsidRDefault="00D47CA5">
            <w:r>
              <w:t>30.09.2022</w:t>
            </w:r>
          </w:p>
        </w:tc>
        <w:tc>
          <w:tcPr>
            <w:tcW w:w="1728" w:type="dxa"/>
          </w:tcPr>
          <w:p w14:paraId="37CDD540" w14:textId="77777777" w:rsidR="00D47CA5" w:rsidRDefault="00D47CA5">
            <w:r>
              <w:t>499</w:t>
            </w:r>
          </w:p>
        </w:tc>
        <w:tc>
          <w:tcPr>
            <w:tcW w:w="1728" w:type="dxa"/>
          </w:tcPr>
          <w:p w14:paraId="6E7AB756" w14:textId="77777777" w:rsidR="00D47CA5" w:rsidRDefault="00D47CA5">
            <w:r>
              <w:t>269</w:t>
            </w:r>
          </w:p>
        </w:tc>
        <w:tc>
          <w:tcPr>
            <w:tcW w:w="1728" w:type="dxa"/>
          </w:tcPr>
          <w:p w14:paraId="74D85C32" w14:textId="77777777" w:rsidR="00D47CA5" w:rsidRDefault="00D47CA5">
            <w:r>
              <w:t>4 043 670,87</w:t>
            </w:r>
          </w:p>
        </w:tc>
      </w:tr>
    </w:tbl>
    <w:p w14:paraId="637E0781" w14:textId="006DED4E" w:rsidR="00D21391" w:rsidRDefault="00D21391"/>
    <w:sectPr w:rsidR="00D2139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2153607">
    <w:abstractNumId w:val="8"/>
  </w:num>
  <w:num w:numId="2" w16cid:durableId="867959126">
    <w:abstractNumId w:val="6"/>
  </w:num>
  <w:num w:numId="3" w16cid:durableId="2068676248">
    <w:abstractNumId w:val="5"/>
  </w:num>
  <w:num w:numId="4" w16cid:durableId="567690616">
    <w:abstractNumId w:val="4"/>
  </w:num>
  <w:num w:numId="5" w16cid:durableId="996498186">
    <w:abstractNumId w:val="7"/>
  </w:num>
  <w:num w:numId="6" w16cid:durableId="135994172">
    <w:abstractNumId w:val="3"/>
  </w:num>
  <w:num w:numId="7" w16cid:durableId="694499675">
    <w:abstractNumId w:val="2"/>
  </w:num>
  <w:num w:numId="8" w16cid:durableId="473835438">
    <w:abstractNumId w:val="1"/>
  </w:num>
  <w:num w:numId="9" w16cid:durableId="998268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5015"/>
    <w:rsid w:val="0015074B"/>
    <w:rsid w:val="0029639D"/>
    <w:rsid w:val="00326F90"/>
    <w:rsid w:val="005B7D21"/>
    <w:rsid w:val="00924175"/>
    <w:rsid w:val="009A1230"/>
    <w:rsid w:val="00AA1D8D"/>
    <w:rsid w:val="00AB6368"/>
    <w:rsid w:val="00B47730"/>
    <w:rsid w:val="00CB0664"/>
    <w:rsid w:val="00D21391"/>
    <w:rsid w:val="00D47CA5"/>
    <w:rsid w:val="00DE7B50"/>
    <w:rsid w:val="00FC693F"/>
    <w:rsid w:val="00FF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7F99DE"/>
  <w14:defaultImageDpi w14:val="300"/>
  <w15:docId w15:val="{A2E7DD2C-1B5C-4A1D-B3C0-9717684CB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DE7B5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7B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fos.gdansk.pl/czyste-powietrze/podstawowe-informacje-o-programi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301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Marlena Wilkowska</cp:lastModifiedBy>
  <cp:revision>6</cp:revision>
  <dcterms:created xsi:type="dcterms:W3CDTF">2026-07-27T12:18:00Z</dcterms:created>
  <dcterms:modified xsi:type="dcterms:W3CDTF">2026-10-07T09:23:00Z</dcterms:modified>
  <cp:category/>
</cp:coreProperties>
</file>