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rFonts w:ascii="Times New Roman" w:hAnsi="Times New Roman" w:eastAsia="Times New Roman"/>
          <w:i/>
          <w:color w:val="000000"/>
          <w:sz w:val="19"/>
        </w:rPr>
        <w:t>Załącznik nr 4 do zapytania ofertowego nr 11/2026</w:t>
      </w:r>
    </w:p>
    <w:p>
      <w:pPr>
        <w:keepNext/>
        <w:spacing w:before="80" w:after="80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>OŚWIADCZENIE WYKONAWCY</w:t>
      </w:r>
    </w:p>
    <w:p>
      <w:pPr>
        <w:keepNext/>
        <w:spacing w:after="240"/>
        <w:jc w:val="center"/>
      </w:pPr>
      <w:r>
        <w:rPr>
          <w:rFonts w:ascii="Times New Roman" w:hAnsi="Times New Roman" w:eastAsia="Times New Roman"/>
          <w:b/>
          <w:color w:val="000000"/>
          <w:sz w:val="23"/>
        </w:rPr>
        <w:t>o braku podstaw wykluczenia z postępowania</w:t>
      </w:r>
    </w:p>
    <w:p>
      <w:pPr>
        <w:keepNext w:val="0"/>
        <w:jc w:val="both"/>
      </w:pPr>
      <w:r>
        <w:rPr>
          <w:rFonts w:ascii="Times New Roman" w:hAnsi="Times New Roman" w:eastAsia="Times New Roman"/>
          <w:i w:val="0"/>
          <w:color w:val="000000"/>
          <w:sz w:val="21"/>
        </w:rPr>
        <w:t>Dotyczy postępowania pn.: „Zakup i dostawa telewizorów QLED do Świętokrzyskiego Centrum Doskonalenia Nauczycieli w Kielcach” - nr 11/2026.</w:t>
      </w:r>
    </w:p>
    <w:p>
      <w:pPr>
        <w:pStyle w:val="Heading1"/>
      </w:pPr>
      <w:r>
        <w:t>1. Dane Wykonawcy</w:t>
      </w:r>
    </w:p>
    <w:p>
      <w:pPr>
        <w:spacing w:after="40"/>
      </w:pPr>
      <w:r>
        <w:rPr>
          <w:rFonts w:ascii="Times New Roman" w:hAnsi="Times New Roman" w:eastAsia="Times New Roman"/>
          <w:b/>
          <w:color w:val="000000"/>
          <w:sz w:val="21"/>
        </w:rPr>
        <w:t>Nazwa Wykonawcy:</w:t>
      </w:r>
    </w:p>
    <w:p>
      <w:pPr>
        <w:spacing w:after="40"/>
      </w:pPr>
      <w:r>
        <w:t>……………………………………………………………………………………………………………………</w:t>
      </w:r>
    </w:p>
    <w:p>
      <w:pPr>
        <w:spacing w:after="40"/>
      </w:pPr>
      <w:r>
        <w:rPr>
          <w:rFonts w:ascii="Times New Roman" w:hAnsi="Times New Roman" w:eastAsia="Times New Roman"/>
          <w:b/>
          <w:color w:val="000000"/>
          <w:sz w:val="21"/>
        </w:rPr>
        <w:t>Adres siedziby:</w:t>
      </w:r>
    </w:p>
    <w:p>
      <w:pPr>
        <w:spacing w:after="40"/>
      </w:pPr>
      <w:r>
        <w:t>……………………………………………………………………………………………………………………</w:t>
      </w:r>
    </w:p>
    <w:p>
      <w:pPr>
        <w:spacing w:after="40"/>
      </w:pPr>
      <w:r>
        <w:rPr>
          <w:rFonts w:ascii="Times New Roman" w:hAnsi="Times New Roman" w:eastAsia="Times New Roman"/>
          <w:b/>
          <w:color w:val="000000"/>
          <w:sz w:val="21"/>
        </w:rPr>
        <w:t>NIP / REGON / KRS lub CEIDG:</w:t>
      </w:r>
    </w:p>
    <w:p>
      <w:pPr>
        <w:spacing w:after="40"/>
      </w:pPr>
      <w:r>
        <w:t>……………………………………………………………………………………………………………………</w:t>
      </w:r>
    </w:p>
    <w:p>
      <w:pPr>
        <w:spacing w:after="40"/>
      </w:pPr>
      <w:r>
        <w:rPr>
          <w:rFonts w:ascii="Times New Roman" w:hAnsi="Times New Roman" w:eastAsia="Times New Roman"/>
          <w:b/>
          <w:color w:val="000000"/>
          <w:sz w:val="21"/>
        </w:rPr>
        <w:t>Osoba uprawniona do reprezentacji:</w:t>
      </w:r>
    </w:p>
    <w:p>
      <w:pPr>
        <w:spacing w:after="40"/>
      </w:pPr>
      <w:r>
        <w:t>……………………………………………………………………………………………………………………</w:t>
      </w:r>
    </w:p>
    <w:p>
      <w:pPr>
        <w:pStyle w:val="Heading1"/>
      </w:pPr>
      <w:r>
        <w:t>2. Oświadczenie</w:t>
      </w:r>
    </w:p>
    <w:p>
      <w:pPr>
        <w:keepNext w:val="0"/>
        <w:jc w:val="both"/>
      </w:pPr>
      <w:r>
        <w:rPr>
          <w:rFonts w:ascii="Times New Roman" w:hAnsi="Times New Roman" w:eastAsia="Times New Roman"/>
          <w:i w:val="0"/>
          <w:color w:val="000000"/>
          <w:sz w:val="21"/>
        </w:rPr>
        <w:t>Działając w imieniu Wykonawcy, oświadczam/oświadczamy, że:</w:t>
      </w:r>
    </w:p>
    <w:p>
      <w:pPr>
        <w:spacing w:after="40"/>
        <w:ind w:left="369" w:hanging="255"/>
      </w:pPr>
      <w:r>
        <w:rPr>
          <w:rFonts w:ascii="Times New Roman" w:hAnsi="Times New Roman" w:eastAsia="Times New Roman"/>
          <w:color w:val="000000"/>
          <w:sz w:val="21"/>
        </w:rPr>
        <w:t>1.  nie podlegam/nie podlegamy wykluczeniu na podstawie przesłanek określonych w zapytaniu ofertowym;</w:t>
      </w:r>
    </w:p>
    <w:p>
      <w:pPr>
        <w:spacing w:after="40"/>
        <w:ind w:left="369" w:hanging="255"/>
      </w:pPr>
      <w:r>
        <w:rPr>
          <w:rFonts w:ascii="Times New Roman" w:hAnsi="Times New Roman" w:eastAsia="Times New Roman"/>
          <w:color w:val="000000"/>
          <w:sz w:val="21"/>
        </w:rPr>
        <w:t>2.  posiadam/posiadamy zdolność do należytego wykonania zamówienia;</w:t>
      </w:r>
    </w:p>
    <w:p>
      <w:pPr>
        <w:spacing w:after="40"/>
        <w:ind w:left="369" w:hanging="255"/>
      </w:pPr>
      <w:r>
        <w:rPr>
          <w:rFonts w:ascii="Times New Roman" w:hAnsi="Times New Roman" w:eastAsia="Times New Roman"/>
          <w:color w:val="000000"/>
          <w:sz w:val="21"/>
        </w:rPr>
        <w:t>3.  nie podlegam/nie podlegamy wykluczeniu na podstawie art. 7 ust. 1 ustawy z dnia 13 kwietnia 2022 r. o szczególnych rozwiązaniach w zakresie przeciwdziałania wspieraniu agresji na Ukrainę oraz służących ochronie bezpieczeństwa narodowego;</w:t>
      </w:r>
    </w:p>
    <w:p>
      <w:pPr>
        <w:spacing w:after="40"/>
        <w:ind w:left="369" w:hanging="255"/>
      </w:pPr>
      <w:r>
        <w:rPr>
          <w:rFonts w:ascii="Times New Roman" w:hAnsi="Times New Roman" w:eastAsia="Times New Roman"/>
          <w:color w:val="000000"/>
          <w:sz w:val="21"/>
        </w:rPr>
        <w:t>4.  Wykonawca, jego beneficjent rzeczywisty ani jednostka dominująca nie są podmiotami objętymi właściwymi wykazami sankcyjnymi w zakresie powodującym wykluczenie;</w:t>
      </w:r>
    </w:p>
    <w:p>
      <w:pPr>
        <w:spacing w:after="40"/>
        <w:ind w:left="369" w:hanging="255"/>
      </w:pPr>
      <w:r>
        <w:rPr>
          <w:rFonts w:ascii="Times New Roman" w:hAnsi="Times New Roman" w:eastAsia="Times New Roman"/>
          <w:color w:val="000000"/>
          <w:sz w:val="21"/>
        </w:rPr>
        <w:t>5.  informacje zawarte w oświadczeniu są aktualne i zgodne ze stanem faktycznym i prawnym na dzień złożenia oferty.</w:t>
      </w:r>
    </w:p>
    <w:p>
      <w:pPr>
        <w:keepNext w:val="0"/>
        <w:jc w:val="both"/>
      </w:pPr>
      <w:r>
        <w:rPr>
          <w:rFonts w:ascii="Times New Roman" w:hAnsi="Times New Roman" w:eastAsia="Times New Roman"/>
          <w:i w:val="0"/>
          <w:color w:val="000000"/>
          <w:sz w:val="21"/>
        </w:rPr>
        <w:t>Zobowiązuję/zobowiązujemy się do niezwłocznego poinformowania Zamawiającego o zmianie okoliczności mającej wpływ na treść oświadczenia.</w:t>
      </w:r>
    </w:p>
    <w:p>
      <w:pPr>
        <w:keepNext w:val="0"/>
        <w:jc w:val="both"/>
      </w:pPr>
      <w:r>
        <w:rPr>
          <w:rFonts w:ascii="Times New Roman" w:hAnsi="Times New Roman" w:eastAsia="Times New Roman"/>
          <w:i w:val="0"/>
          <w:color w:val="000000"/>
          <w:sz w:val="21"/>
        </w:rPr>
        <w:t>Miejscowość i data: …………………………………………………………………………………</w:t>
      </w:r>
    </w:p>
    <w:p/>
    <w:p>
      <w:pPr>
        <w:spacing w:after="0"/>
        <w:jc w:val="right"/>
      </w:pPr>
      <w:r>
        <w:t>…………………………………………………………</w:t>
      </w:r>
    </w:p>
    <w:p>
      <w:pPr>
        <w:spacing w:before="0"/>
        <w:jc w:val="right"/>
      </w:pPr>
      <w:r>
        <w:rPr>
          <w:rFonts w:ascii="Times New Roman" w:hAnsi="Times New Roman" w:eastAsia="Times New Roman"/>
          <w:i/>
          <w:color w:val="000000"/>
          <w:sz w:val="19"/>
        </w:rPr>
        <w:t>podpis osoby/osób uprawnionych do reprezentowania Wykonawcy</w:t>
      </w:r>
    </w:p>
    <w:sectPr w:rsidR="00FC693F" w:rsidRPr="0006063C" w:rsidSect="00034616">
      <w:footerReference w:type="default" r:id="rId9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Times New Roman" w:hAnsi="Times New Roman" w:eastAsia="Times New Roman"/>
        <w:color w:val="000000"/>
        <w:sz w:val="18"/>
      </w:rPr>
      <w:t xml:space="preserve">Strona </w:t>
    </w:r>
    <w:r>
      <w:rPr>
        <w:rFonts w:ascii="Times New Roman" w:hAnsi="Times New Roman" w:eastAsia="Times New Roman"/>
        <w:color w:val="000000"/>
        <w:sz w:val="18"/>
      </w:rPr>
      <w:fldChar w:fldCharType="begin"/>
      <w:instrText xml:space="preserve">PAGE</w:instrText>
      <w:fldChar w:fldCharType="end"/>
    </w:r>
    <w:r>
      <w:rPr>
        <w:rFonts w:ascii="Times New Roman" w:hAnsi="Times New Roman" w:eastAsia="Times New Roman"/>
        <w:color w:val="000000"/>
        <w:sz w:val="18"/>
      </w:rPr>
      <w:t xml:space="preserve"> z </w:t>
    </w:r>
    <w:r>
      <w:rPr>
        <w:rFonts w:ascii="Times New Roman" w:hAnsi="Times New Roman" w:eastAsia="Times New Roman"/>
        <w:color w:val="000000"/>
        <w:sz w:val="18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