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CB727F" w14:textId="77777777" w:rsidR="00E94D6E" w:rsidRPr="00D52761" w:rsidRDefault="00074926" w:rsidP="00D52761">
      <w:pPr>
        <w:jc w:val="right"/>
        <w:rPr>
          <w:rFonts w:ascii="Calibri" w:hAnsi="Calibri" w:cs="Calibri"/>
          <w:sz w:val="24"/>
          <w:szCs w:val="24"/>
          <w:lang w:val="pl-PL"/>
        </w:rPr>
      </w:pPr>
      <w:r w:rsidRPr="00D52761">
        <w:rPr>
          <w:rFonts w:ascii="Calibri" w:hAnsi="Calibri" w:cs="Calibri"/>
          <w:i/>
          <w:sz w:val="24"/>
          <w:szCs w:val="24"/>
          <w:lang w:val="pl-PL"/>
        </w:rPr>
        <w:t>Załącznik nr 1 do Regulaminu programu</w:t>
      </w:r>
      <w:r w:rsidRPr="00D52761">
        <w:rPr>
          <w:rFonts w:ascii="Calibri" w:hAnsi="Calibri" w:cs="Calibri"/>
          <w:i/>
          <w:sz w:val="24"/>
          <w:szCs w:val="24"/>
          <w:lang w:val="pl-PL"/>
        </w:rPr>
        <w:br/>
        <w:t>„Małopolska Deszczówka 2026”</w:t>
      </w:r>
    </w:p>
    <w:p w14:paraId="62F43C04" w14:textId="77777777" w:rsidR="00E94D6E" w:rsidRPr="00D52761" w:rsidRDefault="00074926" w:rsidP="00D52761">
      <w:pPr>
        <w:jc w:val="center"/>
        <w:rPr>
          <w:rFonts w:ascii="Calibri" w:hAnsi="Calibri" w:cs="Calibri"/>
          <w:sz w:val="24"/>
          <w:szCs w:val="24"/>
          <w:lang w:val="pl-PL"/>
        </w:rPr>
      </w:pPr>
      <w:r w:rsidRPr="00D52761">
        <w:rPr>
          <w:rFonts w:ascii="Calibri" w:hAnsi="Calibri" w:cs="Calibri"/>
          <w:b/>
          <w:sz w:val="24"/>
          <w:szCs w:val="24"/>
          <w:lang w:val="pl-PL"/>
        </w:rPr>
        <w:t>WNIOSEK O UŻYCZENIE ZBIORNIKA NA DESZCZÓWKĘ</w:t>
      </w:r>
    </w:p>
    <w:p w14:paraId="4EAF430A" w14:textId="77777777" w:rsidR="00E94D6E" w:rsidRPr="00D52761" w:rsidRDefault="00074926" w:rsidP="00D52761">
      <w:pPr>
        <w:pStyle w:val="Nagwek1"/>
        <w:jc w:val="both"/>
        <w:rPr>
          <w:rFonts w:ascii="Calibri" w:hAnsi="Calibri" w:cs="Calibri"/>
          <w:color w:val="auto"/>
          <w:sz w:val="24"/>
          <w:szCs w:val="24"/>
        </w:rPr>
      </w:pPr>
      <w:r w:rsidRPr="00D52761">
        <w:rPr>
          <w:rFonts w:ascii="Calibri" w:hAnsi="Calibri" w:cs="Calibri"/>
          <w:color w:val="auto"/>
          <w:sz w:val="24"/>
          <w:szCs w:val="24"/>
        </w:rPr>
        <w:t xml:space="preserve">Dane </w:t>
      </w:r>
      <w:proofErr w:type="spellStart"/>
      <w:r w:rsidRPr="00D52761">
        <w:rPr>
          <w:rFonts w:ascii="Calibri" w:hAnsi="Calibri" w:cs="Calibri"/>
          <w:color w:val="auto"/>
          <w:sz w:val="24"/>
          <w:szCs w:val="24"/>
        </w:rPr>
        <w:t>Wnioskodawcy</w:t>
      </w:r>
      <w:proofErr w:type="spellEnd"/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3703"/>
        <w:gridCol w:w="6033"/>
      </w:tblGrid>
      <w:tr w:rsidR="00E94D6E" w:rsidRPr="00D52761" w14:paraId="1CC4BA35" w14:textId="77777777">
        <w:trPr>
          <w:jc w:val="center"/>
        </w:trPr>
        <w:tc>
          <w:tcPr>
            <w:tcW w:w="4873" w:type="dxa"/>
            <w:vAlign w:val="center"/>
          </w:tcPr>
          <w:p w14:paraId="34ABAB74" w14:textId="77777777" w:rsidR="00E94D6E" w:rsidRPr="00D52761" w:rsidRDefault="00074926" w:rsidP="00D52761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D52761">
              <w:rPr>
                <w:rFonts w:ascii="Calibri" w:hAnsi="Calibri" w:cs="Calibri"/>
                <w:sz w:val="24"/>
                <w:szCs w:val="24"/>
              </w:rPr>
              <w:t>Imię</w:t>
            </w:r>
            <w:proofErr w:type="spellEnd"/>
            <w:r w:rsidRPr="00D52761">
              <w:rPr>
                <w:rFonts w:ascii="Calibri" w:hAnsi="Calibri" w:cs="Calibri"/>
                <w:sz w:val="24"/>
                <w:szCs w:val="24"/>
              </w:rPr>
              <w:t xml:space="preserve"> i nazwisko:</w:t>
            </w:r>
          </w:p>
        </w:tc>
        <w:tc>
          <w:tcPr>
            <w:tcW w:w="4873" w:type="dxa"/>
            <w:vAlign w:val="center"/>
          </w:tcPr>
          <w:p w14:paraId="38DD4C4B" w14:textId="77777777" w:rsidR="00E94D6E" w:rsidRPr="00D52761" w:rsidRDefault="00074926" w:rsidP="00D52761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D52761">
              <w:rPr>
                <w:rFonts w:ascii="Calibri" w:hAnsi="Calibri" w:cs="Calibri"/>
                <w:sz w:val="24"/>
                <w:szCs w:val="24"/>
              </w:rPr>
              <w:t>................................................................................................</w:t>
            </w:r>
          </w:p>
        </w:tc>
      </w:tr>
      <w:tr w:rsidR="00E94D6E" w:rsidRPr="00D52761" w14:paraId="6E61AE4A" w14:textId="77777777">
        <w:trPr>
          <w:jc w:val="center"/>
        </w:trPr>
        <w:tc>
          <w:tcPr>
            <w:tcW w:w="4873" w:type="dxa"/>
            <w:vAlign w:val="center"/>
          </w:tcPr>
          <w:p w14:paraId="42283861" w14:textId="77777777" w:rsidR="00E94D6E" w:rsidRPr="00D52761" w:rsidRDefault="00074926" w:rsidP="00D52761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D52761">
              <w:rPr>
                <w:rFonts w:ascii="Calibri" w:hAnsi="Calibri" w:cs="Calibri"/>
                <w:sz w:val="24"/>
                <w:szCs w:val="24"/>
              </w:rPr>
              <w:t>PESEL:</w:t>
            </w:r>
          </w:p>
        </w:tc>
        <w:tc>
          <w:tcPr>
            <w:tcW w:w="4873" w:type="dxa"/>
            <w:vAlign w:val="center"/>
          </w:tcPr>
          <w:p w14:paraId="1C07B2C3" w14:textId="77777777" w:rsidR="00E94D6E" w:rsidRPr="00D52761" w:rsidRDefault="00074926" w:rsidP="00D52761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D52761">
              <w:rPr>
                <w:rFonts w:ascii="Calibri" w:hAnsi="Calibri" w:cs="Calibri"/>
                <w:sz w:val="24"/>
                <w:szCs w:val="24"/>
              </w:rPr>
              <w:t>................................................................................................</w:t>
            </w:r>
          </w:p>
        </w:tc>
      </w:tr>
      <w:tr w:rsidR="00E94D6E" w:rsidRPr="00D52761" w14:paraId="0BB173D0" w14:textId="77777777">
        <w:trPr>
          <w:jc w:val="center"/>
        </w:trPr>
        <w:tc>
          <w:tcPr>
            <w:tcW w:w="4873" w:type="dxa"/>
            <w:vAlign w:val="center"/>
          </w:tcPr>
          <w:p w14:paraId="346849B7" w14:textId="77777777" w:rsidR="00E94D6E" w:rsidRPr="00D52761" w:rsidRDefault="00074926" w:rsidP="00D52761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D52761">
              <w:rPr>
                <w:rFonts w:ascii="Calibri" w:hAnsi="Calibri" w:cs="Calibri"/>
                <w:sz w:val="24"/>
                <w:szCs w:val="24"/>
              </w:rPr>
              <w:t>Telefon</w:t>
            </w:r>
            <w:proofErr w:type="spellEnd"/>
            <w:r w:rsidRPr="00D52761">
              <w:rPr>
                <w:rFonts w:ascii="Calibri" w:hAnsi="Calibri" w:cs="Calibri"/>
                <w:sz w:val="24"/>
                <w:szCs w:val="24"/>
              </w:rPr>
              <w:t>:</w:t>
            </w:r>
          </w:p>
        </w:tc>
        <w:tc>
          <w:tcPr>
            <w:tcW w:w="4873" w:type="dxa"/>
            <w:vAlign w:val="center"/>
          </w:tcPr>
          <w:p w14:paraId="1FE0BCA3" w14:textId="77777777" w:rsidR="00E94D6E" w:rsidRPr="00D52761" w:rsidRDefault="00074926" w:rsidP="00D52761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D52761">
              <w:rPr>
                <w:rFonts w:ascii="Calibri" w:hAnsi="Calibri" w:cs="Calibri"/>
                <w:sz w:val="24"/>
                <w:szCs w:val="24"/>
              </w:rPr>
              <w:t>................................................................................................</w:t>
            </w:r>
          </w:p>
        </w:tc>
      </w:tr>
      <w:tr w:rsidR="00E94D6E" w:rsidRPr="00D52761" w14:paraId="48C36652" w14:textId="77777777">
        <w:trPr>
          <w:jc w:val="center"/>
        </w:trPr>
        <w:tc>
          <w:tcPr>
            <w:tcW w:w="4873" w:type="dxa"/>
            <w:vAlign w:val="center"/>
          </w:tcPr>
          <w:p w14:paraId="31B4A7B0" w14:textId="77777777" w:rsidR="00E94D6E" w:rsidRPr="00D52761" w:rsidRDefault="00074926" w:rsidP="00D52761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D52761">
              <w:rPr>
                <w:rFonts w:ascii="Calibri" w:hAnsi="Calibri" w:cs="Calibri"/>
                <w:sz w:val="24"/>
                <w:szCs w:val="24"/>
              </w:rPr>
              <w:t>E-mail (</w:t>
            </w:r>
            <w:proofErr w:type="spellStart"/>
            <w:r w:rsidRPr="00D52761">
              <w:rPr>
                <w:rFonts w:ascii="Calibri" w:hAnsi="Calibri" w:cs="Calibri"/>
                <w:sz w:val="24"/>
                <w:szCs w:val="24"/>
              </w:rPr>
              <w:t>opcjonalnie</w:t>
            </w:r>
            <w:proofErr w:type="spellEnd"/>
            <w:r w:rsidRPr="00D52761">
              <w:rPr>
                <w:rFonts w:ascii="Calibri" w:hAnsi="Calibri" w:cs="Calibri"/>
                <w:sz w:val="24"/>
                <w:szCs w:val="24"/>
              </w:rPr>
              <w:t>):</w:t>
            </w:r>
          </w:p>
        </w:tc>
        <w:tc>
          <w:tcPr>
            <w:tcW w:w="4873" w:type="dxa"/>
            <w:vAlign w:val="center"/>
          </w:tcPr>
          <w:p w14:paraId="7A91DC75" w14:textId="77777777" w:rsidR="00E94D6E" w:rsidRPr="00D52761" w:rsidRDefault="00074926" w:rsidP="00D52761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D52761">
              <w:rPr>
                <w:rFonts w:ascii="Calibri" w:hAnsi="Calibri" w:cs="Calibri"/>
                <w:sz w:val="24"/>
                <w:szCs w:val="24"/>
              </w:rPr>
              <w:t>................................................................................................</w:t>
            </w:r>
          </w:p>
        </w:tc>
      </w:tr>
      <w:tr w:rsidR="00E94D6E" w:rsidRPr="00D52761" w14:paraId="17652E19" w14:textId="77777777">
        <w:trPr>
          <w:jc w:val="center"/>
        </w:trPr>
        <w:tc>
          <w:tcPr>
            <w:tcW w:w="4873" w:type="dxa"/>
            <w:vAlign w:val="center"/>
          </w:tcPr>
          <w:p w14:paraId="0B392E56" w14:textId="77777777" w:rsidR="00E94D6E" w:rsidRPr="00D52761" w:rsidRDefault="00074926" w:rsidP="00D52761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D52761">
              <w:rPr>
                <w:rFonts w:ascii="Calibri" w:hAnsi="Calibri" w:cs="Calibri"/>
                <w:sz w:val="24"/>
                <w:szCs w:val="24"/>
              </w:rPr>
              <w:t xml:space="preserve">Adres </w:t>
            </w:r>
            <w:proofErr w:type="spellStart"/>
            <w:r w:rsidRPr="00D52761">
              <w:rPr>
                <w:rFonts w:ascii="Calibri" w:hAnsi="Calibri" w:cs="Calibri"/>
                <w:sz w:val="24"/>
                <w:szCs w:val="24"/>
              </w:rPr>
              <w:t>zamieszkania</w:t>
            </w:r>
            <w:proofErr w:type="spellEnd"/>
            <w:r w:rsidRPr="00D52761">
              <w:rPr>
                <w:rFonts w:ascii="Calibri" w:hAnsi="Calibri" w:cs="Calibri"/>
                <w:sz w:val="24"/>
                <w:szCs w:val="24"/>
              </w:rPr>
              <w:t>:</w:t>
            </w:r>
          </w:p>
        </w:tc>
        <w:tc>
          <w:tcPr>
            <w:tcW w:w="4873" w:type="dxa"/>
            <w:vAlign w:val="center"/>
          </w:tcPr>
          <w:p w14:paraId="2BB344DA" w14:textId="77777777" w:rsidR="00E94D6E" w:rsidRPr="00D52761" w:rsidRDefault="00074926" w:rsidP="00D52761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D52761">
              <w:rPr>
                <w:rFonts w:ascii="Calibri" w:hAnsi="Calibri" w:cs="Calibri"/>
                <w:sz w:val="24"/>
                <w:szCs w:val="24"/>
              </w:rPr>
              <w:t>................................................................................................</w:t>
            </w:r>
          </w:p>
        </w:tc>
      </w:tr>
    </w:tbl>
    <w:p w14:paraId="1FA632D3" w14:textId="77777777" w:rsidR="00E94D6E" w:rsidRPr="00D52761" w:rsidRDefault="00074926" w:rsidP="00D52761">
      <w:pPr>
        <w:pStyle w:val="Nagwek1"/>
        <w:jc w:val="both"/>
        <w:rPr>
          <w:rFonts w:ascii="Calibri" w:hAnsi="Calibri" w:cs="Calibri"/>
          <w:color w:val="auto"/>
          <w:sz w:val="24"/>
          <w:szCs w:val="24"/>
        </w:rPr>
      </w:pPr>
      <w:r w:rsidRPr="00D52761">
        <w:rPr>
          <w:rFonts w:ascii="Calibri" w:hAnsi="Calibri" w:cs="Calibri"/>
          <w:color w:val="auto"/>
          <w:sz w:val="24"/>
          <w:szCs w:val="24"/>
        </w:rPr>
        <w:t xml:space="preserve">Dane </w:t>
      </w:r>
      <w:proofErr w:type="spellStart"/>
      <w:r w:rsidRPr="00D52761">
        <w:rPr>
          <w:rFonts w:ascii="Calibri" w:hAnsi="Calibri" w:cs="Calibri"/>
          <w:color w:val="auto"/>
          <w:sz w:val="24"/>
          <w:szCs w:val="24"/>
        </w:rPr>
        <w:t>nieruchomości</w:t>
      </w:r>
      <w:proofErr w:type="spellEnd"/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3703"/>
        <w:gridCol w:w="6033"/>
      </w:tblGrid>
      <w:tr w:rsidR="00E94D6E" w:rsidRPr="00D52761" w14:paraId="29CFAA2C" w14:textId="77777777">
        <w:trPr>
          <w:jc w:val="center"/>
        </w:trPr>
        <w:tc>
          <w:tcPr>
            <w:tcW w:w="4873" w:type="dxa"/>
            <w:vAlign w:val="center"/>
          </w:tcPr>
          <w:p w14:paraId="45F895E7" w14:textId="77777777" w:rsidR="00E94D6E" w:rsidRPr="00D52761" w:rsidRDefault="00074926" w:rsidP="00D52761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D52761">
              <w:rPr>
                <w:rFonts w:ascii="Calibri" w:hAnsi="Calibri" w:cs="Calibri"/>
                <w:sz w:val="24"/>
                <w:szCs w:val="24"/>
              </w:rPr>
              <w:t xml:space="preserve">Adres </w:t>
            </w:r>
            <w:proofErr w:type="spellStart"/>
            <w:r w:rsidRPr="00D52761">
              <w:rPr>
                <w:rFonts w:ascii="Calibri" w:hAnsi="Calibri" w:cs="Calibri"/>
                <w:sz w:val="24"/>
                <w:szCs w:val="24"/>
              </w:rPr>
              <w:t>nieruchomości</w:t>
            </w:r>
            <w:proofErr w:type="spellEnd"/>
            <w:r w:rsidRPr="00D52761">
              <w:rPr>
                <w:rFonts w:ascii="Calibri" w:hAnsi="Calibri" w:cs="Calibri"/>
                <w:sz w:val="24"/>
                <w:szCs w:val="24"/>
              </w:rPr>
              <w:t>:</w:t>
            </w:r>
          </w:p>
        </w:tc>
        <w:tc>
          <w:tcPr>
            <w:tcW w:w="4873" w:type="dxa"/>
            <w:vAlign w:val="center"/>
          </w:tcPr>
          <w:p w14:paraId="6C9BA32B" w14:textId="77777777" w:rsidR="00E94D6E" w:rsidRPr="00D52761" w:rsidRDefault="00074926" w:rsidP="00D52761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D52761">
              <w:rPr>
                <w:rFonts w:ascii="Calibri" w:hAnsi="Calibri" w:cs="Calibri"/>
                <w:sz w:val="24"/>
                <w:szCs w:val="24"/>
              </w:rPr>
              <w:t>................................................................................................</w:t>
            </w:r>
          </w:p>
        </w:tc>
      </w:tr>
      <w:tr w:rsidR="00E94D6E" w:rsidRPr="00D52761" w14:paraId="16AD6D44" w14:textId="77777777">
        <w:trPr>
          <w:jc w:val="center"/>
        </w:trPr>
        <w:tc>
          <w:tcPr>
            <w:tcW w:w="4873" w:type="dxa"/>
            <w:vAlign w:val="center"/>
          </w:tcPr>
          <w:p w14:paraId="1EC03613" w14:textId="77777777" w:rsidR="00E94D6E" w:rsidRPr="00D52761" w:rsidRDefault="00074926" w:rsidP="00D52761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D52761">
              <w:rPr>
                <w:rFonts w:ascii="Calibri" w:hAnsi="Calibri" w:cs="Calibri"/>
                <w:sz w:val="24"/>
                <w:szCs w:val="24"/>
              </w:rPr>
              <w:t xml:space="preserve">Nr </w:t>
            </w:r>
            <w:proofErr w:type="spellStart"/>
            <w:r w:rsidRPr="00D52761">
              <w:rPr>
                <w:rFonts w:ascii="Calibri" w:hAnsi="Calibri" w:cs="Calibri"/>
                <w:sz w:val="24"/>
                <w:szCs w:val="24"/>
              </w:rPr>
              <w:t>działki</w:t>
            </w:r>
            <w:proofErr w:type="spellEnd"/>
            <w:r w:rsidRPr="00D52761">
              <w:rPr>
                <w:rFonts w:ascii="Calibri" w:hAnsi="Calibri" w:cs="Calibri"/>
                <w:sz w:val="24"/>
                <w:szCs w:val="24"/>
              </w:rPr>
              <w:t xml:space="preserve"> ewidencyjnej:</w:t>
            </w:r>
          </w:p>
        </w:tc>
        <w:tc>
          <w:tcPr>
            <w:tcW w:w="4873" w:type="dxa"/>
            <w:vAlign w:val="center"/>
          </w:tcPr>
          <w:p w14:paraId="4EE73372" w14:textId="77777777" w:rsidR="00E94D6E" w:rsidRPr="00D52761" w:rsidRDefault="00074926" w:rsidP="00D52761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D52761">
              <w:rPr>
                <w:rFonts w:ascii="Calibri" w:hAnsi="Calibri" w:cs="Calibri"/>
                <w:sz w:val="24"/>
                <w:szCs w:val="24"/>
              </w:rPr>
              <w:t>................................................................................................</w:t>
            </w:r>
          </w:p>
        </w:tc>
      </w:tr>
      <w:tr w:rsidR="00E94D6E" w:rsidRPr="00D52761" w14:paraId="43C0BA8A" w14:textId="77777777">
        <w:trPr>
          <w:jc w:val="center"/>
        </w:trPr>
        <w:tc>
          <w:tcPr>
            <w:tcW w:w="4873" w:type="dxa"/>
            <w:vAlign w:val="center"/>
          </w:tcPr>
          <w:p w14:paraId="16457CCF" w14:textId="77777777" w:rsidR="00E94D6E" w:rsidRPr="00D52761" w:rsidRDefault="00074926" w:rsidP="00D52761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D52761">
              <w:rPr>
                <w:rFonts w:ascii="Calibri" w:hAnsi="Calibri" w:cs="Calibri"/>
                <w:sz w:val="24"/>
                <w:szCs w:val="24"/>
              </w:rPr>
              <w:t>Tytuł</w:t>
            </w:r>
            <w:proofErr w:type="spellEnd"/>
            <w:r w:rsidRPr="00D52761">
              <w:rPr>
                <w:rFonts w:ascii="Calibri" w:hAnsi="Calibri" w:cs="Calibri"/>
                <w:sz w:val="24"/>
                <w:szCs w:val="24"/>
              </w:rPr>
              <w:t xml:space="preserve"> prawny:</w:t>
            </w:r>
          </w:p>
        </w:tc>
        <w:tc>
          <w:tcPr>
            <w:tcW w:w="4873" w:type="dxa"/>
            <w:vAlign w:val="center"/>
          </w:tcPr>
          <w:p w14:paraId="02D1C009" w14:textId="77777777" w:rsidR="00E94D6E" w:rsidRPr="00D52761" w:rsidRDefault="00074926" w:rsidP="00D52761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D52761">
              <w:rPr>
                <w:rFonts w:ascii="Calibri" w:hAnsi="Calibri" w:cs="Calibri"/>
                <w:sz w:val="24"/>
                <w:szCs w:val="24"/>
              </w:rPr>
              <w:t xml:space="preserve">□ </w:t>
            </w:r>
            <w:proofErr w:type="spellStart"/>
            <w:r w:rsidRPr="00D52761">
              <w:rPr>
                <w:rFonts w:ascii="Calibri" w:hAnsi="Calibri" w:cs="Calibri"/>
                <w:sz w:val="24"/>
                <w:szCs w:val="24"/>
              </w:rPr>
              <w:t>własność</w:t>
            </w:r>
            <w:proofErr w:type="spellEnd"/>
            <w:r w:rsidRPr="00D52761">
              <w:rPr>
                <w:rFonts w:ascii="Calibri" w:hAnsi="Calibri" w:cs="Calibri"/>
                <w:sz w:val="24"/>
                <w:szCs w:val="24"/>
              </w:rPr>
              <w:t xml:space="preserve">   □ </w:t>
            </w:r>
            <w:proofErr w:type="spellStart"/>
            <w:r w:rsidRPr="00D52761">
              <w:rPr>
                <w:rFonts w:ascii="Calibri" w:hAnsi="Calibri" w:cs="Calibri"/>
                <w:sz w:val="24"/>
                <w:szCs w:val="24"/>
              </w:rPr>
              <w:t>współwłasność</w:t>
            </w:r>
            <w:proofErr w:type="spellEnd"/>
            <w:r w:rsidRPr="00D52761">
              <w:rPr>
                <w:rFonts w:ascii="Calibri" w:hAnsi="Calibri" w:cs="Calibri"/>
                <w:sz w:val="24"/>
                <w:szCs w:val="24"/>
              </w:rPr>
              <w:t xml:space="preserve">   □ </w:t>
            </w:r>
            <w:proofErr w:type="spellStart"/>
            <w:r w:rsidRPr="00D52761">
              <w:rPr>
                <w:rFonts w:ascii="Calibri" w:hAnsi="Calibri" w:cs="Calibri"/>
                <w:sz w:val="24"/>
                <w:szCs w:val="24"/>
              </w:rPr>
              <w:t>inny</w:t>
            </w:r>
            <w:proofErr w:type="spellEnd"/>
            <w:r w:rsidRPr="00D52761">
              <w:rPr>
                <w:rFonts w:ascii="Calibri" w:hAnsi="Calibri" w:cs="Calibri"/>
                <w:sz w:val="24"/>
                <w:szCs w:val="24"/>
              </w:rPr>
              <w:t>: ................................</w:t>
            </w:r>
          </w:p>
        </w:tc>
      </w:tr>
    </w:tbl>
    <w:p w14:paraId="53C10C7C" w14:textId="77777777" w:rsidR="00E94D6E" w:rsidRPr="00D52761" w:rsidRDefault="00074926" w:rsidP="005E034D">
      <w:pPr>
        <w:pStyle w:val="Nagwek1"/>
        <w:rPr>
          <w:rFonts w:ascii="Calibri" w:hAnsi="Calibri" w:cs="Calibri"/>
          <w:color w:val="auto"/>
          <w:sz w:val="24"/>
          <w:szCs w:val="24"/>
        </w:rPr>
      </w:pPr>
      <w:proofErr w:type="spellStart"/>
      <w:r w:rsidRPr="00D52761">
        <w:rPr>
          <w:rFonts w:ascii="Calibri" w:hAnsi="Calibri" w:cs="Calibri"/>
          <w:color w:val="auto"/>
          <w:sz w:val="24"/>
          <w:szCs w:val="24"/>
        </w:rPr>
        <w:t>Wniosek</w:t>
      </w:r>
      <w:proofErr w:type="spellEnd"/>
    </w:p>
    <w:p w14:paraId="3008E569" w14:textId="77777777" w:rsidR="00E94D6E" w:rsidRPr="00D52761" w:rsidRDefault="00074926" w:rsidP="005E034D">
      <w:pPr>
        <w:rPr>
          <w:rFonts w:ascii="Calibri" w:hAnsi="Calibri" w:cs="Calibri"/>
          <w:sz w:val="24"/>
          <w:szCs w:val="24"/>
          <w:lang w:val="pl-PL"/>
        </w:rPr>
      </w:pPr>
      <w:r w:rsidRPr="00D52761">
        <w:rPr>
          <w:rFonts w:ascii="Calibri" w:hAnsi="Calibri" w:cs="Calibri"/>
          <w:sz w:val="24"/>
          <w:szCs w:val="24"/>
          <w:lang w:val="pl-PL"/>
        </w:rPr>
        <w:t>Zwracam się z wnioskiem o użyczenie jednego naziemnego zbiornika na wody opadowe i roztopowe o pojemności od 600 do 699 litrów, w ramach programu „Małopolska Deszczówka 2026” realizowanego przez Gminę Lanckorona.</w:t>
      </w:r>
    </w:p>
    <w:p w14:paraId="6055CA5B" w14:textId="384CF1E5" w:rsidR="00E94D6E" w:rsidRPr="00D52761" w:rsidRDefault="00074926" w:rsidP="005E034D">
      <w:pPr>
        <w:pStyle w:val="Nagwek1"/>
        <w:rPr>
          <w:rFonts w:ascii="Calibri" w:hAnsi="Calibri" w:cs="Calibri"/>
          <w:color w:val="auto"/>
          <w:sz w:val="24"/>
          <w:szCs w:val="24"/>
          <w:lang w:val="pl-PL"/>
        </w:rPr>
      </w:pPr>
      <w:r w:rsidRPr="00D52761">
        <w:rPr>
          <w:rFonts w:ascii="Calibri" w:hAnsi="Calibri" w:cs="Calibri"/>
          <w:color w:val="auto"/>
          <w:sz w:val="24"/>
          <w:szCs w:val="24"/>
          <w:lang w:val="pl-PL"/>
        </w:rPr>
        <w:t xml:space="preserve">Oświadczenia </w:t>
      </w:r>
      <w:r w:rsidR="001F23AE">
        <w:rPr>
          <w:rFonts w:ascii="Calibri" w:hAnsi="Calibri" w:cs="Calibri"/>
          <w:color w:val="auto"/>
          <w:sz w:val="24"/>
          <w:szCs w:val="24"/>
          <w:lang w:val="pl-PL"/>
        </w:rPr>
        <w:t xml:space="preserve">i zobowiązania </w:t>
      </w:r>
      <w:r w:rsidRPr="00D52761">
        <w:rPr>
          <w:rFonts w:ascii="Calibri" w:hAnsi="Calibri" w:cs="Calibri"/>
          <w:color w:val="auto"/>
          <w:sz w:val="24"/>
          <w:szCs w:val="24"/>
          <w:lang w:val="pl-PL"/>
        </w:rPr>
        <w:t>Wnioskodawcy</w:t>
      </w:r>
    </w:p>
    <w:p w14:paraId="5640DD66" w14:textId="0B891C98" w:rsidR="00E94D6E" w:rsidRPr="001F23AE" w:rsidRDefault="00074926" w:rsidP="005E034D">
      <w:pPr>
        <w:pStyle w:val="Akapitzlist"/>
        <w:numPr>
          <w:ilvl w:val="0"/>
          <w:numId w:val="10"/>
        </w:numPr>
        <w:rPr>
          <w:rFonts w:ascii="Calibri" w:hAnsi="Calibri" w:cs="Calibri"/>
          <w:sz w:val="24"/>
          <w:szCs w:val="24"/>
          <w:lang w:val="pl-PL"/>
        </w:rPr>
      </w:pPr>
      <w:r w:rsidRPr="001F23AE">
        <w:rPr>
          <w:rFonts w:ascii="Calibri" w:hAnsi="Calibri" w:cs="Calibri"/>
          <w:sz w:val="24"/>
          <w:szCs w:val="24"/>
          <w:lang w:val="pl-PL"/>
        </w:rPr>
        <w:t>Oświadczam, że jestem właścicielem, współwłaścicielem albo posiadam inny tytuł prawny do nieruchomości wskazanej we Wniosku.</w:t>
      </w:r>
    </w:p>
    <w:p w14:paraId="117A71D1" w14:textId="7AE6F34C" w:rsidR="00E94D6E" w:rsidRPr="001F23AE" w:rsidRDefault="00074926" w:rsidP="005E034D">
      <w:pPr>
        <w:pStyle w:val="Akapitzlist"/>
        <w:numPr>
          <w:ilvl w:val="0"/>
          <w:numId w:val="10"/>
        </w:numPr>
        <w:rPr>
          <w:rFonts w:ascii="Calibri" w:hAnsi="Calibri" w:cs="Calibri"/>
          <w:sz w:val="24"/>
          <w:szCs w:val="24"/>
          <w:lang w:val="pl-PL"/>
        </w:rPr>
      </w:pPr>
      <w:r w:rsidRPr="001F23AE">
        <w:rPr>
          <w:rFonts w:ascii="Calibri" w:hAnsi="Calibri" w:cs="Calibri"/>
          <w:sz w:val="24"/>
          <w:szCs w:val="24"/>
          <w:lang w:val="pl-PL"/>
        </w:rPr>
        <w:t>Oświadczam, że Zbiornik będzie wykorzystywany na potrzeby własne gospodarstwa domowego, w szczególności do gromadzenia i wykorzystywania wód opadowych i roztopowych.</w:t>
      </w:r>
    </w:p>
    <w:p w14:paraId="216D17A6" w14:textId="5EAF4780" w:rsidR="00E94D6E" w:rsidRPr="001F23AE" w:rsidRDefault="00074926" w:rsidP="005E034D">
      <w:pPr>
        <w:pStyle w:val="Akapitzlist"/>
        <w:numPr>
          <w:ilvl w:val="0"/>
          <w:numId w:val="10"/>
        </w:numPr>
        <w:rPr>
          <w:rFonts w:ascii="Calibri" w:hAnsi="Calibri" w:cs="Calibri"/>
          <w:sz w:val="24"/>
          <w:szCs w:val="24"/>
          <w:lang w:val="pl-PL"/>
        </w:rPr>
      </w:pPr>
      <w:r w:rsidRPr="001F23AE">
        <w:rPr>
          <w:rFonts w:ascii="Calibri" w:hAnsi="Calibri" w:cs="Calibri"/>
          <w:sz w:val="24"/>
          <w:szCs w:val="24"/>
          <w:lang w:val="pl-PL"/>
        </w:rPr>
        <w:t>Oświadczam, że dysponuję miejscem umożliwiającym bezpieczne i stabilne ustawienie Zbiornika.</w:t>
      </w:r>
    </w:p>
    <w:p w14:paraId="71310209" w14:textId="0F784EB4" w:rsidR="00E94D6E" w:rsidRPr="001F23AE" w:rsidRDefault="00074926" w:rsidP="005E034D">
      <w:pPr>
        <w:pStyle w:val="Akapitzlist"/>
        <w:numPr>
          <w:ilvl w:val="0"/>
          <w:numId w:val="10"/>
        </w:numPr>
        <w:rPr>
          <w:rFonts w:ascii="Calibri" w:hAnsi="Calibri" w:cs="Calibri"/>
          <w:sz w:val="24"/>
          <w:szCs w:val="24"/>
          <w:lang w:val="pl-PL"/>
        </w:rPr>
      </w:pPr>
      <w:r w:rsidRPr="001F23AE">
        <w:rPr>
          <w:rFonts w:ascii="Calibri" w:hAnsi="Calibri" w:cs="Calibri"/>
          <w:sz w:val="24"/>
          <w:szCs w:val="24"/>
          <w:lang w:val="pl-PL"/>
        </w:rPr>
        <w:t>Oświadczam, że nie posiadam zaległości wobec Gminy Lanckorona z tytułu podatków, opłat lokalnych, opłaty za gospodarowanie odpadami komunalnymi ani innych należności publicznoprawnych, z wyjątkiem sytuacji, w której zawarto prawnie skuteczne porozumienie dotyczące spłaty zaległości i jest ono realizowane.</w:t>
      </w:r>
    </w:p>
    <w:p w14:paraId="0027FF18" w14:textId="2380DC77" w:rsidR="00E94D6E" w:rsidRPr="001F23AE" w:rsidRDefault="00074926" w:rsidP="005E034D">
      <w:pPr>
        <w:pStyle w:val="Akapitzlist"/>
        <w:numPr>
          <w:ilvl w:val="0"/>
          <w:numId w:val="10"/>
        </w:numPr>
        <w:rPr>
          <w:rFonts w:ascii="Calibri" w:hAnsi="Calibri" w:cs="Calibri"/>
          <w:sz w:val="24"/>
          <w:szCs w:val="24"/>
          <w:lang w:val="pl-PL"/>
        </w:rPr>
      </w:pPr>
      <w:r w:rsidRPr="001F23AE">
        <w:rPr>
          <w:rFonts w:ascii="Calibri" w:hAnsi="Calibri" w:cs="Calibri"/>
          <w:sz w:val="24"/>
          <w:szCs w:val="24"/>
          <w:lang w:val="pl-PL"/>
        </w:rPr>
        <w:t xml:space="preserve">Oświadczam, że ja ani </w:t>
      </w:r>
      <w:r w:rsidR="000A5A34">
        <w:rPr>
          <w:rFonts w:ascii="Calibri" w:hAnsi="Calibri" w:cs="Calibri"/>
          <w:sz w:val="24"/>
          <w:szCs w:val="24"/>
          <w:lang w:val="pl-PL"/>
        </w:rPr>
        <w:t xml:space="preserve">żadna inna osoba dysponująca nieruchomością </w:t>
      </w:r>
      <w:r w:rsidRPr="001F23AE">
        <w:rPr>
          <w:rFonts w:ascii="Calibri" w:hAnsi="Calibri" w:cs="Calibri"/>
          <w:sz w:val="24"/>
          <w:szCs w:val="24"/>
          <w:lang w:val="pl-PL"/>
        </w:rPr>
        <w:t>nie otrzymaliśmy zbiornika w ramach programu „Małopolska Deszczówka” w latach 2024–2025 ani innej pomocy finansowej lub rzeczowej dotyczącej tego samego celu, jeżeli skutkowałoby to naruszeniem warunków dofinansowania.</w:t>
      </w:r>
    </w:p>
    <w:p w14:paraId="1971FDE2" w14:textId="53C67CD7" w:rsidR="00E94D6E" w:rsidRPr="001F23AE" w:rsidRDefault="00074926" w:rsidP="005E034D">
      <w:pPr>
        <w:pStyle w:val="Akapitzlist"/>
        <w:numPr>
          <w:ilvl w:val="0"/>
          <w:numId w:val="10"/>
        </w:numPr>
        <w:rPr>
          <w:rFonts w:ascii="Calibri" w:hAnsi="Calibri" w:cs="Calibri"/>
          <w:sz w:val="24"/>
          <w:szCs w:val="24"/>
          <w:lang w:val="pl-PL"/>
        </w:rPr>
      </w:pPr>
      <w:r w:rsidRPr="001F23AE">
        <w:rPr>
          <w:rFonts w:ascii="Calibri" w:hAnsi="Calibri" w:cs="Calibri"/>
          <w:sz w:val="24"/>
          <w:szCs w:val="24"/>
          <w:lang w:val="pl-PL"/>
        </w:rPr>
        <w:t>Oświadczam, że na jeden budynek mieszkalny jednorodzinny składany jest tylko jeden wniosek o użyczenie Zbiornika w ramach niniejszego naboru.</w:t>
      </w:r>
    </w:p>
    <w:p w14:paraId="4525897D" w14:textId="4EDBB23F" w:rsidR="00E94D6E" w:rsidRPr="001F23AE" w:rsidRDefault="0056775C" w:rsidP="001F23AE">
      <w:pPr>
        <w:pStyle w:val="Akapitzlist"/>
        <w:numPr>
          <w:ilvl w:val="0"/>
          <w:numId w:val="10"/>
        </w:numPr>
        <w:jc w:val="both"/>
        <w:rPr>
          <w:rFonts w:ascii="Calibri" w:hAnsi="Calibri" w:cs="Calibri"/>
          <w:sz w:val="24"/>
          <w:szCs w:val="24"/>
          <w:lang w:val="pl-PL"/>
        </w:rPr>
      </w:pPr>
      <w:r w:rsidRPr="001F23AE">
        <w:rPr>
          <w:rFonts w:ascii="Calibri" w:hAnsi="Calibri" w:cs="Calibri"/>
          <w:sz w:val="24"/>
          <w:szCs w:val="24"/>
          <w:lang w:val="pl-PL"/>
        </w:rPr>
        <w:lastRenderedPageBreak/>
        <w:t xml:space="preserve">Oświadczam, </w:t>
      </w:r>
      <w:r w:rsidR="000A5A34" w:rsidRPr="001F23AE">
        <w:rPr>
          <w:rFonts w:ascii="Calibri" w:hAnsi="Calibri" w:cs="Calibri"/>
          <w:sz w:val="24"/>
          <w:szCs w:val="24"/>
          <w:lang w:val="pl-PL"/>
        </w:rPr>
        <w:t>że</w:t>
      </w:r>
      <w:r w:rsidRPr="001F23AE">
        <w:rPr>
          <w:rFonts w:ascii="Calibri" w:hAnsi="Calibri" w:cs="Calibri"/>
          <w:sz w:val="24"/>
          <w:szCs w:val="24"/>
          <w:lang w:val="pl-PL"/>
        </w:rPr>
        <w:t xml:space="preserve"> zapoznałem się </w:t>
      </w:r>
      <w:r w:rsidR="00CA4AA9" w:rsidRPr="001F23AE">
        <w:rPr>
          <w:rFonts w:ascii="Calibri" w:hAnsi="Calibri" w:cs="Calibri"/>
          <w:sz w:val="24"/>
          <w:szCs w:val="24"/>
          <w:lang w:val="pl-PL"/>
        </w:rPr>
        <w:t xml:space="preserve">z Regulaminem programu i zobowiązuje </w:t>
      </w:r>
      <w:r w:rsidR="00F1415A" w:rsidRPr="001F23AE">
        <w:rPr>
          <w:rFonts w:ascii="Calibri" w:hAnsi="Calibri" w:cs="Calibri"/>
          <w:sz w:val="24"/>
          <w:szCs w:val="24"/>
          <w:lang w:val="pl-PL"/>
        </w:rPr>
        <w:t xml:space="preserve">się do jego przestrzegania. </w:t>
      </w:r>
    </w:p>
    <w:p w14:paraId="4C186612" w14:textId="12E87CB2" w:rsidR="00E94D6E" w:rsidRPr="001F23AE" w:rsidRDefault="00074926" w:rsidP="001F23AE">
      <w:pPr>
        <w:pStyle w:val="Akapitzlist"/>
        <w:numPr>
          <w:ilvl w:val="0"/>
          <w:numId w:val="10"/>
        </w:numPr>
        <w:jc w:val="both"/>
        <w:rPr>
          <w:rFonts w:ascii="Calibri" w:hAnsi="Calibri" w:cs="Calibri"/>
          <w:sz w:val="24"/>
          <w:szCs w:val="24"/>
          <w:lang w:val="pl-PL"/>
        </w:rPr>
      </w:pPr>
      <w:r w:rsidRPr="001F23AE">
        <w:rPr>
          <w:rFonts w:ascii="Calibri" w:hAnsi="Calibri" w:cs="Calibri"/>
          <w:sz w:val="24"/>
          <w:szCs w:val="24"/>
          <w:lang w:val="pl-PL"/>
        </w:rPr>
        <w:t>Zobowiązuję się do umożliwienia kontroli sposobu użytkowania Zbiornika przez Gminę Lanckorona oraz upoważnionych przedstawicieli Województwa Małopolskiego.</w:t>
      </w:r>
    </w:p>
    <w:p w14:paraId="5F108E8A" w14:textId="5673EFAC" w:rsidR="00E94D6E" w:rsidRPr="001F23AE" w:rsidRDefault="00074926" w:rsidP="001F23AE">
      <w:pPr>
        <w:pStyle w:val="Akapitzlist"/>
        <w:numPr>
          <w:ilvl w:val="0"/>
          <w:numId w:val="10"/>
        </w:numPr>
        <w:jc w:val="both"/>
        <w:rPr>
          <w:rFonts w:ascii="Calibri" w:hAnsi="Calibri" w:cs="Calibri"/>
          <w:sz w:val="24"/>
          <w:szCs w:val="24"/>
          <w:lang w:val="pl-PL"/>
        </w:rPr>
      </w:pPr>
      <w:r w:rsidRPr="001F23AE">
        <w:rPr>
          <w:rFonts w:ascii="Calibri" w:hAnsi="Calibri" w:cs="Calibri"/>
          <w:sz w:val="24"/>
          <w:szCs w:val="24"/>
          <w:lang w:val="pl-PL"/>
        </w:rPr>
        <w:t>Zobowiązuję się do niezwłocznego informowania Gminy o zmianie danych zawartych we Wniosku lub umowie, w szczególności o zbyciu nieruchomości, uszkodzeniu, kradzieży lub zmianie miejsca użytkowania Zbiornika.</w:t>
      </w:r>
    </w:p>
    <w:p w14:paraId="447C0D9F" w14:textId="6C39DE30" w:rsidR="003A6876" w:rsidRPr="001F23AE" w:rsidRDefault="003A6876" w:rsidP="001F23AE">
      <w:pPr>
        <w:pStyle w:val="Akapitzlist"/>
        <w:numPr>
          <w:ilvl w:val="0"/>
          <w:numId w:val="10"/>
        </w:numPr>
        <w:jc w:val="both"/>
        <w:rPr>
          <w:rFonts w:ascii="Calibri" w:hAnsi="Calibri" w:cs="Calibri"/>
          <w:sz w:val="24"/>
          <w:szCs w:val="24"/>
          <w:lang w:val="pl-PL"/>
        </w:rPr>
      </w:pPr>
      <w:r w:rsidRPr="001F23AE">
        <w:rPr>
          <w:rFonts w:ascii="Calibri" w:hAnsi="Calibri" w:cs="Calibri"/>
          <w:sz w:val="24"/>
          <w:szCs w:val="24"/>
          <w:lang w:val="pl-PL"/>
        </w:rPr>
        <w:t xml:space="preserve">Zobowiązuje się udostępnić zamontowany zbiornik celem wykonania przez Gminę dokumentacji fotograficznej Zbiornika w miejscu jego użytkowania w związku z realizacją, kontrolą </w:t>
      </w:r>
      <w:r w:rsidR="005E034D">
        <w:rPr>
          <w:rFonts w:ascii="Calibri" w:hAnsi="Calibri" w:cs="Calibri"/>
          <w:sz w:val="24"/>
          <w:szCs w:val="24"/>
          <w:lang w:val="pl-PL"/>
        </w:rPr>
        <w:br/>
      </w:r>
      <w:r w:rsidRPr="001F23AE">
        <w:rPr>
          <w:rFonts w:ascii="Calibri" w:hAnsi="Calibri" w:cs="Calibri"/>
          <w:sz w:val="24"/>
          <w:szCs w:val="24"/>
          <w:lang w:val="pl-PL"/>
        </w:rPr>
        <w:t>i rozliczeniem Programu.</w:t>
      </w:r>
    </w:p>
    <w:p w14:paraId="734B22CC" w14:textId="75FBB1B5" w:rsidR="00CB4B8E" w:rsidRPr="001F23AE" w:rsidRDefault="00CB4B8E" w:rsidP="001F23AE">
      <w:pPr>
        <w:pStyle w:val="Akapitzlist"/>
        <w:numPr>
          <w:ilvl w:val="0"/>
          <w:numId w:val="10"/>
        </w:numPr>
        <w:jc w:val="both"/>
        <w:rPr>
          <w:rFonts w:ascii="Calibri" w:hAnsi="Calibri" w:cs="Calibri"/>
          <w:sz w:val="24"/>
          <w:szCs w:val="24"/>
          <w:lang w:val="pl-PL"/>
        </w:rPr>
      </w:pPr>
      <w:r w:rsidRPr="001F23AE">
        <w:rPr>
          <w:rFonts w:ascii="Calibri" w:hAnsi="Calibri" w:cs="Calibri"/>
          <w:sz w:val="24"/>
          <w:szCs w:val="24"/>
          <w:lang w:val="pl-PL"/>
        </w:rPr>
        <w:t>Oświadczam, że zapoznałem się z klauzulą informacyjną w zakresie ochrony danych osobowych zawartą w Regulaminie programu.</w:t>
      </w:r>
    </w:p>
    <w:p w14:paraId="43F14D84" w14:textId="77777777" w:rsidR="005E034D" w:rsidRDefault="00D0145D" w:rsidP="001F23AE">
      <w:pPr>
        <w:pStyle w:val="Akapitzlist"/>
        <w:numPr>
          <w:ilvl w:val="0"/>
          <w:numId w:val="10"/>
        </w:numPr>
        <w:jc w:val="both"/>
        <w:rPr>
          <w:rFonts w:ascii="Calibri" w:hAnsi="Calibri" w:cs="Calibri"/>
          <w:sz w:val="24"/>
          <w:szCs w:val="24"/>
          <w:lang w:val="pl-PL"/>
        </w:rPr>
      </w:pPr>
      <w:r w:rsidRPr="001F23AE">
        <w:rPr>
          <w:rFonts w:ascii="Calibri" w:hAnsi="Calibri" w:cs="Calibri"/>
          <w:sz w:val="24"/>
          <w:szCs w:val="24"/>
          <w:lang w:val="pl-PL"/>
        </w:rPr>
        <w:t xml:space="preserve">Zobowiązuję się do podpisania umowy użyczenia w terminie 14 dni od dnia poinformowania mnie przez Gminę o możliwości jej zawarcia. Jestem świadomy/a, że niepodpisanie umowy </w:t>
      </w:r>
    </w:p>
    <w:p w14:paraId="07318719" w14:textId="030DD000" w:rsidR="00D0145D" w:rsidRPr="001F23AE" w:rsidRDefault="00D0145D" w:rsidP="001F23AE">
      <w:pPr>
        <w:pStyle w:val="Akapitzlist"/>
        <w:numPr>
          <w:ilvl w:val="0"/>
          <w:numId w:val="10"/>
        </w:numPr>
        <w:jc w:val="both"/>
        <w:rPr>
          <w:rFonts w:ascii="Calibri" w:hAnsi="Calibri" w:cs="Calibri"/>
          <w:sz w:val="24"/>
          <w:szCs w:val="24"/>
          <w:lang w:val="pl-PL"/>
        </w:rPr>
      </w:pPr>
      <w:r w:rsidRPr="001F23AE">
        <w:rPr>
          <w:rFonts w:ascii="Calibri" w:hAnsi="Calibri" w:cs="Calibri"/>
          <w:sz w:val="24"/>
          <w:szCs w:val="24"/>
          <w:lang w:val="pl-PL"/>
        </w:rPr>
        <w:t>w wyznaczonym terminie, z przyczyn leżących po mojej stronie, może skutkować uznaniem rezygnacji z udziału w Programie.</w:t>
      </w:r>
    </w:p>
    <w:p w14:paraId="7D7423BA" w14:textId="1B379FAB" w:rsidR="00D0145D" w:rsidRPr="001F23AE" w:rsidRDefault="00D0145D" w:rsidP="001F23AE">
      <w:pPr>
        <w:pStyle w:val="Akapitzlist"/>
        <w:numPr>
          <w:ilvl w:val="0"/>
          <w:numId w:val="10"/>
        </w:numPr>
        <w:jc w:val="both"/>
        <w:rPr>
          <w:rFonts w:ascii="Calibri" w:hAnsi="Calibri" w:cs="Calibri"/>
          <w:sz w:val="24"/>
          <w:szCs w:val="24"/>
          <w:lang w:val="pl-PL"/>
        </w:rPr>
      </w:pPr>
      <w:r w:rsidRPr="001F23AE">
        <w:rPr>
          <w:rFonts w:ascii="Calibri" w:hAnsi="Calibri" w:cs="Calibri"/>
          <w:sz w:val="24"/>
          <w:szCs w:val="24"/>
          <w:lang w:val="pl-PL"/>
        </w:rPr>
        <w:t xml:space="preserve">Zobowiązuję się do odbioru Zbiornika w terminie 7 dni od dnia zawarcia Umowy, w miejscu </w:t>
      </w:r>
      <w:r w:rsidR="005E034D">
        <w:rPr>
          <w:rFonts w:ascii="Calibri" w:hAnsi="Calibri" w:cs="Calibri"/>
          <w:sz w:val="24"/>
          <w:szCs w:val="24"/>
          <w:lang w:val="pl-PL"/>
        </w:rPr>
        <w:br/>
      </w:r>
      <w:r w:rsidRPr="001F23AE">
        <w:rPr>
          <w:rFonts w:ascii="Calibri" w:hAnsi="Calibri" w:cs="Calibri"/>
          <w:sz w:val="24"/>
          <w:szCs w:val="24"/>
          <w:lang w:val="pl-PL"/>
        </w:rPr>
        <w:t>i terminie wskazanym przez Gminę.</w:t>
      </w:r>
    </w:p>
    <w:p w14:paraId="19392159" w14:textId="77777777" w:rsidR="00E94D6E" w:rsidRPr="00D52761" w:rsidRDefault="00074926" w:rsidP="00D52761">
      <w:pPr>
        <w:pStyle w:val="Nagwek1"/>
        <w:jc w:val="both"/>
        <w:rPr>
          <w:rFonts w:ascii="Calibri" w:hAnsi="Calibri" w:cs="Calibri"/>
          <w:color w:val="auto"/>
          <w:sz w:val="24"/>
          <w:szCs w:val="24"/>
          <w:lang w:val="pl-PL"/>
        </w:rPr>
      </w:pPr>
      <w:r w:rsidRPr="00D52761">
        <w:rPr>
          <w:rFonts w:ascii="Calibri" w:hAnsi="Calibri" w:cs="Calibri"/>
          <w:color w:val="auto"/>
          <w:sz w:val="24"/>
          <w:szCs w:val="24"/>
          <w:lang w:val="pl-PL"/>
        </w:rPr>
        <w:t>Oświadczenie dotyczące danych</w:t>
      </w:r>
    </w:p>
    <w:p w14:paraId="3FC1054F" w14:textId="58CA8414" w:rsidR="00E94D6E" w:rsidRPr="00D52761" w:rsidRDefault="00074926" w:rsidP="00D52761">
      <w:pPr>
        <w:jc w:val="both"/>
        <w:rPr>
          <w:rFonts w:ascii="Calibri" w:hAnsi="Calibri" w:cs="Calibri"/>
          <w:sz w:val="24"/>
          <w:szCs w:val="24"/>
          <w:lang w:val="pl-PL"/>
        </w:rPr>
      </w:pPr>
      <w:r w:rsidRPr="00D52761">
        <w:rPr>
          <w:rFonts w:ascii="Calibri" w:hAnsi="Calibri" w:cs="Calibri"/>
          <w:sz w:val="24"/>
          <w:szCs w:val="24"/>
          <w:lang w:val="pl-PL"/>
        </w:rPr>
        <w:t xml:space="preserve">Oświadczam, że wszystkie dane i informacje zawarte we Wniosku są zgodne ze stanem faktycznym </w:t>
      </w:r>
      <w:r w:rsidR="005E034D">
        <w:rPr>
          <w:rFonts w:ascii="Calibri" w:hAnsi="Calibri" w:cs="Calibri"/>
          <w:sz w:val="24"/>
          <w:szCs w:val="24"/>
          <w:lang w:val="pl-PL"/>
        </w:rPr>
        <w:br/>
      </w:r>
      <w:r w:rsidRPr="00D52761">
        <w:rPr>
          <w:rFonts w:ascii="Calibri" w:hAnsi="Calibri" w:cs="Calibri"/>
          <w:sz w:val="24"/>
          <w:szCs w:val="24"/>
          <w:lang w:val="pl-PL"/>
        </w:rPr>
        <w:t>i prawnym. Przyjmuję do wiadomości, że podanie nieprawdziwych informacji może skutkować odmową przyznania Zbiornika albo rozwiązaniem Umowy użyczenia i obowiązkiem jego zwrotu.</w:t>
      </w:r>
    </w:p>
    <w:p w14:paraId="6AF58775" w14:textId="77777777" w:rsidR="00E94D6E" w:rsidRPr="00D52761" w:rsidRDefault="00074926" w:rsidP="00D52761">
      <w:pPr>
        <w:jc w:val="both"/>
        <w:rPr>
          <w:rFonts w:ascii="Calibri" w:hAnsi="Calibri" w:cs="Calibri"/>
          <w:sz w:val="24"/>
          <w:szCs w:val="24"/>
          <w:lang w:val="pl-PL"/>
        </w:rPr>
      </w:pPr>
      <w:r w:rsidRPr="00D52761">
        <w:rPr>
          <w:rFonts w:ascii="Calibri" w:hAnsi="Calibri" w:cs="Calibri"/>
          <w:sz w:val="24"/>
          <w:szCs w:val="24"/>
          <w:lang w:val="pl-PL"/>
        </w:rPr>
        <w:t>Miejscowość i data: ........................................................</w:t>
      </w:r>
    </w:p>
    <w:p w14:paraId="685A7296" w14:textId="77777777" w:rsidR="00E94D6E" w:rsidRPr="00D52761" w:rsidRDefault="00074926" w:rsidP="00224B04">
      <w:pPr>
        <w:rPr>
          <w:rFonts w:ascii="Calibri" w:hAnsi="Calibri" w:cs="Calibri"/>
          <w:sz w:val="24"/>
          <w:szCs w:val="24"/>
          <w:lang w:val="pl-PL"/>
        </w:rPr>
      </w:pPr>
      <w:r w:rsidRPr="00D52761">
        <w:rPr>
          <w:rFonts w:ascii="Calibri" w:hAnsi="Calibri" w:cs="Calibri"/>
          <w:sz w:val="24"/>
          <w:szCs w:val="24"/>
          <w:lang w:val="pl-PL"/>
        </w:rPr>
        <w:t>Czytelny podpis Wnioskodawcy: ................................................................................</w:t>
      </w:r>
    </w:p>
    <w:p w14:paraId="70EAD1A9" w14:textId="77777777" w:rsidR="00E94D6E" w:rsidRDefault="00074926" w:rsidP="00D52761">
      <w:pPr>
        <w:pStyle w:val="Nagwek1"/>
        <w:jc w:val="both"/>
        <w:rPr>
          <w:rFonts w:ascii="Calibri" w:hAnsi="Calibri" w:cs="Calibri"/>
          <w:color w:val="auto"/>
          <w:sz w:val="24"/>
          <w:szCs w:val="24"/>
          <w:lang w:val="pl-PL"/>
        </w:rPr>
      </w:pPr>
      <w:r w:rsidRPr="00D52761">
        <w:rPr>
          <w:rFonts w:ascii="Calibri" w:hAnsi="Calibri" w:cs="Calibri"/>
          <w:color w:val="auto"/>
          <w:sz w:val="24"/>
          <w:szCs w:val="24"/>
          <w:lang w:val="pl-PL"/>
        </w:rPr>
        <w:t>Informacja dla Wnioskodawcy</w:t>
      </w:r>
    </w:p>
    <w:p w14:paraId="1F4A4446" w14:textId="77777777" w:rsidR="004E040F" w:rsidRPr="007A5BB9" w:rsidRDefault="004E040F" w:rsidP="007A5BB9">
      <w:pPr>
        <w:rPr>
          <w:lang w:val="pl-PL"/>
        </w:rPr>
      </w:pPr>
    </w:p>
    <w:p w14:paraId="7B7A332E" w14:textId="38D35AE1" w:rsidR="00E94D6E" w:rsidRPr="007A5BB9" w:rsidRDefault="00074926" w:rsidP="00D52761">
      <w:pPr>
        <w:jc w:val="both"/>
        <w:rPr>
          <w:rFonts w:ascii="Calibri" w:hAnsi="Calibri" w:cs="Calibri"/>
          <w:b/>
          <w:bCs/>
          <w:i/>
          <w:iCs/>
          <w:sz w:val="24"/>
          <w:szCs w:val="24"/>
          <w:lang w:val="pl-PL"/>
        </w:rPr>
      </w:pPr>
      <w:r w:rsidRPr="007A5BB9">
        <w:rPr>
          <w:rFonts w:ascii="Calibri" w:hAnsi="Calibri" w:cs="Calibri"/>
          <w:b/>
          <w:bCs/>
          <w:i/>
          <w:iCs/>
          <w:sz w:val="24"/>
          <w:szCs w:val="24"/>
          <w:lang w:val="pl-PL"/>
        </w:rPr>
        <w:t xml:space="preserve">Złożenie Wniosku nie gwarantuje otrzymania Zbiornika. Wnioski są rozpatrywane według kolejności wpływu kompletnych wniosków, do wyczerpania puli Zbiorników, zgodnie </w:t>
      </w:r>
      <w:r w:rsidR="00224B04">
        <w:rPr>
          <w:rFonts w:ascii="Calibri" w:hAnsi="Calibri" w:cs="Calibri"/>
          <w:b/>
          <w:bCs/>
          <w:i/>
          <w:iCs/>
          <w:sz w:val="24"/>
          <w:szCs w:val="24"/>
          <w:lang w:val="pl-PL"/>
        </w:rPr>
        <w:br/>
      </w:r>
      <w:r w:rsidRPr="007A5BB9">
        <w:rPr>
          <w:rFonts w:ascii="Calibri" w:hAnsi="Calibri" w:cs="Calibri"/>
          <w:b/>
          <w:bCs/>
          <w:i/>
          <w:iCs/>
          <w:sz w:val="24"/>
          <w:szCs w:val="24"/>
          <w:lang w:val="pl-PL"/>
        </w:rPr>
        <w:t>z Regulaminem</w:t>
      </w:r>
      <w:r w:rsidR="004E040F">
        <w:rPr>
          <w:rFonts w:ascii="Calibri" w:hAnsi="Calibri" w:cs="Calibri"/>
          <w:b/>
          <w:bCs/>
          <w:i/>
          <w:iCs/>
          <w:sz w:val="24"/>
          <w:szCs w:val="24"/>
          <w:lang w:val="pl-PL"/>
        </w:rPr>
        <w:t xml:space="preserve"> programu</w:t>
      </w:r>
      <w:r w:rsidRPr="007A5BB9">
        <w:rPr>
          <w:rFonts w:ascii="Calibri" w:hAnsi="Calibri" w:cs="Calibri"/>
          <w:b/>
          <w:bCs/>
          <w:i/>
          <w:iCs/>
          <w:sz w:val="24"/>
          <w:szCs w:val="24"/>
          <w:lang w:val="pl-PL"/>
        </w:rPr>
        <w:t>.</w:t>
      </w:r>
    </w:p>
    <w:p w14:paraId="19C3A69A" w14:textId="7BB77CF3" w:rsidR="00E94D6E" w:rsidRPr="00D52761" w:rsidRDefault="00E94D6E" w:rsidP="00D52761">
      <w:pPr>
        <w:jc w:val="both"/>
        <w:rPr>
          <w:rFonts w:ascii="Calibri" w:hAnsi="Calibri" w:cs="Calibri"/>
          <w:sz w:val="24"/>
          <w:szCs w:val="24"/>
          <w:lang w:val="pl-PL"/>
        </w:rPr>
      </w:pPr>
    </w:p>
    <w:sectPr w:rsidR="00E94D6E" w:rsidRPr="00D52761" w:rsidSect="00034616">
      <w:footerReference w:type="default" r:id="rId8"/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05AF34" w14:textId="77777777" w:rsidR="00B34BAF" w:rsidRDefault="00B34BAF">
      <w:pPr>
        <w:spacing w:after="0" w:line="240" w:lineRule="auto"/>
      </w:pPr>
      <w:r>
        <w:separator/>
      </w:r>
    </w:p>
  </w:endnote>
  <w:endnote w:type="continuationSeparator" w:id="0">
    <w:p w14:paraId="72D18E43" w14:textId="77777777" w:rsidR="00B34BAF" w:rsidRDefault="00B34B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2E6F9C" w14:textId="16E49ECA" w:rsidR="00E94D6E" w:rsidRPr="00D52761" w:rsidRDefault="00E94D6E">
    <w:pPr>
      <w:pStyle w:val="Stopka"/>
      <w:jc w:val="center"/>
      <w:rPr>
        <w:lang w:val="pl-P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EB4E97" w14:textId="77777777" w:rsidR="00B34BAF" w:rsidRDefault="00B34BAF">
      <w:pPr>
        <w:spacing w:after="0" w:line="240" w:lineRule="auto"/>
      </w:pPr>
      <w:r>
        <w:separator/>
      </w:r>
    </w:p>
  </w:footnote>
  <w:footnote w:type="continuationSeparator" w:id="0">
    <w:p w14:paraId="54F39713" w14:textId="77777777" w:rsidR="00B34BAF" w:rsidRDefault="00B34BA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644E5ABE"/>
    <w:multiLevelType w:val="hybridMultilevel"/>
    <w:tmpl w:val="D10087F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70471B0C"/>
    <w:multiLevelType w:val="hybridMultilevel"/>
    <w:tmpl w:val="BA3042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42458771">
    <w:abstractNumId w:val="8"/>
  </w:num>
  <w:num w:numId="2" w16cid:durableId="32656740">
    <w:abstractNumId w:val="6"/>
  </w:num>
  <w:num w:numId="3" w16cid:durableId="282157953">
    <w:abstractNumId w:val="5"/>
  </w:num>
  <w:num w:numId="4" w16cid:durableId="1623220294">
    <w:abstractNumId w:val="4"/>
  </w:num>
  <w:num w:numId="5" w16cid:durableId="209001755">
    <w:abstractNumId w:val="7"/>
  </w:num>
  <w:num w:numId="6" w16cid:durableId="1237399614">
    <w:abstractNumId w:val="3"/>
  </w:num>
  <w:num w:numId="7" w16cid:durableId="520316587">
    <w:abstractNumId w:val="2"/>
  </w:num>
  <w:num w:numId="8" w16cid:durableId="1892233038">
    <w:abstractNumId w:val="1"/>
  </w:num>
  <w:num w:numId="9" w16cid:durableId="1247886470">
    <w:abstractNumId w:val="0"/>
  </w:num>
  <w:num w:numId="10" w16cid:durableId="2022929701">
    <w:abstractNumId w:val="9"/>
  </w:num>
  <w:num w:numId="11" w16cid:durableId="188744576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5544"/>
    <w:rsid w:val="00005F9A"/>
    <w:rsid w:val="00034616"/>
    <w:rsid w:val="0006063C"/>
    <w:rsid w:val="00074926"/>
    <w:rsid w:val="000A5A34"/>
    <w:rsid w:val="000E6643"/>
    <w:rsid w:val="000F6133"/>
    <w:rsid w:val="0015074B"/>
    <w:rsid w:val="00164058"/>
    <w:rsid w:val="001F23AE"/>
    <w:rsid w:val="00224B04"/>
    <w:rsid w:val="00272E96"/>
    <w:rsid w:val="0029639D"/>
    <w:rsid w:val="002F4828"/>
    <w:rsid w:val="00326F90"/>
    <w:rsid w:val="003A6876"/>
    <w:rsid w:val="00466A10"/>
    <w:rsid w:val="004800D5"/>
    <w:rsid w:val="004E040F"/>
    <w:rsid w:val="0056775C"/>
    <w:rsid w:val="005E034D"/>
    <w:rsid w:val="007A5BB9"/>
    <w:rsid w:val="00A47356"/>
    <w:rsid w:val="00AA1D8D"/>
    <w:rsid w:val="00B340C1"/>
    <w:rsid w:val="00B34BAF"/>
    <w:rsid w:val="00B47730"/>
    <w:rsid w:val="00C933BF"/>
    <w:rsid w:val="00CA4AA9"/>
    <w:rsid w:val="00CB0664"/>
    <w:rsid w:val="00CB4B8E"/>
    <w:rsid w:val="00D0145D"/>
    <w:rsid w:val="00D52761"/>
    <w:rsid w:val="00E94D6E"/>
    <w:rsid w:val="00F1415A"/>
    <w:rsid w:val="00F70CA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C54611E"/>
  <w14:defaultImageDpi w14:val="300"/>
  <w15:docId w15:val="{F5C9F4CB-5810-4B94-85EF-D7C80A4871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Arial" w:eastAsia="Arial" w:hAnsi="Arial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Odwoaniedokomentarza">
    <w:name w:val="annotation reference"/>
    <w:basedOn w:val="Domylnaczcionkaakapitu"/>
    <w:uiPriority w:val="99"/>
    <w:semiHidden/>
    <w:unhideWhenUsed/>
    <w:rsid w:val="0000554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0554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05544"/>
    <w:rPr>
      <w:rFonts w:ascii="Arial" w:eastAsia="Arial" w:hAnsi="Arial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0554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05544"/>
    <w:rPr>
      <w:rFonts w:ascii="Arial" w:eastAsia="Arial" w:hAnsi="Arial"/>
      <w:b/>
      <w:bCs/>
      <w:sz w:val="20"/>
      <w:szCs w:val="20"/>
    </w:rPr>
  </w:style>
  <w:style w:type="paragraph" w:styleId="Poprawka">
    <w:name w:val="Revision"/>
    <w:hidden/>
    <w:uiPriority w:val="99"/>
    <w:semiHidden/>
    <w:rsid w:val="003A6876"/>
    <w:pPr>
      <w:spacing w:after="0" w:line="240" w:lineRule="auto"/>
    </w:pPr>
    <w:rPr>
      <w:rFonts w:ascii="Arial" w:eastAsia="Arial" w:hAnsi="Arial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120260c7-9c4f-42fe-8895-f08cb2c884bd}" enabled="1" method="Privileged" siteId="{60fb41ca-09dc-405f-b333-9d56c793535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618</Words>
  <Characters>3712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4322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akurleto@lanckorona.local</cp:lastModifiedBy>
  <cp:revision>6</cp:revision>
  <cp:lastPrinted>2026-10-14T13:00:00Z</cp:lastPrinted>
  <dcterms:created xsi:type="dcterms:W3CDTF">2026-10-14T11:17:00Z</dcterms:created>
  <dcterms:modified xsi:type="dcterms:W3CDTF">2026-10-14T13:00:00Z</dcterms:modified>
  <cp:category/>
</cp:coreProperties>
</file>