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0B2F8D" w14:textId="2E63B251" w:rsidR="00186FE9" w:rsidRPr="006C13E5" w:rsidRDefault="00000000">
      <w:pPr>
        <w:jc w:val="center"/>
        <w:rPr>
          <w:rFonts w:ascii="Times New Roman" w:hAnsi="Times New Roman" w:cs="Times New Roman"/>
        </w:rPr>
      </w:pPr>
      <w:r w:rsidRPr="006C13E5">
        <w:rPr>
          <w:rFonts w:ascii="Times New Roman" w:hAnsi="Times New Roman" w:cs="Times New Roman"/>
          <w:b/>
          <w:sz w:val="24"/>
          <w:szCs w:val="20"/>
        </w:rPr>
        <w:t>KOMUNIKAT DYREKTORA PUBLICZNEGO ŻŁOBKA W KIPSZNEJ</w:t>
      </w:r>
      <w:r w:rsidRPr="006C13E5">
        <w:rPr>
          <w:rFonts w:ascii="Times New Roman" w:hAnsi="Times New Roman" w:cs="Times New Roman"/>
          <w:b/>
          <w:sz w:val="24"/>
          <w:szCs w:val="20"/>
        </w:rPr>
        <w:br/>
      </w:r>
      <w:r w:rsidRPr="006C13E5">
        <w:rPr>
          <w:rFonts w:ascii="Times New Roman" w:hAnsi="Times New Roman" w:cs="Times New Roman"/>
          <w:b/>
          <w:sz w:val="28"/>
        </w:rPr>
        <w:t xml:space="preserve">w </w:t>
      </w:r>
      <w:proofErr w:type="spellStart"/>
      <w:r w:rsidRPr="006C13E5">
        <w:rPr>
          <w:rFonts w:ascii="Times New Roman" w:hAnsi="Times New Roman" w:cs="Times New Roman"/>
          <w:b/>
          <w:sz w:val="28"/>
        </w:rPr>
        <w:t>sprawie</w:t>
      </w:r>
      <w:proofErr w:type="spellEnd"/>
      <w:r w:rsidRPr="006C13E5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6C13E5">
        <w:rPr>
          <w:rFonts w:ascii="Times New Roman" w:hAnsi="Times New Roman" w:cs="Times New Roman"/>
          <w:b/>
          <w:sz w:val="28"/>
        </w:rPr>
        <w:t>rekrutacji</w:t>
      </w:r>
      <w:proofErr w:type="spellEnd"/>
      <w:r w:rsidRPr="006C13E5">
        <w:rPr>
          <w:rFonts w:ascii="Times New Roman" w:hAnsi="Times New Roman" w:cs="Times New Roman"/>
          <w:b/>
          <w:sz w:val="28"/>
        </w:rPr>
        <w:t xml:space="preserve"> dzieci </w:t>
      </w:r>
      <w:proofErr w:type="spellStart"/>
      <w:r w:rsidRPr="006C13E5">
        <w:rPr>
          <w:rFonts w:ascii="Times New Roman" w:hAnsi="Times New Roman" w:cs="Times New Roman"/>
          <w:b/>
          <w:sz w:val="28"/>
        </w:rPr>
        <w:t>na</w:t>
      </w:r>
      <w:proofErr w:type="spellEnd"/>
      <w:r w:rsidRPr="006C13E5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6C13E5">
        <w:rPr>
          <w:rFonts w:ascii="Times New Roman" w:hAnsi="Times New Roman" w:cs="Times New Roman"/>
          <w:b/>
          <w:sz w:val="28"/>
        </w:rPr>
        <w:t>rok</w:t>
      </w:r>
      <w:proofErr w:type="spellEnd"/>
      <w:r w:rsidRPr="006C13E5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6C13E5">
        <w:rPr>
          <w:rFonts w:ascii="Times New Roman" w:hAnsi="Times New Roman" w:cs="Times New Roman"/>
          <w:b/>
          <w:sz w:val="28"/>
        </w:rPr>
        <w:t>żłobkowy</w:t>
      </w:r>
      <w:proofErr w:type="spellEnd"/>
      <w:r w:rsidRPr="006C13E5">
        <w:rPr>
          <w:rFonts w:ascii="Times New Roman" w:hAnsi="Times New Roman" w:cs="Times New Roman"/>
          <w:b/>
          <w:sz w:val="28"/>
        </w:rPr>
        <w:t xml:space="preserve"> 202</w:t>
      </w:r>
      <w:r w:rsidR="003B0D66">
        <w:rPr>
          <w:rFonts w:ascii="Times New Roman" w:hAnsi="Times New Roman" w:cs="Times New Roman"/>
          <w:b/>
          <w:sz w:val="28"/>
        </w:rPr>
        <w:t>6</w:t>
      </w:r>
      <w:r w:rsidRPr="006C13E5">
        <w:rPr>
          <w:rFonts w:ascii="Times New Roman" w:hAnsi="Times New Roman" w:cs="Times New Roman"/>
          <w:b/>
          <w:sz w:val="28"/>
        </w:rPr>
        <w:t>/202</w:t>
      </w:r>
      <w:r w:rsidR="003B0D66">
        <w:rPr>
          <w:rFonts w:ascii="Times New Roman" w:hAnsi="Times New Roman" w:cs="Times New Roman"/>
          <w:b/>
          <w:sz w:val="28"/>
        </w:rPr>
        <w:t>7</w:t>
      </w:r>
    </w:p>
    <w:p w14:paraId="582C1D92" w14:textId="77777777" w:rsidR="00186FE9" w:rsidRDefault="00186FE9"/>
    <w:p w14:paraId="2F7752B7" w14:textId="46FDD375" w:rsidR="00186FE9" w:rsidRPr="006C13E5" w:rsidRDefault="00000000">
      <w:pPr>
        <w:rPr>
          <w:rFonts w:ascii="Times New Roman" w:hAnsi="Times New Roman" w:cs="Times New Roman"/>
          <w:sz w:val="24"/>
          <w:szCs w:val="24"/>
        </w:rPr>
      </w:pPr>
      <w:r w:rsidRPr="006C13E5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6C13E5">
        <w:rPr>
          <w:rFonts w:ascii="Times New Roman" w:hAnsi="Times New Roman" w:cs="Times New Roman"/>
          <w:sz w:val="24"/>
          <w:szCs w:val="24"/>
        </w:rPr>
        <w:t>podstawie</w:t>
      </w:r>
      <w:proofErr w:type="spellEnd"/>
      <w:r w:rsidRPr="006C13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3E5">
        <w:rPr>
          <w:rFonts w:ascii="Times New Roman" w:hAnsi="Times New Roman" w:cs="Times New Roman"/>
          <w:sz w:val="24"/>
          <w:szCs w:val="24"/>
        </w:rPr>
        <w:t>Zarządzenia</w:t>
      </w:r>
      <w:proofErr w:type="spellEnd"/>
      <w:r w:rsidRPr="006C13E5">
        <w:rPr>
          <w:rFonts w:ascii="Times New Roman" w:hAnsi="Times New Roman" w:cs="Times New Roman"/>
          <w:sz w:val="24"/>
          <w:szCs w:val="24"/>
        </w:rPr>
        <w:t xml:space="preserve"> nr </w:t>
      </w:r>
      <w:r w:rsidR="003B0D66">
        <w:rPr>
          <w:rFonts w:ascii="Times New Roman" w:hAnsi="Times New Roman" w:cs="Times New Roman"/>
          <w:sz w:val="24"/>
          <w:szCs w:val="24"/>
        </w:rPr>
        <w:t>5</w:t>
      </w:r>
      <w:r w:rsidRPr="006C13E5">
        <w:rPr>
          <w:rFonts w:ascii="Times New Roman" w:hAnsi="Times New Roman" w:cs="Times New Roman"/>
          <w:sz w:val="24"/>
          <w:szCs w:val="24"/>
        </w:rPr>
        <w:t>/202</w:t>
      </w:r>
      <w:r w:rsidR="003B0D66">
        <w:rPr>
          <w:rFonts w:ascii="Times New Roman" w:hAnsi="Times New Roman" w:cs="Times New Roman"/>
          <w:sz w:val="24"/>
          <w:szCs w:val="24"/>
        </w:rPr>
        <w:t>6</w:t>
      </w:r>
      <w:r w:rsidRPr="006C13E5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6C13E5">
        <w:rPr>
          <w:rFonts w:ascii="Times New Roman" w:hAnsi="Times New Roman" w:cs="Times New Roman"/>
          <w:sz w:val="24"/>
          <w:szCs w:val="24"/>
        </w:rPr>
        <w:t>dnia</w:t>
      </w:r>
      <w:proofErr w:type="spellEnd"/>
      <w:r w:rsidRPr="006C13E5">
        <w:rPr>
          <w:rFonts w:ascii="Times New Roman" w:hAnsi="Times New Roman" w:cs="Times New Roman"/>
          <w:sz w:val="24"/>
          <w:szCs w:val="24"/>
        </w:rPr>
        <w:t xml:space="preserve"> </w:t>
      </w:r>
      <w:r w:rsidR="005151DF">
        <w:rPr>
          <w:rFonts w:ascii="Times New Roman" w:hAnsi="Times New Roman" w:cs="Times New Roman"/>
          <w:sz w:val="24"/>
          <w:szCs w:val="24"/>
        </w:rPr>
        <w:t>18</w:t>
      </w:r>
      <w:r w:rsidRPr="006C13E5">
        <w:rPr>
          <w:rFonts w:ascii="Times New Roman" w:hAnsi="Times New Roman" w:cs="Times New Roman"/>
          <w:sz w:val="24"/>
          <w:szCs w:val="24"/>
        </w:rPr>
        <w:t xml:space="preserve"> maja 202</w:t>
      </w:r>
      <w:r w:rsidR="001D2FA3">
        <w:rPr>
          <w:rFonts w:ascii="Times New Roman" w:hAnsi="Times New Roman" w:cs="Times New Roman"/>
          <w:sz w:val="24"/>
          <w:szCs w:val="24"/>
        </w:rPr>
        <w:t>6</w:t>
      </w:r>
      <w:r w:rsidRPr="006C13E5">
        <w:rPr>
          <w:rFonts w:ascii="Times New Roman" w:hAnsi="Times New Roman" w:cs="Times New Roman"/>
          <w:sz w:val="24"/>
          <w:szCs w:val="24"/>
        </w:rPr>
        <w:t xml:space="preserve"> r. </w:t>
      </w:r>
      <w:proofErr w:type="spellStart"/>
      <w:r w:rsidRPr="006C13E5">
        <w:rPr>
          <w:rFonts w:ascii="Times New Roman" w:hAnsi="Times New Roman" w:cs="Times New Roman"/>
          <w:sz w:val="24"/>
          <w:szCs w:val="24"/>
        </w:rPr>
        <w:t>Dyrektor</w:t>
      </w:r>
      <w:proofErr w:type="spellEnd"/>
      <w:r w:rsidRPr="006C13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3E5">
        <w:rPr>
          <w:rFonts w:ascii="Times New Roman" w:hAnsi="Times New Roman" w:cs="Times New Roman"/>
          <w:sz w:val="24"/>
          <w:szCs w:val="24"/>
        </w:rPr>
        <w:t>Publicznego</w:t>
      </w:r>
      <w:proofErr w:type="spellEnd"/>
      <w:r w:rsidRPr="006C13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3E5">
        <w:rPr>
          <w:rFonts w:ascii="Times New Roman" w:hAnsi="Times New Roman" w:cs="Times New Roman"/>
          <w:sz w:val="24"/>
          <w:szCs w:val="24"/>
        </w:rPr>
        <w:t>Żłobka</w:t>
      </w:r>
      <w:proofErr w:type="spellEnd"/>
      <w:r w:rsidRPr="006C13E5">
        <w:rPr>
          <w:rFonts w:ascii="Times New Roman" w:hAnsi="Times New Roman" w:cs="Times New Roman"/>
          <w:sz w:val="24"/>
          <w:szCs w:val="24"/>
        </w:rPr>
        <w:t xml:space="preserve"> w Kipsznej </w:t>
      </w:r>
      <w:proofErr w:type="spellStart"/>
      <w:r w:rsidRPr="006C13E5">
        <w:rPr>
          <w:rFonts w:ascii="Times New Roman" w:hAnsi="Times New Roman" w:cs="Times New Roman"/>
          <w:sz w:val="24"/>
          <w:szCs w:val="24"/>
        </w:rPr>
        <w:t>ogłasza</w:t>
      </w:r>
      <w:proofErr w:type="spellEnd"/>
      <w:r w:rsidRPr="006C13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3E5">
        <w:rPr>
          <w:rFonts w:ascii="Times New Roman" w:hAnsi="Times New Roman" w:cs="Times New Roman"/>
          <w:sz w:val="24"/>
          <w:szCs w:val="24"/>
        </w:rPr>
        <w:t>rozpoczęcie</w:t>
      </w:r>
      <w:proofErr w:type="spellEnd"/>
      <w:r w:rsidRPr="006C13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3E5">
        <w:rPr>
          <w:rFonts w:ascii="Times New Roman" w:hAnsi="Times New Roman" w:cs="Times New Roman"/>
          <w:sz w:val="24"/>
          <w:szCs w:val="24"/>
        </w:rPr>
        <w:t>rekrutacji</w:t>
      </w:r>
      <w:proofErr w:type="spellEnd"/>
      <w:r w:rsidRPr="006C13E5">
        <w:rPr>
          <w:rFonts w:ascii="Times New Roman" w:hAnsi="Times New Roman" w:cs="Times New Roman"/>
          <w:sz w:val="24"/>
          <w:szCs w:val="24"/>
        </w:rPr>
        <w:t xml:space="preserve"> dzieci do </w:t>
      </w:r>
      <w:proofErr w:type="spellStart"/>
      <w:r w:rsidRPr="006C13E5">
        <w:rPr>
          <w:rFonts w:ascii="Times New Roman" w:hAnsi="Times New Roman" w:cs="Times New Roman"/>
          <w:sz w:val="24"/>
          <w:szCs w:val="24"/>
        </w:rPr>
        <w:t>żłobka</w:t>
      </w:r>
      <w:proofErr w:type="spellEnd"/>
      <w:r w:rsidRPr="006C13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3E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C13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3E5">
        <w:rPr>
          <w:rFonts w:ascii="Times New Roman" w:hAnsi="Times New Roman" w:cs="Times New Roman"/>
          <w:sz w:val="24"/>
          <w:szCs w:val="24"/>
        </w:rPr>
        <w:t>rok</w:t>
      </w:r>
      <w:proofErr w:type="spellEnd"/>
      <w:r w:rsidRPr="006C13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3E5">
        <w:rPr>
          <w:rFonts w:ascii="Times New Roman" w:hAnsi="Times New Roman" w:cs="Times New Roman"/>
          <w:sz w:val="24"/>
          <w:szCs w:val="24"/>
        </w:rPr>
        <w:t>żłobkowy</w:t>
      </w:r>
      <w:proofErr w:type="spellEnd"/>
      <w:r w:rsidRPr="006C13E5">
        <w:rPr>
          <w:rFonts w:ascii="Times New Roman" w:hAnsi="Times New Roman" w:cs="Times New Roman"/>
          <w:sz w:val="24"/>
          <w:szCs w:val="24"/>
        </w:rPr>
        <w:t xml:space="preserve"> 202</w:t>
      </w:r>
      <w:r w:rsidR="003B0D66">
        <w:rPr>
          <w:rFonts w:ascii="Times New Roman" w:hAnsi="Times New Roman" w:cs="Times New Roman"/>
          <w:sz w:val="24"/>
          <w:szCs w:val="24"/>
        </w:rPr>
        <w:t>6</w:t>
      </w:r>
      <w:r w:rsidRPr="006C13E5">
        <w:rPr>
          <w:rFonts w:ascii="Times New Roman" w:hAnsi="Times New Roman" w:cs="Times New Roman"/>
          <w:sz w:val="24"/>
          <w:szCs w:val="24"/>
        </w:rPr>
        <w:t>/202</w:t>
      </w:r>
      <w:r w:rsidR="003B0D66">
        <w:rPr>
          <w:rFonts w:ascii="Times New Roman" w:hAnsi="Times New Roman" w:cs="Times New Roman"/>
          <w:sz w:val="24"/>
          <w:szCs w:val="24"/>
        </w:rPr>
        <w:t>7</w:t>
      </w:r>
      <w:r w:rsidRPr="006C13E5">
        <w:rPr>
          <w:rFonts w:ascii="Times New Roman" w:hAnsi="Times New Roman" w:cs="Times New Roman"/>
          <w:sz w:val="24"/>
          <w:szCs w:val="24"/>
        </w:rPr>
        <w:t>.</w:t>
      </w:r>
      <w:r w:rsidRPr="006C13E5">
        <w:rPr>
          <w:rFonts w:ascii="Times New Roman" w:hAnsi="Times New Roman" w:cs="Times New Roman"/>
          <w:sz w:val="24"/>
          <w:szCs w:val="24"/>
        </w:rPr>
        <w:br/>
      </w:r>
    </w:p>
    <w:p w14:paraId="0FAD06CF" w14:textId="77777777" w:rsidR="00186FE9" w:rsidRPr="006C13E5" w:rsidRDefault="00000000">
      <w:pPr>
        <w:pStyle w:val="Listapunktowana"/>
        <w:rPr>
          <w:rFonts w:ascii="Times New Roman" w:hAnsi="Times New Roman" w:cs="Times New Roman"/>
          <w:sz w:val="24"/>
          <w:szCs w:val="24"/>
        </w:rPr>
      </w:pPr>
      <w:proofErr w:type="spellStart"/>
      <w:r w:rsidRPr="006C13E5">
        <w:rPr>
          <w:rFonts w:ascii="Times New Roman" w:hAnsi="Times New Roman" w:cs="Times New Roman"/>
          <w:sz w:val="24"/>
          <w:szCs w:val="24"/>
        </w:rPr>
        <w:t>Harmonogram</w:t>
      </w:r>
      <w:proofErr w:type="spellEnd"/>
      <w:r w:rsidRPr="006C13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3E5">
        <w:rPr>
          <w:rFonts w:ascii="Times New Roman" w:hAnsi="Times New Roman" w:cs="Times New Roman"/>
          <w:sz w:val="24"/>
          <w:szCs w:val="24"/>
        </w:rPr>
        <w:t>rekrutacji</w:t>
      </w:r>
      <w:proofErr w:type="spellEnd"/>
      <w:r w:rsidRPr="006C13E5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785"/>
        <w:gridCol w:w="2845"/>
      </w:tblGrid>
      <w:tr w:rsidR="003B0D66" w:rsidRPr="00370ACD" w14:paraId="462FC2B3" w14:textId="77777777" w:rsidTr="003B0D66">
        <w:trPr>
          <w:trHeight w:val="877"/>
        </w:trPr>
        <w:tc>
          <w:tcPr>
            <w:tcW w:w="5943" w:type="dxa"/>
            <w:vAlign w:val="center"/>
          </w:tcPr>
          <w:p w14:paraId="7299D635" w14:textId="77777777" w:rsidR="003B0D66" w:rsidRPr="00370ACD" w:rsidRDefault="003B0D66" w:rsidP="009623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70A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Etap</w:t>
            </w:r>
            <w:proofErr w:type="spellEnd"/>
            <w:r w:rsidRPr="00370A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70A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rekrutacji</w:t>
            </w:r>
            <w:proofErr w:type="spellEnd"/>
          </w:p>
        </w:tc>
        <w:tc>
          <w:tcPr>
            <w:tcW w:w="2913" w:type="dxa"/>
            <w:vAlign w:val="center"/>
          </w:tcPr>
          <w:p w14:paraId="12BBB587" w14:textId="77777777" w:rsidR="003B0D66" w:rsidRPr="00370ACD" w:rsidRDefault="003B0D66" w:rsidP="009623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0A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Termin</w:t>
            </w:r>
          </w:p>
        </w:tc>
      </w:tr>
      <w:tr w:rsidR="003B0D66" w:rsidRPr="00370ACD" w14:paraId="05F063C7" w14:textId="77777777" w:rsidTr="003B0D66">
        <w:trPr>
          <w:trHeight w:val="877"/>
        </w:trPr>
        <w:tc>
          <w:tcPr>
            <w:tcW w:w="5943" w:type="dxa"/>
            <w:vAlign w:val="center"/>
          </w:tcPr>
          <w:p w14:paraId="68D87BBE" w14:textId="77777777" w:rsidR="003B0D66" w:rsidRPr="00370ACD" w:rsidRDefault="003B0D66" w:rsidP="009623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0ACD">
              <w:rPr>
                <w:rFonts w:ascii="Times New Roman" w:hAnsi="Times New Roman" w:cs="Times New Roman"/>
                <w:sz w:val="24"/>
                <w:szCs w:val="24"/>
              </w:rPr>
              <w:t>Składanie</w:t>
            </w:r>
            <w:proofErr w:type="spellEnd"/>
            <w:r w:rsidRPr="00370A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0ACD">
              <w:rPr>
                <w:rFonts w:ascii="Times New Roman" w:hAnsi="Times New Roman" w:cs="Times New Roman"/>
                <w:sz w:val="24"/>
                <w:szCs w:val="24"/>
              </w:rPr>
              <w:t>wniosków</w:t>
            </w:r>
            <w:proofErr w:type="spellEnd"/>
            <w:r w:rsidRPr="00370ACD">
              <w:rPr>
                <w:rFonts w:ascii="Times New Roman" w:hAnsi="Times New Roman" w:cs="Times New Roman"/>
                <w:sz w:val="24"/>
                <w:szCs w:val="24"/>
              </w:rPr>
              <w:t xml:space="preserve"> o </w:t>
            </w:r>
            <w:proofErr w:type="spellStart"/>
            <w:r w:rsidRPr="00370ACD">
              <w:rPr>
                <w:rFonts w:ascii="Times New Roman" w:hAnsi="Times New Roman" w:cs="Times New Roman"/>
                <w:sz w:val="24"/>
                <w:szCs w:val="24"/>
              </w:rPr>
              <w:t>przyjęcie</w:t>
            </w:r>
            <w:proofErr w:type="spellEnd"/>
            <w:r w:rsidRPr="00370A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0ACD">
              <w:rPr>
                <w:rFonts w:ascii="Times New Roman" w:hAnsi="Times New Roman" w:cs="Times New Roman"/>
                <w:sz w:val="24"/>
                <w:szCs w:val="24"/>
              </w:rPr>
              <w:t>dziecka</w:t>
            </w:r>
            <w:proofErr w:type="spellEnd"/>
            <w:r w:rsidRPr="00370ACD">
              <w:rPr>
                <w:rFonts w:ascii="Times New Roman" w:hAnsi="Times New Roman" w:cs="Times New Roman"/>
                <w:sz w:val="24"/>
                <w:szCs w:val="24"/>
              </w:rPr>
              <w:t xml:space="preserve"> do </w:t>
            </w:r>
            <w:proofErr w:type="spellStart"/>
            <w:r w:rsidRPr="00370ACD">
              <w:rPr>
                <w:rFonts w:ascii="Times New Roman" w:hAnsi="Times New Roman" w:cs="Times New Roman"/>
                <w:sz w:val="24"/>
                <w:szCs w:val="24"/>
              </w:rPr>
              <w:t>żłobka</w:t>
            </w:r>
            <w:proofErr w:type="spellEnd"/>
            <w:r w:rsidRPr="00370A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0ACD">
              <w:rPr>
                <w:rFonts w:ascii="Times New Roman" w:hAnsi="Times New Roman" w:cs="Times New Roman"/>
                <w:sz w:val="24"/>
                <w:szCs w:val="24"/>
              </w:rPr>
              <w:t>wraz</w:t>
            </w:r>
            <w:proofErr w:type="spellEnd"/>
            <w:r w:rsidRPr="00370ACD">
              <w:rPr>
                <w:rFonts w:ascii="Times New Roman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370ACD">
              <w:rPr>
                <w:rFonts w:ascii="Times New Roman" w:hAnsi="Times New Roman" w:cs="Times New Roman"/>
                <w:sz w:val="24"/>
                <w:szCs w:val="24"/>
              </w:rPr>
              <w:t>wymaganymi</w:t>
            </w:r>
            <w:proofErr w:type="spellEnd"/>
            <w:r w:rsidRPr="00370A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0ACD">
              <w:rPr>
                <w:rFonts w:ascii="Times New Roman" w:hAnsi="Times New Roman" w:cs="Times New Roman"/>
                <w:sz w:val="24"/>
                <w:szCs w:val="24"/>
              </w:rPr>
              <w:t>dokument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W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przypadku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kontynuacji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złożenie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deklaracji</w:t>
            </w:r>
            <w:proofErr w:type="spellEnd"/>
          </w:p>
        </w:tc>
        <w:tc>
          <w:tcPr>
            <w:tcW w:w="2913" w:type="dxa"/>
            <w:vAlign w:val="center"/>
          </w:tcPr>
          <w:p w14:paraId="5410072E" w14:textId="77777777" w:rsidR="003B0D66" w:rsidRPr="003B0D66" w:rsidRDefault="003B0D66" w:rsidP="009623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0D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1-30 </w:t>
            </w:r>
            <w:proofErr w:type="spellStart"/>
            <w:r w:rsidRPr="003B0D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czerwca</w:t>
            </w:r>
            <w:proofErr w:type="spellEnd"/>
            <w:r w:rsidRPr="003B0D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2026 r.</w:t>
            </w:r>
          </w:p>
        </w:tc>
      </w:tr>
      <w:tr w:rsidR="003B0D66" w:rsidRPr="00370ACD" w14:paraId="6AE17A65" w14:textId="77777777" w:rsidTr="003B0D66">
        <w:trPr>
          <w:trHeight w:val="877"/>
        </w:trPr>
        <w:tc>
          <w:tcPr>
            <w:tcW w:w="5943" w:type="dxa"/>
            <w:vAlign w:val="center"/>
          </w:tcPr>
          <w:p w14:paraId="72308AA1" w14:textId="77777777" w:rsidR="003B0D66" w:rsidRPr="00370ACD" w:rsidRDefault="003B0D66" w:rsidP="009623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0ACD">
              <w:rPr>
                <w:rFonts w:ascii="Times New Roman" w:hAnsi="Times New Roman" w:cs="Times New Roman"/>
                <w:sz w:val="24"/>
                <w:szCs w:val="24"/>
              </w:rPr>
              <w:t>Weryfikacja</w:t>
            </w:r>
            <w:proofErr w:type="spellEnd"/>
            <w:r w:rsidRPr="00370A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0ACD">
              <w:rPr>
                <w:rFonts w:ascii="Times New Roman" w:hAnsi="Times New Roman" w:cs="Times New Roman"/>
                <w:sz w:val="24"/>
                <w:szCs w:val="24"/>
              </w:rPr>
              <w:t>wniosków</w:t>
            </w:r>
            <w:proofErr w:type="spellEnd"/>
            <w:r w:rsidRPr="00370A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0ACD">
              <w:rPr>
                <w:rFonts w:ascii="Times New Roman" w:hAnsi="Times New Roman" w:cs="Times New Roman"/>
                <w:sz w:val="24"/>
                <w:szCs w:val="24"/>
              </w:rPr>
              <w:t>przez</w:t>
            </w:r>
            <w:proofErr w:type="spellEnd"/>
            <w:r w:rsidRPr="00370A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0ACD">
              <w:rPr>
                <w:rFonts w:ascii="Times New Roman" w:hAnsi="Times New Roman" w:cs="Times New Roman"/>
                <w:sz w:val="24"/>
                <w:szCs w:val="24"/>
              </w:rPr>
              <w:t>Dyrektora</w:t>
            </w:r>
            <w:proofErr w:type="spellEnd"/>
            <w:r w:rsidRPr="00370ACD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370ACD">
              <w:rPr>
                <w:rFonts w:ascii="Times New Roman" w:hAnsi="Times New Roman" w:cs="Times New Roman"/>
                <w:sz w:val="24"/>
                <w:szCs w:val="24"/>
              </w:rPr>
              <w:t>Komisję</w:t>
            </w:r>
            <w:proofErr w:type="spellEnd"/>
            <w:r w:rsidRPr="00370A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0ACD">
              <w:rPr>
                <w:rFonts w:ascii="Times New Roman" w:hAnsi="Times New Roman" w:cs="Times New Roman"/>
                <w:sz w:val="24"/>
                <w:szCs w:val="24"/>
              </w:rPr>
              <w:t>Rekrutacyjną</w:t>
            </w:r>
            <w:proofErr w:type="spellEnd"/>
            <w:r w:rsidRPr="00370AC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70ACD">
              <w:rPr>
                <w:rFonts w:ascii="Times New Roman" w:hAnsi="Times New Roman" w:cs="Times New Roman"/>
                <w:sz w:val="24"/>
                <w:szCs w:val="24"/>
              </w:rPr>
              <w:t>jeśli</w:t>
            </w:r>
            <w:proofErr w:type="spellEnd"/>
            <w:r w:rsidRPr="00370A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0ACD">
              <w:rPr>
                <w:rFonts w:ascii="Times New Roman" w:hAnsi="Times New Roman" w:cs="Times New Roman"/>
                <w:sz w:val="24"/>
                <w:szCs w:val="24"/>
              </w:rPr>
              <w:t>powołana</w:t>
            </w:r>
            <w:proofErr w:type="spellEnd"/>
            <w:r w:rsidRPr="00370AC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13" w:type="dxa"/>
            <w:vAlign w:val="center"/>
          </w:tcPr>
          <w:p w14:paraId="4B432B50" w14:textId="77777777" w:rsidR="003B0D66" w:rsidRPr="00370ACD" w:rsidRDefault="003B0D66" w:rsidP="009623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A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  <w:r w:rsidRPr="00370A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lip</w:t>
            </w:r>
            <w:r w:rsidRPr="00370ACD">
              <w:rPr>
                <w:rFonts w:ascii="Times New Roman" w:hAnsi="Times New Roman" w:cs="Times New Roman"/>
                <w:sz w:val="24"/>
                <w:szCs w:val="24"/>
              </w:rPr>
              <w:t>ca</w:t>
            </w:r>
            <w:proofErr w:type="spellEnd"/>
            <w:r w:rsidRPr="00370ACD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70ACD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</w:tc>
      </w:tr>
      <w:tr w:rsidR="003B0D66" w:rsidRPr="00370ACD" w14:paraId="57FE8D05" w14:textId="77777777" w:rsidTr="003B0D66">
        <w:trPr>
          <w:trHeight w:val="877"/>
        </w:trPr>
        <w:tc>
          <w:tcPr>
            <w:tcW w:w="5943" w:type="dxa"/>
            <w:vAlign w:val="center"/>
          </w:tcPr>
          <w:p w14:paraId="672168D4" w14:textId="77777777" w:rsidR="003B0D66" w:rsidRPr="00370ACD" w:rsidRDefault="003B0D66" w:rsidP="009623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0ACD">
              <w:rPr>
                <w:rFonts w:ascii="Times New Roman" w:hAnsi="Times New Roman" w:cs="Times New Roman"/>
                <w:sz w:val="24"/>
                <w:szCs w:val="24"/>
              </w:rPr>
              <w:t>Ogłoszenie</w:t>
            </w:r>
            <w:proofErr w:type="spellEnd"/>
            <w:r w:rsidRPr="00370A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0ACD">
              <w:rPr>
                <w:rFonts w:ascii="Times New Roman" w:hAnsi="Times New Roman" w:cs="Times New Roman"/>
                <w:sz w:val="24"/>
                <w:szCs w:val="24"/>
              </w:rPr>
              <w:t>listy</w:t>
            </w:r>
            <w:proofErr w:type="spellEnd"/>
            <w:r w:rsidRPr="00370ACD">
              <w:rPr>
                <w:rFonts w:ascii="Times New Roman" w:hAnsi="Times New Roman" w:cs="Times New Roman"/>
                <w:sz w:val="24"/>
                <w:szCs w:val="24"/>
              </w:rPr>
              <w:t xml:space="preserve"> dzieci </w:t>
            </w:r>
            <w:proofErr w:type="spellStart"/>
            <w:r w:rsidRPr="00370ACD">
              <w:rPr>
                <w:rFonts w:ascii="Times New Roman" w:hAnsi="Times New Roman" w:cs="Times New Roman"/>
                <w:sz w:val="24"/>
                <w:szCs w:val="24"/>
              </w:rPr>
              <w:t>przyjętych</w:t>
            </w:r>
            <w:proofErr w:type="spellEnd"/>
            <w:r w:rsidRPr="00370A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13" w:type="dxa"/>
            <w:vAlign w:val="center"/>
          </w:tcPr>
          <w:p w14:paraId="07BF7BD7" w14:textId="3B0FA38E" w:rsidR="003B0D66" w:rsidRPr="003B0D66" w:rsidRDefault="003B0D66" w:rsidP="009623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0D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6 </w:t>
            </w:r>
            <w:proofErr w:type="spellStart"/>
            <w:r w:rsidRPr="003B0D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lipca</w:t>
            </w:r>
            <w:proofErr w:type="spellEnd"/>
            <w:r w:rsidRPr="003B0D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202</w:t>
            </w:r>
            <w:r w:rsidR="00F048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3B0D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r.</w:t>
            </w:r>
          </w:p>
        </w:tc>
      </w:tr>
    </w:tbl>
    <w:p w14:paraId="29F1914A" w14:textId="77777777" w:rsidR="00186FE9" w:rsidRPr="006C13E5" w:rsidRDefault="00000000">
      <w:pPr>
        <w:rPr>
          <w:rFonts w:ascii="Times New Roman" w:hAnsi="Times New Roman" w:cs="Times New Roman"/>
          <w:sz w:val="24"/>
          <w:szCs w:val="24"/>
        </w:rPr>
      </w:pPr>
      <w:r w:rsidRPr="006C13E5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6C13E5">
        <w:rPr>
          <w:rFonts w:ascii="Times New Roman" w:hAnsi="Times New Roman" w:cs="Times New Roman"/>
          <w:sz w:val="24"/>
          <w:szCs w:val="24"/>
        </w:rPr>
        <w:t>Wnioski</w:t>
      </w:r>
      <w:proofErr w:type="spellEnd"/>
      <w:r w:rsidRPr="006C13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3E5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C13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3E5">
        <w:rPr>
          <w:rFonts w:ascii="Times New Roman" w:hAnsi="Times New Roman" w:cs="Times New Roman"/>
          <w:sz w:val="24"/>
          <w:szCs w:val="24"/>
        </w:rPr>
        <w:t>wymagane</w:t>
      </w:r>
      <w:proofErr w:type="spellEnd"/>
      <w:r w:rsidRPr="006C13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3E5">
        <w:rPr>
          <w:rFonts w:ascii="Times New Roman" w:hAnsi="Times New Roman" w:cs="Times New Roman"/>
          <w:sz w:val="24"/>
          <w:szCs w:val="24"/>
        </w:rPr>
        <w:t>dokumenty</w:t>
      </w:r>
      <w:proofErr w:type="spellEnd"/>
      <w:r w:rsidRPr="006C13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3E5">
        <w:rPr>
          <w:rFonts w:ascii="Times New Roman" w:hAnsi="Times New Roman" w:cs="Times New Roman"/>
          <w:sz w:val="24"/>
          <w:szCs w:val="24"/>
        </w:rPr>
        <w:t>dostępne</w:t>
      </w:r>
      <w:proofErr w:type="spellEnd"/>
      <w:r w:rsidRPr="006C13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3E5">
        <w:rPr>
          <w:rFonts w:ascii="Times New Roman" w:hAnsi="Times New Roman" w:cs="Times New Roman"/>
          <w:sz w:val="24"/>
          <w:szCs w:val="24"/>
        </w:rPr>
        <w:t>są</w:t>
      </w:r>
      <w:proofErr w:type="spellEnd"/>
      <w:r w:rsidRPr="006C13E5">
        <w:rPr>
          <w:rFonts w:ascii="Times New Roman" w:hAnsi="Times New Roman" w:cs="Times New Roman"/>
          <w:sz w:val="24"/>
          <w:szCs w:val="24"/>
        </w:rPr>
        <w:t>:</w:t>
      </w:r>
      <w:r w:rsidRPr="006C13E5">
        <w:rPr>
          <w:rFonts w:ascii="Times New Roman" w:hAnsi="Times New Roman" w:cs="Times New Roman"/>
          <w:sz w:val="24"/>
          <w:szCs w:val="24"/>
        </w:rPr>
        <w:br/>
        <w:t xml:space="preserve">- </w:t>
      </w:r>
      <w:proofErr w:type="spellStart"/>
      <w:r w:rsidRPr="006C13E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C13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3E5">
        <w:rPr>
          <w:rFonts w:ascii="Times New Roman" w:hAnsi="Times New Roman" w:cs="Times New Roman"/>
          <w:sz w:val="24"/>
          <w:szCs w:val="24"/>
        </w:rPr>
        <w:t>stronie</w:t>
      </w:r>
      <w:proofErr w:type="spellEnd"/>
      <w:r w:rsidRPr="006C13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3E5">
        <w:rPr>
          <w:rFonts w:ascii="Times New Roman" w:hAnsi="Times New Roman" w:cs="Times New Roman"/>
          <w:sz w:val="24"/>
          <w:szCs w:val="24"/>
        </w:rPr>
        <w:t>internetowej</w:t>
      </w:r>
      <w:proofErr w:type="spellEnd"/>
      <w:r w:rsidRPr="006C13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3E5">
        <w:rPr>
          <w:rFonts w:ascii="Times New Roman" w:hAnsi="Times New Roman" w:cs="Times New Roman"/>
          <w:sz w:val="24"/>
          <w:szCs w:val="24"/>
        </w:rPr>
        <w:t>Żłobka</w:t>
      </w:r>
      <w:proofErr w:type="spellEnd"/>
      <w:r w:rsidRPr="006C13E5">
        <w:rPr>
          <w:rFonts w:ascii="Times New Roman" w:hAnsi="Times New Roman" w:cs="Times New Roman"/>
          <w:sz w:val="24"/>
          <w:szCs w:val="24"/>
        </w:rPr>
        <w:t>: https://samorzad.gov.pl/web/zlobek-kipszna</w:t>
      </w:r>
      <w:r w:rsidRPr="006C13E5">
        <w:rPr>
          <w:rFonts w:ascii="Times New Roman" w:hAnsi="Times New Roman" w:cs="Times New Roman"/>
          <w:sz w:val="24"/>
          <w:szCs w:val="24"/>
        </w:rPr>
        <w:br/>
        <w:t xml:space="preserve">- w </w:t>
      </w:r>
      <w:proofErr w:type="spellStart"/>
      <w:r w:rsidRPr="006C13E5">
        <w:rPr>
          <w:rFonts w:ascii="Times New Roman" w:hAnsi="Times New Roman" w:cs="Times New Roman"/>
          <w:sz w:val="24"/>
          <w:szCs w:val="24"/>
        </w:rPr>
        <w:t>siedzibie</w:t>
      </w:r>
      <w:proofErr w:type="spellEnd"/>
      <w:r w:rsidRPr="006C13E5">
        <w:rPr>
          <w:rFonts w:ascii="Times New Roman" w:hAnsi="Times New Roman" w:cs="Times New Roman"/>
          <w:sz w:val="24"/>
          <w:szCs w:val="24"/>
        </w:rPr>
        <w:t xml:space="preserve"> Żłobka, w </w:t>
      </w:r>
      <w:proofErr w:type="spellStart"/>
      <w:r w:rsidRPr="006C13E5">
        <w:rPr>
          <w:rFonts w:ascii="Times New Roman" w:hAnsi="Times New Roman" w:cs="Times New Roman"/>
          <w:sz w:val="24"/>
          <w:szCs w:val="24"/>
        </w:rPr>
        <w:t>godzinach</w:t>
      </w:r>
      <w:proofErr w:type="spellEnd"/>
      <w:r w:rsidRPr="006C13E5">
        <w:rPr>
          <w:rFonts w:ascii="Times New Roman" w:hAnsi="Times New Roman" w:cs="Times New Roman"/>
          <w:sz w:val="24"/>
          <w:szCs w:val="24"/>
        </w:rPr>
        <w:t xml:space="preserve"> 8:00–16:00</w:t>
      </w:r>
      <w:r w:rsidRPr="006C13E5">
        <w:rPr>
          <w:rFonts w:ascii="Times New Roman" w:hAnsi="Times New Roman" w:cs="Times New Roman"/>
          <w:sz w:val="24"/>
          <w:szCs w:val="24"/>
        </w:rPr>
        <w:br/>
      </w:r>
    </w:p>
    <w:p w14:paraId="335F7DCE" w14:textId="77777777" w:rsidR="00186FE9" w:rsidRPr="006C13E5" w:rsidRDefault="00000000" w:rsidP="006C13E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6C13E5">
        <w:rPr>
          <w:rFonts w:ascii="Times New Roman" w:hAnsi="Times New Roman" w:cs="Times New Roman"/>
          <w:sz w:val="24"/>
          <w:szCs w:val="24"/>
        </w:rPr>
        <w:t>Szczegółowe</w:t>
      </w:r>
      <w:proofErr w:type="spellEnd"/>
      <w:r w:rsidRPr="006C13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3E5">
        <w:rPr>
          <w:rFonts w:ascii="Times New Roman" w:hAnsi="Times New Roman" w:cs="Times New Roman"/>
          <w:sz w:val="24"/>
          <w:szCs w:val="24"/>
        </w:rPr>
        <w:t>zasady</w:t>
      </w:r>
      <w:proofErr w:type="spellEnd"/>
      <w:r w:rsidRPr="006C13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3E5">
        <w:rPr>
          <w:rFonts w:ascii="Times New Roman" w:hAnsi="Times New Roman" w:cs="Times New Roman"/>
          <w:sz w:val="24"/>
          <w:szCs w:val="24"/>
        </w:rPr>
        <w:t>rekrutacji</w:t>
      </w:r>
      <w:proofErr w:type="spellEnd"/>
      <w:r w:rsidRPr="006C13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3E5">
        <w:rPr>
          <w:rFonts w:ascii="Times New Roman" w:hAnsi="Times New Roman" w:cs="Times New Roman"/>
          <w:sz w:val="24"/>
          <w:szCs w:val="24"/>
        </w:rPr>
        <w:t>określa</w:t>
      </w:r>
      <w:proofErr w:type="spellEnd"/>
      <w:r w:rsidRPr="006C13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3E5">
        <w:rPr>
          <w:rFonts w:ascii="Times New Roman" w:hAnsi="Times New Roman" w:cs="Times New Roman"/>
          <w:sz w:val="24"/>
          <w:szCs w:val="24"/>
        </w:rPr>
        <w:t>Regulamin</w:t>
      </w:r>
      <w:proofErr w:type="spellEnd"/>
      <w:r w:rsidRPr="006C13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3E5">
        <w:rPr>
          <w:rFonts w:ascii="Times New Roman" w:hAnsi="Times New Roman" w:cs="Times New Roman"/>
          <w:sz w:val="24"/>
          <w:szCs w:val="24"/>
        </w:rPr>
        <w:t>dostępny</w:t>
      </w:r>
      <w:proofErr w:type="spellEnd"/>
      <w:r w:rsidRPr="006C13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3E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C13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3E5">
        <w:rPr>
          <w:rFonts w:ascii="Times New Roman" w:hAnsi="Times New Roman" w:cs="Times New Roman"/>
          <w:sz w:val="24"/>
          <w:szCs w:val="24"/>
        </w:rPr>
        <w:t>stronie</w:t>
      </w:r>
      <w:proofErr w:type="spellEnd"/>
      <w:r w:rsidRPr="006C13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3E5">
        <w:rPr>
          <w:rFonts w:ascii="Times New Roman" w:hAnsi="Times New Roman" w:cs="Times New Roman"/>
          <w:sz w:val="24"/>
          <w:szCs w:val="24"/>
        </w:rPr>
        <w:t>internetowej</w:t>
      </w:r>
      <w:proofErr w:type="spellEnd"/>
      <w:r w:rsidRPr="006C13E5">
        <w:rPr>
          <w:rFonts w:ascii="Times New Roman" w:hAnsi="Times New Roman" w:cs="Times New Roman"/>
          <w:sz w:val="24"/>
          <w:szCs w:val="24"/>
        </w:rPr>
        <w:t xml:space="preserve"> oraz w </w:t>
      </w:r>
      <w:proofErr w:type="spellStart"/>
      <w:r w:rsidRPr="006C13E5">
        <w:rPr>
          <w:rFonts w:ascii="Times New Roman" w:hAnsi="Times New Roman" w:cs="Times New Roman"/>
          <w:sz w:val="24"/>
          <w:szCs w:val="24"/>
        </w:rPr>
        <w:t>siedzibie</w:t>
      </w:r>
      <w:proofErr w:type="spellEnd"/>
      <w:r w:rsidRPr="006C13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3E5">
        <w:rPr>
          <w:rFonts w:ascii="Times New Roman" w:hAnsi="Times New Roman" w:cs="Times New Roman"/>
          <w:sz w:val="24"/>
          <w:szCs w:val="24"/>
        </w:rPr>
        <w:t>placówki</w:t>
      </w:r>
      <w:proofErr w:type="spellEnd"/>
      <w:r w:rsidRPr="006C13E5">
        <w:rPr>
          <w:rFonts w:ascii="Times New Roman" w:hAnsi="Times New Roman" w:cs="Times New Roman"/>
          <w:sz w:val="24"/>
          <w:szCs w:val="24"/>
        </w:rPr>
        <w:t>.</w:t>
      </w:r>
      <w:r w:rsidRPr="006C13E5">
        <w:rPr>
          <w:rFonts w:ascii="Times New Roman" w:hAnsi="Times New Roman" w:cs="Times New Roman"/>
          <w:sz w:val="24"/>
          <w:szCs w:val="24"/>
        </w:rPr>
        <w:br/>
      </w:r>
    </w:p>
    <w:p w14:paraId="1208BF12" w14:textId="77777777" w:rsidR="006C13E5" w:rsidRDefault="00000000" w:rsidP="006C13E5">
      <w:pPr>
        <w:spacing w:after="0"/>
        <w:rPr>
          <w:rFonts w:ascii="Times New Roman" w:hAnsi="Times New Roman" w:cs="Times New Roman"/>
        </w:rPr>
      </w:pPr>
      <w:proofErr w:type="spellStart"/>
      <w:r w:rsidRPr="006C13E5">
        <w:rPr>
          <w:rFonts w:ascii="Times New Roman" w:hAnsi="Times New Roman" w:cs="Times New Roman"/>
        </w:rPr>
        <w:t>Kontakt</w:t>
      </w:r>
      <w:proofErr w:type="spellEnd"/>
      <w:r w:rsidRPr="006C13E5">
        <w:rPr>
          <w:rFonts w:ascii="Times New Roman" w:hAnsi="Times New Roman" w:cs="Times New Roman"/>
        </w:rPr>
        <w:t>:</w:t>
      </w:r>
      <w:r w:rsidRPr="006C13E5">
        <w:rPr>
          <w:rFonts w:ascii="Times New Roman" w:hAnsi="Times New Roman" w:cs="Times New Roman"/>
        </w:rPr>
        <w:br/>
      </w:r>
      <w:proofErr w:type="spellStart"/>
      <w:r w:rsidRPr="006C13E5">
        <w:rPr>
          <w:rFonts w:ascii="Times New Roman" w:hAnsi="Times New Roman" w:cs="Times New Roman"/>
        </w:rPr>
        <w:t>Publiczny</w:t>
      </w:r>
      <w:proofErr w:type="spellEnd"/>
      <w:r w:rsidRPr="006C13E5">
        <w:rPr>
          <w:rFonts w:ascii="Times New Roman" w:hAnsi="Times New Roman" w:cs="Times New Roman"/>
        </w:rPr>
        <w:t xml:space="preserve"> Żłobek w Kipsznej</w:t>
      </w:r>
    </w:p>
    <w:p w14:paraId="51176C06" w14:textId="77777777" w:rsidR="00786829" w:rsidRDefault="006C13E5" w:rsidP="007868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Kipszna 5, 33-190 </w:t>
      </w:r>
      <w:proofErr w:type="spellStart"/>
      <w:r>
        <w:rPr>
          <w:rFonts w:ascii="Times New Roman" w:hAnsi="Times New Roman" w:cs="Times New Roman"/>
        </w:rPr>
        <w:t>Ciężkowice</w:t>
      </w:r>
      <w:proofErr w:type="spellEnd"/>
      <w:r w:rsidRPr="006C13E5">
        <w:rPr>
          <w:rFonts w:ascii="Times New Roman" w:hAnsi="Times New Roman" w:cs="Times New Roman"/>
        </w:rPr>
        <w:br/>
        <w:t>tel. (14) 66 67</w:t>
      </w:r>
      <w:r w:rsidR="00786829">
        <w:rPr>
          <w:rFonts w:ascii="Times New Roman" w:hAnsi="Times New Roman" w:cs="Times New Roman"/>
        </w:rPr>
        <w:t> </w:t>
      </w:r>
      <w:r w:rsidRPr="006C13E5">
        <w:rPr>
          <w:rFonts w:ascii="Times New Roman" w:hAnsi="Times New Roman" w:cs="Times New Roman"/>
        </w:rPr>
        <w:t>420</w:t>
      </w:r>
      <w:r w:rsidR="00786829">
        <w:rPr>
          <w:rFonts w:ascii="Times New Roman" w:hAnsi="Times New Roman" w:cs="Times New Roman"/>
        </w:rPr>
        <w:tab/>
      </w:r>
      <w:r w:rsidR="00786829">
        <w:rPr>
          <w:rFonts w:ascii="Times New Roman" w:hAnsi="Times New Roman" w:cs="Times New Roman"/>
        </w:rPr>
        <w:tab/>
      </w:r>
      <w:r w:rsidR="00786829">
        <w:rPr>
          <w:rFonts w:ascii="Times New Roman" w:hAnsi="Times New Roman" w:cs="Times New Roman"/>
        </w:rPr>
        <w:tab/>
      </w:r>
      <w:r w:rsidR="00786829">
        <w:rPr>
          <w:rFonts w:ascii="Times New Roman" w:hAnsi="Times New Roman" w:cs="Times New Roman"/>
        </w:rPr>
        <w:tab/>
      </w:r>
      <w:r w:rsidR="00786829">
        <w:rPr>
          <w:rFonts w:ascii="Times New Roman" w:hAnsi="Times New Roman" w:cs="Times New Roman"/>
        </w:rPr>
        <w:tab/>
      </w:r>
      <w:r w:rsidR="00786829">
        <w:rPr>
          <w:rFonts w:ascii="Times New Roman" w:hAnsi="Times New Roman" w:cs="Times New Roman"/>
        </w:rPr>
        <w:tab/>
      </w:r>
    </w:p>
    <w:p w14:paraId="06FEF736" w14:textId="77777777" w:rsidR="00786829" w:rsidRDefault="00786829" w:rsidP="00786829">
      <w:pPr>
        <w:ind w:left="5040" w:firstLine="720"/>
        <w:rPr>
          <w:rFonts w:ascii="Times New Roman" w:hAnsi="Times New Roman" w:cs="Times New Roman"/>
        </w:rPr>
      </w:pPr>
    </w:p>
    <w:p w14:paraId="42DD2EC5" w14:textId="0A981233" w:rsidR="00786829" w:rsidRPr="006C13E5" w:rsidRDefault="00786829" w:rsidP="00786829">
      <w:pPr>
        <w:ind w:left="504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Kipszna </w:t>
      </w:r>
      <w:proofErr w:type="spellStart"/>
      <w:r>
        <w:rPr>
          <w:rFonts w:ascii="Times New Roman" w:hAnsi="Times New Roman" w:cs="Times New Roman"/>
        </w:rPr>
        <w:t>dnia</w:t>
      </w:r>
      <w:proofErr w:type="spellEnd"/>
      <w:r>
        <w:rPr>
          <w:rFonts w:ascii="Times New Roman" w:hAnsi="Times New Roman" w:cs="Times New Roman"/>
        </w:rPr>
        <w:t xml:space="preserve"> 21.05.2026</w:t>
      </w:r>
      <w:r>
        <w:rPr>
          <w:rFonts w:ascii="Times New Roman" w:hAnsi="Times New Roman" w:cs="Times New Roman"/>
        </w:rPr>
        <w:t xml:space="preserve"> r.</w:t>
      </w:r>
    </w:p>
    <w:p w14:paraId="38C161E9" w14:textId="3A581D46" w:rsidR="00186FE9" w:rsidRDefault="00186FE9" w:rsidP="003B0D66">
      <w:pPr>
        <w:rPr>
          <w:rFonts w:ascii="Times New Roman" w:hAnsi="Times New Roman" w:cs="Times New Roman"/>
        </w:rPr>
      </w:pPr>
    </w:p>
    <w:sectPr w:rsidR="00186FE9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03294964">
    <w:abstractNumId w:val="8"/>
  </w:num>
  <w:num w:numId="2" w16cid:durableId="1173568849">
    <w:abstractNumId w:val="6"/>
  </w:num>
  <w:num w:numId="3" w16cid:durableId="1049188687">
    <w:abstractNumId w:val="5"/>
  </w:num>
  <w:num w:numId="4" w16cid:durableId="1636638442">
    <w:abstractNumId w:val="4"/>
  </w:num>
  <w:num w:numId="5" w16cid:durableId="2025860124">
    <w:abstractNumId w:val="7"/>
  </w:num>
  <w:num w:numId="6" w16cid:durableId="2110930444">
    <w:abstractNumId w:val="3"/>
  </w:num>
  <w:num w:numId="7" w16cid:durableId="2126539668">
    <w:abstractNumId w:val="2"/>
  </w:num>
  <w:num w:numId="8" w16cid:durableId="980696787">
    <w:abstractNumId w:val="1"/>
  </w:num>
  <w:num w:numId="9" w16cid:durableId="20733051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020A8"/>
    <w:rsid w:val="0015074B"/>
    <w:rsid w:val="00175F34"/>
    <w:rsid w:val="00186FE9"/>
    <w:rsid w:val="001A20AC"/>
    <w:rsid w:val="001D2FA3"/>
    <w:rsid w:val="00220E0B"/>
    <w:rsid w:val="002542E8"/>
    <w:rsid w:val="0029639D"/>
    <w:rsid w:val="00326F90"/>
    <w:rsid w:val="003B0D66"/>
    <w:rsid w:val="003F10B5"/>
    <w:rsid w:val="005151DF"/>
    <w:rsid w:val="006C13E5"/>
    <w:rsid w:val="006F48AD"/>
    <w:rsid w:val="00786829"/>
    <w:rsid w:val="007E5958"/>
    <w:rsid w:val="008546F4"/>
    <w:rsid w:val="008936AC"/>
    <w:rsid w:val="008D6080"/>
    <w:rsid w:val="00924C97"/>
    <w:rsid w:val="0097636F"/>
    <w:rsid w:val="00AA1D8D"/>
    <w:rsid w:val="00B47730"/>
    <w:rsid w:val="00CB0664"/>
    <w:rsid w:val="00F0484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314DCA"/>
  <w14:defaultImageDpi w14:val="300"/>
  <w15:docId w15:val="{974A00E1-72A5-4306-9506-E7140F0A8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145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Żłobek Kipszna</cp:lastModifiedBy>
  <cp:revision>7</cp:revision>
  <cp:lastPrinted>2026-05-21T08:55:00Z</cp:lastPrinted>
  <dcterms:created xsi:type="dcterms:W3CDTF">2026-05-08T11:56:00Z</dcterms:created>
  <dcterms:modified xsi:type="dcterms:W3CDTF">2026-05-21T09:02:00Z</dcterms:modified>
  <cp:category/>
</cp:coreProperties>
</file>