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1FD01" w14:textId="77777777" w:rsidR="007B21DF" w:rsidRPr="00E76557" w:rsidRDefault="00000000">
      <w:pPr>
        <w:jc w:val="center"/>
      </w:pPr>
      <w:r w:rsidRPr="00E76557">
        <w:rPr>
          <w:b/>
          <w:sz w:val="32"/>
        </w:rPr>
        <w:t>ZAŁĄCZNIK NR 3</w:t>
      </w:r>
    </w:p>
    <w:p w14:paraId="5043C396" w14:textId="77777777" w:rsidR="007B21DF" w:rsidRPr="00E76557" w:rsidRDefault="00000000">
      <w:pPr>
        <w:jc w:val="center"/>
      </w:pPr>
      <w:r w:rsidRPr="00E76557">
        <w:rPr>
          <w:b/>
          <w:sz w:val="24"/>
        </w:rPr>
        <w:t>OŚWIADCZENIE DOTYCZĄCE PRAW DO ZGŁOSZONEJ PRACY KONKURSOWEJ</w:t>
      </w:r>
    </w:p>
    <w:p w14:paraId="420A6597" w14:textId="77777777" w:rsidR="007B21DF" w:rsidRPr="00E76557" w:rsidRDefault="00000000">
      <w:pPr>
        <w:spacing w:after="120"/>
      </w:pPr>
      <w:r w:rsidRPr="00E76557">
        <w:t>Nazwa szkoły: ______________________________________________</w:t>
      </w:r>
    </w:p>
    <w:p w14:paraId="23E823D4" w14:textId="77777777" w:rsidR="007B21DF" w:rsidRPr="00E76557" w:rsidRDefault="00000000">
      <w:pPr>
        <w:spacing w:after="120"/>
      </w:pPr>
      <w:r w:rsidRPr="00E76557">
        <w:t>Klasa: _________________________________________________________</w:t>
      </w:r>
    </w:p>
    <w:p w14:paraId="1BB34AEB" w14:textId="77777777" w:rsidR="007B21DF" w:rsidRPr="00E76557" w:rsidRDefault="00000000">
      <w:pPr>
        <w:spacing w:after="120"/>
      </w:pPr>
      <w:r w:rsidRPr="00E76557">
        <w:t>Tytuł pracy: ___________________________________________________</w:t>
      </w:r>
    </w:p>
    <w:p w14:paraId="484DD71D" w14:textId="77777777" w:rsidR="007B21DF" w:rsidRPr="00E76557" w:rsidRDefault="00000000">
      <w:pPr>
        <w:spacing w:after="120"/>
      </w:pPr>
      <w:r w:rsidRPr="00E76557">
        <w:t>Imię i nazwisko nauczyciela/opiekuna: ______________________________</w:t>
      </w:r>
    </w:p>
    <w:p w14:paraId="6D4240C9" w14:textId="77777777" w:rsidR="007B21DF" w:rsidRPr="00E76557" w:rsidRDefault="00000000">
      <w:pPr>
        <w:spacing w:after="120"/>
      </w:pPr>
      <w:r w:rsidRPr="00E76557">
        <w:t>Oświadczam, że:</w:t>
      </w:r>
    </w:p>
    <w:p w14:paraId="21BC4347" w14:textId="77777777" w:rsidR="007B21DF" w:rsidRPr="00E76557" w:rsidRDefault="00000000" w:rsidP="00E76557">
      <w:pPr>
        <w:pStyle w:val="Listapunktowana"/>
        <w:jc w:val="both"/>
      </w:pPr>
      <w:r w:rsidRPr="00E76557">
        <w:t>praca została przygotowana przez uczniów wskazanej klasy w ramach Konkursu;</w:t>
      </w:r>
    </w:p>
    <w:p w14:paraId="4E6DAFC4" w14:textId="77777777" w:rsidR="007B21DF" w:rsidRPr="00E76557" w:rsidRDefault="00000000" w:rsidP="00E76557">
      <w:pPr>
        <w:pStyle w:val="Listapunktowana"/>
        <w:jc w:val="both"/>
      </w:pPr>
      <w:r w:rsidRPr="00E76557">
        <w:t>zgłoszenie pracy do Konkursu następuje za wiedzą i zgodą osób uprawnionych do dysponowania prawami do pracy;</w:t>
      </w:r>
    </w:p>
    <w:p w14:paraId="60FCDC26" w14:textId="77777777" w:rsidR="007B21DF" w:rsidRPr="00E76557" w:rsidRDefault="00000000" w:rsidP="00E76557">
      <w:pPr>
        <w:pStyle w:val="Listapunktowana"/>
        <w:jc w:val="both"/>
      </w:pPr>
      <w:r w:rsidRPr="00E76557">
        <w:t>zgłoszona praca nie narusza praw autorskich, praw pokrewnych, praw do wizerunku ani innych praw osób trzecich;</w:t>
      </w:r>
    </w:p>
    <w:p w14:paraId="5F9697DC" w14:textId="77777777" w:rsidR="007B21DF" w:rsidRPr="00E76557" w:rsidRDefault="00000000" w:rsidP="00E76557">
      <w:pPr>
        <w:pStyle w:val="Listapunktowana"/>
        <w:jc w:val="both"/>
      </w:pPr>
      <w:r w:rsidRPr="00E76557">
        <w:t>w przypadku wykorzystania w nagraniu materiałów, których autorami lub uprawnionymi są osoby trzecie, uzyskano odpowiednie zgody lub wykorzystano materiały na podstawie właściwych przepisów prawa;</w:t>
      </w:r>
    </w:p>
    <w:p w14:paraId="2F4CCF01" w14:textId="0F8A121D" w:rsidR="007B21DF" w:rsidRPr="00E76557" w:rsidRDefault="00000000" w:rsidP="00E76557">
      <w:pPr>
        <w:pStyle w:val="Listapunktowana"/>
        <w:jc w:val="both"/>
      </w:pPr>
      <w:r w:rsidRPr="00E76557">
        <w:t>w przypadku wykorzystania muzyki, zdjęć, grafik, fragmentów filmów lub innych materiałów pochodzących od osób trzecich zapewniono możliwość ich zgodnego z prawem wykorzystania w</w:t>
      </w:r>
      <w:r w:rsidR="00E76557" w:rsidRPr="00E76557">
        <w:t> </w:t>
      </w:r>
      <w:r w:rsidRPr="00E76557">
        <w:t>ramach zgłoszonej pracy oraz jej prezentacji przez Organizatora;</w:t>
      </w:r>
    </w:p>
    <w:p w14:paraId="30AE2B69" w14:textId="652BFB8A" w:rsidR="007B21DF" w:rsidRPr="00E76557" w:rsidRDefault="00000000" w:rsidP="00E76557">
      <w:pPr>
        <w:pStyle w:val="Listapunktowana"/>
        <w:jc w:val="both"/>
      </w:pPr>
      <w:r w:rsidRPr="00E76557">
        <w:t>wyrażam zgodę na nieodpłatne wykorzystanie zgłoszonej pracy przez Powiat Wołomiński w</w:t>
      </w:r>
      <w:r w:rsidR="00E76557" w:rsidRPr="00E76557">
        <w:t> </w:t>
      </w:r>
      <w:r w:rsidRPr="00E76557">
        <w:t>związku z realizacją, dokumentowaniem i promocją Konkursu oraz projektu pn.</w:t>
      </w:r>
      <w:r w:rsidR="00E76557" w:rsidRPr="00E76557">
        <w:t> </w:t>
      </w:r>
      <w:r w:rsidRPr="00E76557">
        <w:t>„Bezpieczeństwo ma pierwszeństwo – budowa przejścia i edukacja drogowa w Markach”, w</w:t>
      </w:r>
      <w:r w:rsidR="00E76557" w:rsidRPr="00E76557">
        <w:t> </w:t>
      </w:r>
      <w:r w:rsidRPr="00E76557">
        <w:t>szczególności poprzez jej prezentowanie, odtwarzanie, publikowanie na stronie internetowej oraz w oficjalnych mediach społecznościowych Organizatora;</w:t>
      </w:r>
    </w:p>
    <w:p w14:paraId="24C43104" w14:textId="77777777" w:rsidR="007B21DF" w:rsidRPr="00E76557" w:rsidRDefault="00000000" w:rsidP="00E76557">
      <w:pPr>
        <w:pStyle w:val="Listapunktowana"/>
        <w:jc w:val="both"/>
      </w:pPr>
      <w:r w:rsidRPr="00E76557">
        <w:t>zgoda na wykorzystanie pracy obejmuje okres 5 lat od dnia zakończenia Konkursu i nie obejmuje prawa do wykorzystywania pracy w celach innych niż związane z Konkursem i projektem.</w:t>
      </w:r>
    </w:p>
    <w:p w14:paraId="15992013" w14:textId="77777777" w:rsidR="007B21DF" w:rsidRPr="00E76557" w:rsidRDefault="00000000">
      <w:pPr>
        <w:spacing w:after="120"/>
      </w:pPr>
      <w:r w:rsidRPr="00E76557">
        <w:t>Miejscowość i data: ____________________________________________</w:t>
      </w:r>
    </w:p>
    <w:p w14:paraId="2E704688" w14:textId="77777777" w:rsidR="007B21DF" w:rsidRPr="00E76557" w:rsidRDefault="00000000">
      <w:pPr>
        <w:spacing w:after="120"/>
      </w:pPr>
      <w:r w:rsidRPr="00E76557">
        <w:t>Imię i nazwisko nauczyciela/opiekuna: ______________________________</w:t>
      </w:r>
    </w:p>
    <w:p w14:paraId="244E89C7" w14:textId="77777777" w:rsidR="007B21DF" w:rsidRDefault="00000000">
      <w:pPr>
        <w:spacing w:after="120"/>
      </w:pPr>
      <w:r w:rsidRPr="00E76557">
        <w:t>Podpis: ______________________________________________________</w:t>
      </w:r>
    </w:p>
    <w:sectPr w:rsidR="007B21DF" w:rsidSect="00034616">
      <w:footerReference w:type="default" r:id="rId8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A3E0C" w14:textId="77777777" w:rsidR="00D315FA" w:rsidRPr="00E76557" w:rsidRDefault="00D315FA">
      <w:pPr>
        <w:spacing w:after="0" w:line="240" w:lineRule="auto"/>
      </w:pPr>
      <w:r w:rsidRPr="00E76557">
        <w:separator/>
      </w:r>
    </w:p>
  </w:endnote>
  <w:endnote w:type="continuationSeparator" w:id="0">
    <w:p w14:paraId="07615761" w14:textId="77777777" w:rsidR="00D315FA" w:rsidRPr="00E76557" w:rsidRDefault="00D315FA">
      <w:pPr>
        <w:spacing w:after="0" w:line="240" w:lineRule="auto"/>
      </w:pPr>
      <w:r w:rsidRPr="00E765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86513" w14:textId="77777777" w:rsidR="007B21DF" w:rsidRPr="00E76557" w:rsidRDefault="00000000">
    <w:pPr>
      <w:pStyle w:val="Stopka"/>
      <w:jc w:val="center"/>
    </w:pPr>
    <w:r w:rsidRPr="00E76557">
      <w:t xml:space="preserve">Strona </w:t>
    </w:r>
    <w:r w:rsidRPr="00E76557">
      <w:fldChar w:fldCharType="begin"/>
    </w:r>
    <w:r w:rsidRPr="00E76557">
      <w:instrText>PAGE</w:instrText>
    </w:r>
    <w:r w:rsidRPr="00E76557">
      <w:fldChar w:fldCharType="separate"/>
    </w:r>
    <w:r w:rsidR="00E76557" w:rsidRPr="00E76557">
      <w:t>1</w:t>
    </w:r>
    <w:r w:rsidRPr="00E76557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F8332" w14:textId="77777777" w:rsidR="00D315FA" w:rsidRPr="00E76557" w:rsidRDefault="00D315FA">
      <w:pPr>
        <w:spacing w:after="0" w:line="240" w:lineRule="auto"/>
      </w:pPr>
      <w:r w:rsidRPr="00E76557">
        <w:separator/>
      </w:r>
    </w:p>
  </w:footnote>
  <w:footnote w:type="continuationSeparator" w:id="0">
    <w:p w14:paraId="3A2356FE" w14:textId="77777777" w:rsidR="00D315FA" w:rsidRPr="00E76557" w:rsidRDefault="00D315FA">
      <w:pPr>
        <w:spacing w:after="0" w:line="240" w:lineRule="auto"/>
      </w:pPr>
      <w:r w:rsidRPr="00E7655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5918763">
    <w:abstractNumId w:val="8"/>
  </w:num>
  <w:num w:numId="2" w16cid:durableId="416756202">
    <w:abstractNumId w:val="6"/>
  </w:num>
  <w:num w:numId="3" w16cid:durableId="1620070827">
    <w:abstractNumId w:val="5"/>
  </w:num>
  <w:num w:numId="4" w16cid:durableId="1668167234">
    <w:abstractNumId w:val="4"/>
  </w:num>
  <w:num w:numId="5" w16cid:durableId="1527402723">
    <w:abstractNumId w:val="7"/>
  </w:num>
  <w:num w:numId="6" w16cid:durableId="1865900965">
    <w:abstractNumId w:val="3"/>
  </w:num>
  <w:num w:numId="7" w16cid:durableId="223177269">
    <w:abstractNumId w:val="2"/>
  </w:num>
  <w:num w:numId="8" w16cid:durableId="26564414">
    <w:abstractNumId w:val="1"/>
  </w:num>
  <w:num w:numId="9" w16cid:durableId="2032610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B21DF"/>
    <w:rsid w:val="00AA1D8D"/>
    <w:rsid w:val="00B47730"/>
    <w:rsid w:val="00CB0664"/>
    <w:rsid w:val="00D315FA"/>
    <w:rsid w:val="00E76557"/>
    <w:rsid w:val="00FC15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E2148F"/>
  <w14:defaultImageDpi w14:val="300"/>
  <w15:docId w15:val="{0E87B317-138A-460C-AE93-252B40090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Klaudia Pełszyk</cp:lastModifiedBy>
  <cp:revision>2</cp:revision>
  <dcterms:created xsi:type="dcterms:W3CDTF">2013-12-23T23:15:00Z</dcterms:created>
  <dcterms:modified xsi:type="dcterms:W3CDTF">2026-09-22T10:01:00Z</dcterms:modified>
  <cp:category/>
</cp:coreProperties>
</file>