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7DDF" w14:textId="77777777" w:rsidR="00CC0989" w:rsidRDefault="00EB42E8">
      <w:pPr>
        <w:jc w:val="right"/>
      </w:pPr>
      <w:proofErr w:type="spellStart"/>
      <w:r>
        <w:rPr>
          <w:sz w:val="20"/>
        </w:rPr>
        <w:t>Załącznik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Nr</w:t>
      </w:r>
      <w:proofErr w:type="spellEnd"/>
      <w:r>
        <w:rPr>
          <w:sz w:val="20"/>
        </w:rPr>
        <w:t xml:space="preserve"> 3</w:t>
      </w:r>
    </w:p>
    <w:p w14:paraId="7F2ABDE2" w14:textId="2CB7ECB9" w:rsidR="00CC0989" w:rsidRDefault="00EB42E8">
      <w:pPr>
        <w:jc w:val="right"/>
      </w:pPr>
      <w:r>
        <w:rPr>
          <w:sz w:val="20"/>
        </w:rPr>
        <w:t xml:space="preserve">do </w:t>
      </w:r>
      <w:proofErr w:type="spellStart"/>
      <w:r>
        <w:rPr>
          <w:sz w:val="20"/>
        </w:rPr>
        <w:t>Zarządzenia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Nr</w:t>
      </w:r>
      <w:proofErr w:type="spellEnd"/>
      <w:r>
        <w:rPr>
          <w:sz w:val="20"/>
        </w:rPr>
        <w:t xml:space="preserve"> 30</w:t>
      </w:r>
      <w:r>
        <w:rPr>
          <w:sz w:val="20"/>
        </w:rPr>
        <w:t>/2026</w:t>
      </w:r>
    </w:p>
    <w:p w14:paraId="25C37A31" w14:textId="77777777" w:rsidR="00CC0989" w:rsidRDefault="00EB42E8">
      <w:pPr>
        <w:jc w:val="right"/>
      </w:pPr>
      <w:proofErr w:type="spellStart"/>
      <w:r>
        <w:rPr>
          <w:sz w:val="20"/>
        </w:rPr>
        <w:t>Kierownika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Gminnego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Ośrodka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Pomocy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Społecznej</w:t>
      </w:r>
      <w:proofErr w:type="spellEnd"/>
      <w:r>
        <w:rPr>
          <w:sz w:val="20"/>
        </w:rPr>
        <w:t xml:space="preserve"> w </w:t>
      </w:r>
      <w:proofErr w:type="spellStart"/>
      <w:r>
        <w:rPr>
          <w:sz w:val="20"/>
        </w:rPr>
        <w:t>Mszanie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Dolnej</w:t>
      </w:r>
      <w:proofErr w:type="spellEnd"/>
    </w:p>
    <w:p w14:paraId="573383A4" w14:textId="0BB7D415" w:rsidR="00CC0989" w:rsidRDefault="00EB42E8">
      <w:pPr>
        <w:jc w:val="right"/>
      </w:pPr>
      <w:r>
        <w:rPr>
          <w:sz w:val="20"/>
        </w:rPr>
        <w:t xml:space="preserve">z </w:t>
      </w:r>
      <w:proofErr w:type="spellStart"/>
      <w:r>
        <w:rPr>
          <w:sz w:val="20"/>
        </w:rPr>
        <w:t>dnia</w:t>
      </w:r>
      <w:proofErr w:type="spellEnd"/>
      <w:r>
        <w:rPr>
          <w:sz w:val="20"/>
        </w:rPr>
        <w:t xml:space="preserve"> 12-10-</w:t>
      </w:r>
      <w:bookmarkStart w:id="0" w:name="_GoBack"/>
      <w:bookmarkEnd w:id="0"/>
      <w:r>
        <w:rPr>
          <w:sz w:val="20"/>
        </w:rPr>
        <w:t>2026 r.</w:t>
      </w:r>
    </w:p>
    <w:p w14:paraId="6E4DFC3F" w14:textId="77777777" w:rsidR="00CC0989" w:rsidRDefault="00CC0989">
      <w:pPr>
        <w:spacing w:after="360"/>
        <w:jc w:val="both"/>
      </w:pPr>
    </w:p>
    <w:p w14:paraId="40D2FCA4" w14:textId="2699E4A5" w:rsidR="00CC0989" w:rsidRDefault="00EB42E8">
      <w:pPr>
        <w:spacing w:after="80"/>
        <w:jc w:val="center"/>
      </w:pPr>
      <w:r>
        <w:rPr>
          <w:b/>
          <w:sz w:val="26"/>
        </w:rPr>
        <w:t>FORMULARZ ZGŁOSZENIOWY</w:t>
      </w:r>
    </w:p>
    <w:p w14:paraId="7932EDE0" w14:textId="77777777" w:rsidR="00CC0989" w:rsidRDefault="00EB42E8">
      <w:pPr>
        <w:spacing w:after="200"/>
        <w:jc w:val="center"/>
      </w:pPr>
      <w:proofErr w:type="spellStart"/>
      <w:r>
        <w:rPr>
          <w:b/>
          <w:sz w:val="24"/>
        </w:rPr>
        <w:t>kandydata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na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członka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Komisji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Konkursowej</w:t>
      </w:r>
      <w:proofErr w:type="spellEnd"/>
    </w:p>
    <w:p w14:paraId="31DCA376" w14:textId="77777777" w:rsidR="00CC0989" w:rsidRDefault="00EB42E8">
      <w:pPr>
        <w:spacing w:after="320"/>
        <w:jc w:val="center"/>
      </w:pPr>
      <w:r>
        <w:rPr>
          <w:i/>
          <w:sz w:val="20"/>
        </w:rPr>
        <w:t xml:space="preserve">do </w:t>
      </w:r>
      <w:proofErr w:type="spellStart"/>
      <w:r>
        <w:rPr>
          <w:i/>
          <w:sz w:val="20"/>
        </w:rPr>
        <w:t>opiniowania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ofert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złożonych</w:t>
      </w:r>
      <w:proofErr w:type="spellEnd"/>
      <w:r>
        <w:rPr>
          <w:i/>
          <w:sz w:val="20"/>
        </w:rPr>
        <w:t xml:space="preserve"> w </w:t>
      </w:r>
      <w:proofErr w:type="spellStart"/>
      <w:r>
        <w:rPr>
          <w:i/>
          <w:sz w:val="20"/>
        </w:rPr>
        <w:t>otwartym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konkursie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ofert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realizację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zadania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publicznego</w:t>
      </w:r>
      <w:proofErr w:type="spellEnd"/>
      <w:r>
        <w:rPr>
          <w:i/>
          <w:sz w:val="20"/>
        </w:rPr>
        <w:t xml:space="preserve"> z </w:t>
      </w:r>
      <w:proofErr w:type="spellStart"/>
      <w:r>
        <w:rPr>
          <w:i/>
          <w:sz w:val="20"/>
        </w:rPr>
        <w:t>zakresu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pomocy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społecznej</w:t>
      </w:r>
      <w:proofErr w:type="spellEnd"/>
      <w:r>
        <w:rPr>
          <w:i/>
          <w:sz w:val="20"/>
        </w:rPr>
        <w:t xml:space="preserve"> pod </w:t>
      </w:r>
      <w:proofErr w:type="spellStart"/>
      <w:r>
        <w:rPr>
          <w:i/>
          <w:sz w:val="20"/>
        </w:rPr>
        <w:t>nazwą</w:t>
      </w:r>
      <w:proofErr w:type="spellEnd"/>
      <w:r>
        <w:rPr>
          <w:i/>
          <w:sz w:val="20"/>
        </w:rPr>
        <w:t>: „</w:t>
      </w:r>
      <w:proofErr w:type="spellStart"/>
      <w:r>
        <w:rPr>
          <w:i/>
          <w:sz w:val="20"/>
        </w:rPr>
        <w:t>Realizacja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usług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społecznych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terenie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Gminy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Mszana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Dolna</w:t>
      </w:r>
      <w:proofErr w:type="spellEnd"/>
      <w:r>
        <w:rPr>
          <w:i/>
          <w:sz w:val="20"/>
        </w:rPr>
        <w:t>”</w:t>
      </w:r>
    </w:p>
    <w:tbl>
      <w:tblPr>
        <w:tblStyle w:val="Tabela-Siatk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200"/>
        <w:gridCol w:w="5439"/>
      </w:tblGrid>
      <w:tr w:rsidR="00CC0989" w14:paraId="036A6D62" w14:textId="77777777">
        <w:trPr>
          <w:trHeight w:val="600"/>
          <w:jc w:val="center"/>
        </w:trPr>
        <w:tc>
          <w:tcPr>
            <w:tcW w:w="4200" w:type="dxa"/>
            <w:vAlign w:val="center"/>
          </w:tcPr>
          <w:p w14:paraId="7877ADB8" w14:textId="77777777" w:rsidR="00CC0989" w:rsidRDefault="00EB42E8">
            <w:proofErr w:type="spellStart"/>
            <w:r>
              <w:rPr>
                <w:b/>
                <w:sz w:val="20"/>
              </w:rPr>
              <w:t>Imię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nazwisko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</w:tc>
        <w:tc>
          <w:tcPr>
            <w:tcW w:w="5439" w:type="dxa"/>
            <w:vAlign w:val="center"/>
          </w:tcPr>
          <w:p w14:paraId="22507377" w14:textId="77777777" w:rsidR="00CC0989" w:rsidRDefault="00CC0989"/>
        </w:tc>
      </w:tr>
      <w:tr w:rsidR="00CC0989" w14:paraId="3A1E5A97" w14:textId="77777777">
        <w:trPr>
          <w:trHeight w:val="600"/>
          <w:jc w:val="center"/>
        </w:trPr>
        <w:tc>
          <w:tcPr>
            <w:tcW w:w="4200" w:type="dxa"/>
            <w:vAlign w:val="center"/>
          </w:tcPr>
          <w:p w14:paraId="24F2F137" w14:textId="77777777" w:rsidR="00CC0989" w:rsidRDefault="00EB42E8">
            <w:r>
              <w:rPr>
                <w:b/>
                <w:sz w:val="20"/>
              </w:rPr>
              <w:t xml:space="preserve">Dane </w:t>
            </w:r>
            <w:proofErr w:type="spellStart"/>
            <w:r>
              <w:rPr>
                <w:b/>
                <w:sz w:val="20"/>
              </w:rPr>
              <w:t>kontaktowe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  <w:p w14:paraId="171C8FB1" w14:textId="77777777" w:rsidR="00CC0989" w:rsidRDefault="00EB42E8"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telefon</w:t>
            </w:r>
            <w:proofErr w:type="spellEnd"/>
            <w:r>
              <w:rPr>
                <w:b/>
                <w:sz w:val="20"/>
              </w:rPr>
              <w:t>, e-mail)</w:t>
            </w:r>
          </w:p>
        </w:tc>
        <w:tc>
          <w:tcPr>
            <w:tcW w:w="5439" w:type="dxa"/>
            <w:vAlign w:val="center"/>
          </w:tcPr>
          <w:p w14:paraId="3DC1426E" w14:textId="77777777" w:rsidR="00CC0989" w:rsidRDefault="00CC0989"/>
        </w:tc>
      </w:tr>
      <w:tr w:rsidR="00CC0989" w14:paraId="17C81533" w14:textId="77777777">
        <w:trPr>
          <w:trHeight w:val="900"/>
          <w:jc w:val="center"/>
        </w:trPr>
        <w:tc>
          <w:tcPr>
            <w:tcW w:w="4200" w:type="dxa"/>
            <w:vAlign w:val="center"/>
          </w:tcPr>
          <w:p w14:paraId="39862A86" w14:textId="77777777" w:rsidR="00CC0989" w:rsidRDefault="00EB42E8">
            <w:proofErr w:type="spellStart"/>
            <w:r>
              <w:rPr>
                <w:b/>
                <w:sz w:val="20"/>
              </w:rPr>
              <w:t>Nazwa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adres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organizacji</w:t>
            </w:r>
            <w:proofErr w:type="spellEnd"/>
          </w:p>
          <w:p w14:paraId="6B1A1E16" w14:textId="77777777" w:rsidR="00CC0989" w:rsidRDefault="00EB42E8">
            <w:proofErr w:type="spellStart"/>
            <w:r>
              <w:rPr>
                <w:b/>
                <w:sz w:val="20"/>
              </w:rPr>
              <w:t>zgłaszającej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</w:tc>
        <w:tc>
          <w:tcPr>
            <w:tcW w:w="5439" w:type="dxa"/>
            <w:vAlign w:val="center"/>
          </w:tcPr>
          <w:p w14:paraId="64010FCD" w14:textId="77777777" w:rsidR="00CC0989" w:rsidRDefault="00CC0989"/>
        </w:tc>
      </w:tr>
      <w:tr w:rsidR="00CC0989" w14:paraId="6D5E4139" w14:textId="77777777">
        <w:trPr>
          <w:trHeight w:val="600"/>
          <w:jc w:val="center"/>
        </w:trPr>
        <w:tc>
          <w:tcPr>
            <w:tcW w:w="4200" w:type="dxa"/>
            <w:vAlign w:val="center"/>
          </w:tcPr>
          <w:p w14:paraId="71E20451" w14:textId="77777777" w:rsidR="00CC0989" w:rsidRDefault="00EB42E8">
            <w:proofErr w:type="spellStart"/>
            <w:r>
              <w:rPr>
                <w:b/>
                <w:sz w:val="20"/>
              </w:rPr>
              <w:t>Numer</w:t>
            </w:r>
            <w:proofErr w:type="spellEnd"/>
            <w:r>
              <w:rPr>
                <w:b/>
                <w:sz w:val="20"/>
              </w:rPr>
              <w:t xml:space="preserve"> KRS </w:t>
            </w:r>
            <w:proofErr w:type="spellStart"/>
            <w:r>
              <w:rPr>
                <w:b/>
                <w:sz w:val="20"/>
              </w:rPr>
              <w:t>lub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innego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rejestru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ewidencji</w:t>
            </w:r>
            <w:proofErr w:type="spellEnd"/>
          </w:p>
        </w:tc>
        <w:tc>
          <w:tcPr>
            <w:tcW w:w="5439" w:type="dxa"/>
            <w:vAlign w:val="center"/>
          </w:tcPr>
          <w:p w14:paraId="06CC7983" w14:textId="77777777" w:rsidR="00CC0989" w:rsidRDefault="00CC0989"/>
        </w:tc>
      </w:tr>
      <w:tr w:rsidR="00CC0989" w14:paraId="25762BDC" w14:textId="77777777">
        <w:trPr>
          <w:trHeight w:val="1500"/>
          <w:jc w:val="center"/>
        </w:trPr>
        <w:tc>
          <w:tcPr>
            <w:tcW w:w="4200" w:type="dxa"/>
            <w:vAlign w:val="center"/>
          </w:tcPr>
          <w:p w14:paraId="53F90F1B" w14:textId="77777777" w:rsidR="00CC0989" w:rsidRDefault="00EB42E8">
            <w:proofErr w:type="spellStart"/>
            <w:r>
              <w:rPr>
                <w:b/>
                <w:sz w:val="20"/>
              </w:rPr>
              <w:t>Wiedza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doświadczenie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kandydata</w:t>
            </w:r>
            <w:proofErr w:type="spellEnd"/>
          </w:p>
          <w:p w14:paraId="14C57220" w14:textId="77777777" w:rsidR="00CC0989" w:rsidRDefault="00EB42E8">
            <w:r>
              <w:rPr>
                <w:b/>
                <w:sz w:val="20"/>
              </w:rPr>
              <w:t xml:space="preserve">w </w:t>
            </w:r>
            <w:proofErr w:type="spellStart"/>
            <w:r>
              <w:rPr>
                <w:b/>
                <w:sz w:val="20"/>
              </w:rPr>
              <w:t>zakresie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objętym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konkursem</w:t>
            </w:r>
            <w:proofErr w:type="spellEnd"/>
          </w:p>
          <w:p w14:paraId="75B7FE01" w14:textId="77777777" w:rsidR="00CC0989" w:rsidRDefault="00EB42E8">
            <w:r>
              <w:rPr>
                <w:b/>
                <w:sz w:val="20"/>
              </w:rPr>
              <w:t>(</w:t>
            </w:r>
            <w:proofErr w:type="spellStart"/>
            <w:r>
              <w:rPr>
                <w:b/>
                <w:sz w:val="20"/>
              </w:rPr>
              <w:t>usługi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asystenckie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opiekuńcze</w:t>
            </w:r>
            <w:proofErr w:type="spellEnd"/>
            <w:r>
              <w:rPr>
                <w:b/>
                <w:sz w:val="20"/>
              </w:rPr>
              <w:t xml:space="preserve">, </w:t>
            </w:r>
            <w:proofErr w:type="spellStart"/>
            <w:r>
              <w:rPr>
                <w:b/>
                <w:sz w:val="20"/>
              </w:rPr>
              <w:t>poradnictwo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specjalistyczne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5439" w:type="dxa"/>
            <w:vAlign w:val="center"/>
          </w:tcPr>
          <w:p w14:paraId="2E985809" w14:textId="77777777" w:rsidR="00CC0989" w:rsidRDefault="00CC0989"/>
        </w:tc>
      </w:tr>
    </w:tbl>
    <w:p w14:paraId="417D618D" w14:textId="77777777" w:rsidR="00CC0989" w:rsidRDefault="00CC0989">
      <w:pPr>
        <w:spacing w:after="320"/>
        <w:jc w:val="both"/>
      </w:pPr>
    </w:p>
    <w:p w14:paraId="021434C5" w14:textId="77777777" w:rsidR="00CC0989" w:rsidRDefault="00EB42E8">
      <w:pPr>
        <w:spacing w:after="120"/>
        <w:jc w:val="both"/>
      </w:pPr>
      <w:proofErr w:type="spellStart"/>
      <w:r>
        <w:rPr>
          <w:b/>
        </w:rPr>
        <w:t>Oświadczenia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kandydata</w:t>
      </w:r>
      <w:proofErr w:type="spellEnd"/>
    </w:p>
    <w:p w14:paraId="5C39152C" w14:textId="77777777" w:rsidR="00CC0989" w:rsidRDefault="00EB42E8">
      <w:pPr>
        <w:spacing w:after="80"/>
        <w:jc w:val="both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14:paraId="14EE2E41" w14:textId="77777777" w:rsidR="00CC0989" w:rsidRDefault="00EB42E8">
      <w:pPr>
        <w:spacing w:after="60"/>
        <w:ind w:left="624" w:hanging="340"/>
        <w:jc w:val="both"/>
      </w:pPr>
      <w:r>
        <w:t xml:space="preserve">a)  </w:t>
      </w:r>
      <w:proofErr w:type="spellStart"/>
      <w:r>
        <w:t>jestem</w:t>
      </w:r>
      <w:proofErr w:type="spellEnd"/>
      <w:r>
        <w:t xml:space="preserve"> </w:t>
      </w:r>
      <w:proofErr w:type="spellStart"/>
      <w:r>
        <w:t>obywatelem</w:t>
      </w:r>
      <w:proofErr w:type="spellEnd"/>
      <w:r>
        <w:t xml:space="preserve"> RP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korzystam</w:t>
      </w:r>
      <w:proofErr w:type="spellEnd"/>
      <w:r>
        <w:t xml:space="preserve"> z </w:t>
      </w:r>
      <w:proofErr w:type="spellStart"/>
      <w:r>
        <w:t>pełni</w:t>
      </w:r>
      <w:proofErr w:type="spellEnd"/>
      <w:r>
        <w:t xml:space="preserve">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publicznych</w:t>
      </w:r>
      <w:proofErr w:type="spellEnd"/>
      <w:r>
        <w:t>,</w:t>
      </w:r>
    </w:p>
    <w:p w14:paraId="107121FF" w14:textId="77777777" w:rsidR="00CC0989" w:rsidRDefault="00EB42E8">
      <w:pPr>
        <w:spacing w:after="60"/>
        <w:ind w:left="624" w:hanging="340"/>
        <w:jc w:val="both"/>
      </w:pPr>
      <w:r>
        <w:t xml:space="preserve">b)  </w:t>
      </w:r>
      <w:proofErr w:type="spellStart"/>
      <w:r>
        <w:t>nie</w:t>
      </w:r>
      <w:proofErr w:type="spellEnd"/>
      <w:r>
        <w:t xml:space="preserve"> </w:t>
      </w:r>
      <w:proofErr w:type="spellStart"/>
      <w:r>
        <w:t>reprezentuję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ani</w:t>
      </w:r>
      <w:proofErr w:type="spellEnd"/>
      <w:r>
        <w:t xml:space="preserve"> </w:t>
      </w:r>
      <w:proofErr w:type="spellStart"/>
      <w:r>
        <w:t>podmiotu</w:t>
      </w:r>
      <w:proofErr w:type="spellEnd"/>
      <w:r>
        <w:t xml:space="preserve"> </w:t>
      </w:r>
      <w:proofErr w:type="spellStart"/>
      <w:r>
        <w:t>biorącego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niniejszym</w:t>
      </w:r>
      <w:proofErr w:type="spellEnd"/>
      <w:r>
        <w:t xml:space="preserve"> </w:t>
      </w:r>
      <w:proofErr w:type="spellStart"/>
      <w:r>
        <w:t>konkursie</w:t>
      </w:r>
      <w:proofErr w:type="spellEnd"/>
      <w:r>
        <w:t xml:space="preserve"> </w:t>
      </w:r>
      <w:proofErr w:type="spellStart"/>
      <w:r>
        <w:t>ofert</w:t>
      </w:r>
      <w:proofErr w:type="spellEnd"/>
      <w:r>
        <w:t>,</w:t>
      </w:r>
    </w:p>
    <w:p w14:paraId="5F31F7D2" w14:textId="77777777" w:rsidR="00CC0989" w:rsidRDefault="00EB42E8">
      <w:pPr>
        <w:spacing w:after="60"/>
        <w:ind w:left="624" w:hanging="340"/>
        <w:jc w:val="both"/>
      </w:pPr>
      <w:r>
        <w:t xml:space="preserve">c) 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pozostaję</w:t>
      </w:r>
      <w:proofErr w:type="spellEnd"/>
      <w:r>
        <w:t xml:space="preserve"> </w:t>
      </w:r>
      <w:proofErr w:type="spellStart"/>
      <w:r>
        <w:t>wobec</w:t>
      </w:r>
      <w:proofErr w:type="spellEnd"/>
      <w:r>
        <w:t xml:space="preserve"> </w:t>
      </w:r>
      <w:proofErr w:type="spellStart"/>
      <w:r>
        <w:t>oferentów</w:t>
      </w:r>
      <w:proofErr w:type="spellEnd"/>
      <w:r>
        <w:t xml:space="preserve"> </w:t>
      </w:r>
      <w:proofErr w:type="spellStart"/>
      <w:r>
        <w:t>biorących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 w </w:t>
      </w:r>
      <w:proofErr w:type="spellStart"/>
      <w:r>
        <w:t>takim</w:t>
      </w:r>
      <w:proofErr w:type="spellEnd"/>
      <w:r>
        <w:t xml:space="preserve"> </w:t>
      </w:r>
      <w:proofErr w:type="spellStart"/>
      <w:r>
        <w:t>stosunku</w:t>
      </w:r>
      <w:proofErr w:type="spellEnd"/>
      <w:r>
        <w:t xml:space="preserve"> </w:t>
      </w:r>
      <w:proofErr w:type="spellStart"/>
      <w:r>
        <w:t>prawnym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 xml:space="preserve">, </w:t>
      </w:r>
      <w:proofErr w:type="spellStart"/>
      <w:r>
        <w:t>który</w:t>
      </w:r>
      <w:proofErr w:type="spellEnd"/>
      <w:r>
        <w:t xml:space="preserve"> </w:t>
      </w:r>
      <w:proofErr w:type="spellStart"/>
      <w:r>
        <w:t>mógłby</w:t>
      </w:r>
      <w:proofErr w:type="spellEnd"/>
      <w:r>
        <w:t xml:space="preserve"> </w:t>
      </w:r>
      <w:proofErr w:type="spellStart"/>
      <w:r>
        <w:t>budzić</w:t>
      </w:r>
      <w:proofErr w:type="spellEnd"/>
      <w:r>
        <w:t xml:space="preserve"> </w:t>
      </w:r>
      <w:proofErr w:type="spellStart"/>
      <w:r>
        <w:t>uzasadnione</w:t>
      </w:r>
      <w:proofErr w:type="spellEnd"/>
      <w:r>
        <w:t xml:space="preserve"> </w:t>
      </w:r>
      <w:proofErr w:type="spellStart"/>
      <w:r>
        <w:t>wątpliwoś</w:t>
      </w:r>
      <w:r>
        <w:t>ci</w:t>
      </w:r>
      <w:proofErr w:type="spellEnd"/>
      <w:r>
        <w:t xml:space="preserve"> co do </w:t>
      </w:r>
      <w:proofErr w:type="spellStart"/>
      <w:r>
        <w:t>mojej</w:t>
      </w:r>
      <w:proofErr w:type="spellEnd"/>
      <w:r>
        <w:t xml:space="preserve"> </w:t>
      </w:r>
      <w:proofErr w:type="spellStart"/>
      <w:r>
        <w:t>bezstronności</w:t>
      </w:r>
      <w:proofErr w:type="spellEnd"/>
      <w:r>
        <w:t>,</w:t>
      </w:r>
    </w:p>
    <w:p w14:paraId="1AFD185F" w14:textId="77777777" w:rsidR="00CC0989" w:rsidRDefault="00EB42E8">
      <w:pPr>
        <w:spacing w:after="60"/>
        <w:ind w:left="624" w:hanging="340"/>
        <w:jc w:val="both"/>
      </w:pPr>
      <w:r>
        <w:t xml:space="preserve">d)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moich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potrzeby</w:t>
      </w:r>
      <w:proofErr w:type="spellEnd"/>
      <w:r>
        <w:t xml:space="preserve"> </w:t>
      </w:r>
      <w:proofErr w:type="spellStart"/>
      <w:r>
        <w:t>naboru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prac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</w:t>
      </w:r>
      <w:proofErr w:type="spellStart"/>
      <w:r>
        <w:t>Konkursowej</w:t>
      </w:r>
      <w:proofErr w:type="spellEnd"/>
      <w:r>
        <w:t>,</w:t>
      </w:r>
    </w:p>
    <w:p w14:paraId="7A9CA942" w14:textId="77777777" w:rsidR="00CC0989" w:rsidRDefault="00EB42E8">
      <w:pPr>
        <w:spacing w:after="60"/>
        <w:ind w:left="624" w:hanging="340"/>
        <w:jc w:val="both"/>
      </w:pPr>
      <w:r>
        <w:t xml:space="preserve">e)  </w:t>
      </w: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zgłoszenie</w:t>
      </w:r>
      <w:proofErr w:type="spellEnd"/>
      <w:r>
        <w:t xml:space="preserve"> </w:t>
      </w:r>
      <w:proofErr w:type="spellStart"/>
      <w:r>
        <w:t>mojej</w:t>
      </w:r>
      <w:proofErr w:type="spellEnd"/>
      <w:r>
        <w:t xml:space="preserve"> </w:t>
      </w:r>
      <w:proofErr w:type="spellStart"/>
      <w:r>
        <w:t>kandydatury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członka</w:t>
      </w:r>
      <w:proofErr w:type="spellEnd"/>
      <w:r>
        <w:t xml:space="preserve"> </w:t>
      </w:r>
      <w:proofErr w:type="spellStart"/>
      <w:r>
        <w:t>Komisji</w:t>
      </w:r>
      <w:proofErr w:type="spellEnd"/>
      <w:r>
        <w:t xml:space="preserve"> </w:t>
      </w:r>
      <w:proofErr w:type="spellStart"/>
      <w:r>
        <w:t>Konkursowej</w:t>
      </w:r>
      <w:proofErr w:type="spellEnd"/>
      <w:r>
        <w:t>.</w:t>
      </w:r>
    </w:p>
    <w:p w14:paraId="67164462" w14:textId="77777777" w:rsidR="00CC0989" w:rsidRDefault="00CC0989">
      <w:pPr>
        <w:spacing w:after="800"/>
        <w:jc w:val="both"/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4819"/>
        <w:gridCol w:w="4820"/>
      </w:tblGrid>
      <w:tr w:rsidR="00CC0989" w14:paraId="56E4F669" w14:textId="77777777">
        <w:tc>
          <w:tcPr>
            <w:tcW w:w="4819" w:type="dxa"/>
          </w:tcPr>
          <w:p w14:paraId="5C4A43BC" w14:textId="77777777" w:rsidR="00CC0989" w:rsidRDefault="00EB42E8">
            <w:pPr>
              <w:jc w:val="center"/>
            </w:pPr>
            <w:r>
              <w:rPr>
                <w:sz w:val="20"/>
              </w:rPr>
              <w:t>……………………………………………………</w:t>
            </w:r>
          </w:p>
        </w:tc>
        <w:tc>
          <w:tcPr>
            <w:tcW w:w="4820" w:type="dxa"/>
          </w:tcPr>
          <w:p w14:paraId="28155EDC" w14:textId="77777777" w:rsidR="00CC0989" w:rsidRDefault="00EB42E8">
            <w:pPr>
              <w:jc w:val="center"/>
            </w:pPr>
            <w:r>
              <w:rPr>
                <w:sz w:val="20"/>
              </w:rPr>
              <w:t>……………………………………………</w:t>
            </w:r>
            <w:r>
              <w:rPr>
                <w:sz w:val="20"/>
              </w:rPr>
              <w:t>………</w:t>
            </w:r>
          </w:p>
        </w:tc>
      </w:tr>
      <w:tr w:rsidR="00CC0989" w14:paraId="5B82E542" w14:textId="77777777">
        <w:tc>
          <w:tcPr>
            <w:tcW w:w="4819" w:type="dxa"/>
          </w:tcPr>
          <w:p w14:paraId="28CE07D7" w14:textId="77777777" w:rsidR="00CC0989" w:rsidRDefault="00EB42E8">
            <w:pPr>
              <w:jc w:val="center"/>
            </w:pPr>
            <w:r>
              <w:rPr>
                <w:sz w:val="18"/>
              </w:rPr>
              <w:t xml:space="preserve">(data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kandydata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4820" w:type="dxa"/>
          </w:tcPr>
          <w:p w14:paraId="030F99F4" w14:textId="77777777" w:rsidR="00CC0989" w:rsidRDefault="00EB42E8">
            <w:pPr>
              <w:jc w:val="center"/>
            </w:pPr>
            <w:r>
              <w:rPr>
                <w:sz w:val="18"/>
              </w:rPr>
              <w:t xml:space="preserve">(data, </w:t>
            </w:r>
            <w:proofErr w:type="spellStart"/>
            <w:r>
              <w:rPr>
                <w:sz w:val="18"/>
              </w:rPr>
              <w:t>pieczęć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podpisy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osób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upoważnionych</w:t>
            </w:r>
            <w:proofErr w:type="spellEnd"/>
          </w:p>
          <w:p w14:paraId="0891C6C3" w14:textId="77777777" w:rsidR="00CC0989" w:rsidRDefault="00EB42E8">
            <w:pPr>
              <w:jc w:val="center"/>
            </w:pPr>
            <w:r>
              <w:rPr>
                <w:sz w:val="18"/>
              </w:rPr>
              <w:t xml:space="preserve">do </w:t>
            </w:r>
            <w:proofErr w:type="spellStart"/>
            <w:r>
              <w:rPr>
                <w:sz w:val="18"/>
              </w:rPr>
              <w:t>reprezentowania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organizacji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zgłaszającej</w:t>
            </w:r>
            <w:proofErr w:type="spellEnd"/>
            <w:r>
              <w:rPr>
                <w:sz w:val="18"/>
              </w:rPr>
              <w:t>)</w:t>
            </w:r>
          </w:p>
        </w:tc>
      </w:tr>
    </w:tbl>
    <w:p w14:paraId="47A1EB36" w14:textId="77777777" w:rsidR="00277048" w:rsidRDefault="00277048"/>
    <w:sectPr w:rsidR="00277048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77048"/>
    <w:rsid w:val="0029639D"/>
    <w:rsid w:val="00326F90"/>
    <w:rsid w:val="00347926"/>
    <w:rsid w:val="00AA1D8D"/>
    <w:rsid w:val="00AC28F4"/>
    <w:rsid w:val="00B47730"/>
    <w:rsid w:val="00CB0664"/>
    <w:rsid w:val="00CC0989"/>
    <w:rsid w:val="00EB42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05439F"/>
  <w14:defaultImageDpi w14:val="300"/>
  <w15:docId w15:val="{D2F25DCA-7889-403C-ACA1-A1FEED4B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B42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42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0C9CB6-F6C8-48DE-B5FA-628197DDD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Izabela Malec</cp:lastModifiedBy>
  <cp:revision>2</cp:revision>
  <cp:lastPrinted>2026-10-12T09:46:00Z</cp:lastPrinted>
  <dcterms:created xsi:type="dcterms:W3CDTF">2026-10-12T09:47:00Z</dcterms:created>
  <dcterms:modified xsi:type="dcterms:W3CDTF">2026-10-12T09:47:00Z</dcterms:modified>
  <cp:category/>
</cp:coreProperties>
</file>