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6"/>
        </w:rPr>
        <w:t>Załącznik nr 5 do Regulaminu rekrutacji i uczestnictwa</w:t>
      </w:r>
    </w:p>
    <w:p>
      <w:pPr>
        <w:jc w:val="center"/>
      </w:pPr>
      <w:r>
        <w:rPr>
          <w:b/>
          <w:sz w:val="28"/>
        </w:rPr>
        <w:t>KARTA DANYCH UCZESTNIKA – CST2021 / SM EFS</w:t>
      </w:r>
    </w:p>
    <w:p>
      <w:pPr>
        <w:jc w:val="center"/>
      </w:pPr>
      <w:r>
        <w:rPr>
          <w:b/>
          <w:sz w:val="20"/>
        </w:rPr>
        <w:t>Projekt „RAZEM DLA BEZPIECZEŃSTWA”</w:t>
        <w:br/>
        <w:t>Nr projektu: FEOP.06.08-IZ.00-0007/25</w:t>
      </w:r>
    </w:p>
    <w:p>
      <w:pPr>
        <w:spacing w:before="60" w:after="60"/>
      </w:pPr>
      <w:r>
        <w:rPr>
          <w:b/>
        </w:rPr>
        <w:t>Kartę uzupełnia pracownik projektu na podstawie informacji przekazanych przez uczestnika albo rodzica/opiekuna prawnego oraz dostępnych dokumentów. Uczestnik nie wypełnia samodzielnie części technicznej i nie musi znać nazw kategorii używanych w systemie CST2021.</w:t>
      </w:r>
    </w:p>
    <w:p>
      <w:pPr>
        <w:spacing w:before="120" w:after="60"/>
      </w:pPr>
      <w:r>
        <w:rPr>
          <w:b/>
          <w:sz w:val="21"/>
        </w:rPr>
        <w:t>I. DANE PODSTAWOWE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Imię (imiona)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Nazwisko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PESEL / numer dokumentu, jeżeli brak PESEL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Data urodzenia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Obywatelstwo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Adres zamieszkania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Miejscowość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Kod pocztowy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Gmina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Powiat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Telefon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E-mail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20" w:after="60"/>
      </w:pPr>
      <w:r>
        <w:rPr>
          <w:b/>
          <w:sz w:val="21"/>
        </w:rPr>
        <w:t>II. NAUKA I PRACA</w:t>
      </w:r>
    </w:p>
    <w:p>
      <w:r>
        <w:t>Czy uczestnik uczy się?  □ TAK  □ NIE</w:t>
      </w:r>
    </w:p>
    <w:p>
      <w:r>
        <w:t>Jeżeli TAK – nazwa szkoły / placówki: ................................................................................................</w:t>
      </w:r>
    </w:p>
    <w:p>
      <w:r>
        <w:t>Czy uczestnik pracuje?  □ TAK  □ NIE</w:t>
      </w:r>
    </w:p>
    <w:p>
      <w:r>
        <w:t>Jeżeli TAK – nazwa i adres pracodawcy / działalności: ........................................................................</w:t>
      </w:r>
    </w:p>
    <w:p>
      <w:r>
        <w:t>Czy uczestnik jest osobą bezrobotną?  □ TAK  □ NIE</w:t>
      </w:r>
    </w:p>
    <w:p>
      <w:r>
        <w:t>Czy uczestnik pozostaje bez pracy i nie szuka pracy / nie może podjąć pracy?  □ TAK  □ NIE</w:t>
      </w:r>
    </w:p>
    <w:p>
      <w:pPr>
        <w:spacing w:before="120" w:after="60"/>
      </w:pPr>
      <w:r>
        <w:rPr>
          <w:b/>
          <w:sz w:val="21"/>
        </w:rPr>
        <w:t>III. INFORMACJE DODATKOWE</w:t>
      </w:r>
    </w:p>
    <w:p>
      <w:pPr>
        <w:spacing w:before="60" w:after="60"/>
      </w:pPr>
      <w:r>
        <w:rPr>
          <w:i/>
          <w:sz w:val="17"/>
        </w:rPr>
        <w:t>Pracownik zadaje pytania w zwykłym języku i zaznacza odpowiednią kategorię systemową. Przy pytaniach, przy których system dopuszcza odmowę, uczestnik może odmówić odpowiedzi.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Osoba obcego pochodzenia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  □ ODMOWA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Osoba będąca obywatelem państwa spoza UE (kategoria „osoba państwa trzeciego”)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  □ ODMOWA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Osoba należąca do mniejszości narodowej lub etnicznej, w tym społeczności marginalizowanej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  □ ODMOWA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Osoba bezdomna lub mająca trudność z dostępem do stałego mieszkania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Osoba z niepełnosprawnością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  □ ODMOWA</w:t>
            </w:r>
          </w:p>
        </w:tc>
      </w:tr>
    </w:tbl>
    <w:p>
      <w:pPr>
        <w:spacing w:before="120" w:after="60"/>
      </w:pPr>
      <w:r>
        <w:rPr>
          <w:b/>
        </w:rPr>
        <w:t>IV. CZĘŚĆ TECHNICZNA – WYPEŁNIA WYŁĄCZNIE PERSONEL PROJEKTU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Płeć – zgodnie z zakresem systemu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Wiek w chwili przystąpienia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Wykształcenie – kategoria systemowa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Status na rynku pracy – kategoria systemowa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t>Typ obszaru (DEGURBA) – ustala personel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OSI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Obszar wiejski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Data rozpoczęcia udziału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Rodzaj przyznanego wsparcia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Data zakończenia udziału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Sytuacja w momencie zakończenia udziału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Zakończenie zgodnie ze ścieżką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 □ NIE</w:t>
            </w:r>
          </w:p>
        </w:tc>
      </w:tr>
    </w:tbl>
    <w:p>
      <w:r>
        <w:t>Dane przekazał/a: □ uczestnik   □ rodzic/opiekun prawny   □ ustalono na podstawie dokumentów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podpis uczestnika / rodzica / opiekuna prawnego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4" w:right="850" w:bottom="794" w:left="850" w:header="0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  <w:jc w:val="center"/>
    </w:pPr>
    <w:r>
      <w:rPr>
        <w:rFonts w:ascii="Arial" w:hAnsi="Arial"/>
        <w:i/>
        <w:color w:val="646464"/>
        <w:sz w:val="15"/>
      </w:rPr>
      <w:t>Projekt: „RAZEM DLA BEZPIECZEŃSTWA”</w:t>
    </w:r>
  </w:p>
  <w:p>
    <w:pPr>
      <w:spacing w:after="0" w:before="0"/>
      <w:jc w:val="center"/>
    </w:pPr>
    <w:r>
      <w:rPr>
        <w:rFonts w:ascii="Arial" w:hAnsi="Arial"/>
        <w:b/>
        <w:i/>
        <w:color w:val="646464"/>
        <w:sz w:val="15"/>
      </w:rPr>
      <w:t>Nr umowy o dofinansowanie: FEOP.06.08-IZ.00-0007/25 z dnia 23.07.2026 r.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realizowany przez Spółdzielnię Socjalną „Parasol” w partnerstwie z Gminą Prudnik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ze środków Europejskiego Funduszu Społecznego Plus w ramach Funduszy Europejskich dla Opolskiego 2021-2027,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w ramach działania 6. Fundusze europejskie wspierające włączenie społeczne w opolskim.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6.8 Profilaktyka zachowań społecznych dzieci i młodzieży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99048" cy="7897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048" cy="7897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