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2ACF7" w14:textId="77777777" w:rsidR="00034564" w:rsidRPr="00C05DC3" w:rsidRDefault="00000000">
      <w:pPr>
        <w:jc w:val="center"/>
        <w:rPr>
          <w:lang w:val="pl-PL"/>
        </w:rPr>
      </w:pPr>
      <w:r w:rsidRPr="00C05DC3">
        <w:rPr>
          <w:b/>
          <w:sz w:val="32"/>
          <w:lang w:val="pl-PL"/>
        </w:rPr>
        <w:t>ZAŁĄCZNIK NR 1</w:t>
      </w:r>
    </w:p>
    <w:p w14:paraId="55A2256B" w14:textId="77777777" w:rsidR="00034564" w:rsidRPr="00C05DC3" w:rsidRDefault="00000000">
      <w:pPr>
        <w:jc w:val="center"/>
        <w:rPr>
          <w:lang w:val="pl-PL"/>
        </w:rPr>
      </w:pPr>
      <w:r w:rsidRPr="00C05DC3">
        <w:rPr>
          <w:b/>
          <w:sz w:val="24"/>
          <w:lang w:val="pl-PL"/>
        </w:rPr>
        <w:t>FORMULARZ ZGŁOSZENIOWY</w:t>
      </w:r>
    </w:p>
    <w:p w14:paraId="488261B9" w14:textId="77777777" w:rsidR="00034564" w:rsidRPr="00C05DC3" w:rsidRDefault="00000000" w:rsidP="00C05DC3">
      <w:pPr>
        <w:spacing w:after="0"/>
        <w:jc w:val="center"/>
        <w:rPr>
          <w:lang w:val="pl-PL"/>
        </w:rPr>
      </w:pPr>
      <w:r w:rsidRPr="00C05DC3">
        <w:rPr>
          <w:lang w:val="pl-PL"/>
        </w:rPr>
        <w:t>do konkursu „Bezpieczeństwo ma pierwszeństwo”</w:t>
      </w:r>
    </w:p>
    <w:p w14:paraId="4CEBC69B" w14:textId="77777777" w:rsidR="00034564" w:rsidRPr="00C05DC3" w:rsidRDefault="00000000">
      <w:pPr>
        <w:pStyle w:val="Nagwek1"/>
        <w:rPr>
          <w:lang w:val="pl-PL"/>
        </w:rPr>
      </w:pPr>
      <w:r w:rsidRPr="00C05DC3">
        <w:rPr>
          <w:lang w:val="pl-PL"/>
        </w:rPr>
        <w:t>1. Dane szkoły</w:t>
      </w:r>
    </w:p>
    <w:p w14:paraId="0C2EFE54" w14:textId="77777777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Nazwa szkoły: ______________________________________________</w:t>
      </w:r>
    </w:p>
    <w:p w14:paraId="01DFA414" w14:textId="77777777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Adres szkoły: _________________________________________________</w:t>
      </w:r>
    </w:p>
    <w:p w14:paraId="7BA63248" w14:textId="77777777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Telefon/e-mail szkoły: ________________________________________</w:t>
      </w:r>
    </w:p>
    <w:p w14:paraId="31E3FC01" w14:textId="77777777" w:rsidR="00034564" w:rsidRPr="00C05DC3" w:rsidRDefault="00000000">
      <w:pPr>
        <w:pStyle w:val="Nagwek1"/>
        <w:rPr>
          <w:lang w:val="pl-PL"/>
        </w:rPr>
      </w:pPr>
      <w:r w:rsidRPr="00C05DC3">
        <w:rPr>
          <w:lang w:val="pl-PL"/>
        </w:rPr>
        <w:t>2. Dane klasy</w:t>
      </w:r>
    </w:p>
    <w:p w14:paraId="4E290E90" w14:textId="77777777" w:rsid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Klasa: ____________________</w:t>
      </w:r>
    </w:p>
    <w:p w14:paraId="124788E9" w14:textId="18207CD0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Liczba uczniów biorących udział w przygotowaniu pracy: ____________________</w:t>
      </w:r>
    </w:p>
    <w:p w14:paraId="5D5BFE40" w14:textId="77777777" w:rsidR="00034564" w:rsidRPr="00C05DC3" w:rsidRDefault="00000000">
      <w:pPr>
        <w:pStyle w:val="Nagwek1"/>
        <w:rPr>
          <w:lang w:val="pl-PL"/>
        </w:rPr>
      </w:pPr>
      <w:r w:rsidRPr="00C05DC3">
        <w:rPr>
          <w:lang w:val="pl-PL"/>
        </w:rPr>
        <w:t>3. Dane nauczyciela/opiekuna</w:t>
      </w:r>
    </w:p>
    <w:p w14:paraId="2D35D284" w14:textId="77777777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Imię i nazwisko: _____________________________________________</w:t>
      </w:r>
      <w:r w:rsidRPr="00C05DC3">
        <w:rPr>
          <w:lang w:val="pl-PL"/>
        </w:rPr>
        <w:br/>
        <w:t>Telefon/e-mail: ______________________________________________</w:t>
      </w:r>
    </w:p>
    <w:p w14:paraId="04D9CFB3" w14:textId="77777777" w:rsidR="00034564" w:rsidRDefault="00000000">
      <w:pPr>
        <w:pStyle w:val="Nagwek1"/>
      </w:pPr>
      <w:r>
        <w:t>4. Praca konkursowa</w:t>
      </w:r>
    </w:p>
    <w:p w14:paraId="3301ACEB" w14:textId="77777777" w:rsidR="00034564" w:rsidRDefault="00000000">
      <w:pPr>
        <w:spacing w:after="120"/>
      </w:pPr>
      <w:r>
        <w:t>Wybrany temat:</w:t>
      </w:r>
    </w:p>
    <w:p w14:paraId="62537143" w14:textId="77777777" w:rsidR="00034564" w:rsidRDefault="00000000">
      <w:pPr>
        <w:pStyle w:val="Listapunktowana"/>
      </w:pPr>
      <w:r>
        <w:t>☐ „Jestem widoczny, jestem bezpieczny”</w:t>
      </w:r>
    </w:p>
    <w:p w14:paraId="362CF287" w14:textId="77777777" w:rsidR="00034564" w:rsidRPr="00C05DC3" w:rsidRDefault="00000000">
      <w:pPr>
        <w:pStyle w:val="Listapunktowana"/>
        <w:rPr>
          <w:lang w:val="pl-PL"/>
        </w:rPr>
      </w:pPr>
      <w:r w:rsidRPr="00C05DC3">
        <w:rPr>
          <w:lang w:val="pl-PL"/>
        </w:rPr>
        <w:t>☐ „Maluch na pasach, czyli jak poruszać się na przejściu dla pieszych”</w:t>
      </w:r>
    </w:p>
    <w:p w14:paraId="7561010D" w14:textId="77777777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Tytuł pracy: __________________________________________________</w:t>
      </w:r>
      <w:r w:rsidRPr="00C05DC3">
        <w:rPr>
          <w:lang w:val="pl-PL"/>
        </w:rPr>
        <w:br/>
        <w:t>Forma pracy: ____________________________________________________</w:t>
      </w:r>
      <w:r w:rsidRPr="00C05DC3">
        <w:rPr>
          <w:lang w:val="pl-PL"/>
        </w:rPr>
        <w:br/>
        <w:t>Długość nagrania: _______________________________________________</w:t>
      </w:r>
    </w:p>
    <w:p w14:paraId="25725206" w14:textId="77777777" w:rsidR="00034564" w:rsidRDefault="00000000">
      <w:pPr>
        <w:pStyle w:val="Nagwek1"/>
      </w:pPr>
      <w:r>
        <w:t>5. Oświadczenia</w:t>
      </w:r>
    </w:p>
    <w:p w14:paraId="2DC1853A" w14:textId="77777777" w:rsidR="00034564" w:rsidRPr="00C05DC3" w:rsidRDefault="00000000">
      <w:pPr>
        <w:pStyle w:val="Listapunktowana"/>
        <w:rPr>
          <w:lang w:val="pl-PL"/>
        </w:rPr>
      </w:pPr>
      <w:r w:rsidRPr="00C05DC3">
        <w:rPr>
          <w:lang w:val="pl-PL"/>
        </w:rPr>
        <w:t>zapoznałem/</w:t>
      </w:r>
      <w:proofErr w:type="spellStart"/>
      <w:r w:rsidRPr="00C05DC3">
        <w:rPr>
          <w:lang w:val="pl-PL"/>
        </w:rPr>
        <w:t>am</w:t>
      </w:r>
      <w:proofErr w:type="spellEnd"/>
      <w:r w:rsidRPr="00C05DC3">
        <w:rPr>
          <w:lang w:val="pl-PL"/>
        </w:rPr>
        <w:t xml:space="preserve"> się z Regulaminem Konkursu „Bezpieczeństwo ma pierwszeństwo” i akceptuję jego postanowienia;</w:t>
      </w:r>
    </w:p>
    <w:p w14:paraId="7420BBC3" w14:textId="77777777" w:rsidR="00034564" w:rsidRPr="00C05DC3" w:rsidRDefault="00000000">
      <w:pPr>
        <w:pStyle w:val="Listapunktowana"/>
        <w:rPr>
          <w:lang w:val="pl-PL"/>
        </w:rPr>
      </w:pPr>
      <w:r w:rsidRPr="00C05DC3">
        <w:rPr>
          <w:lang w:val="pl-PL"/>
        </w:rPr>
        <w:t>zgłoszona praca została przygotowana przez uczniów wskazanej powyżej klasy;</w:t>
      </w:r>
    </w:p>
    <w:p w14:paraId="26D022CD" w14:textId="77777777" w:rsidR="00034564" w:rsidRPr="00C05DC3" w:rsidRDefault="00000000">
      <w:pPr>
        <w:pStyle w:val="Listapunktowana"/>
        <w:rPr>
          <w:lang w:val="pl-PL"/>
        </w:rPr>
      </w:pPr>
      <w:r w:rsidRPr="00C05DC3">
        <w:rPr>
          <w:lang w:val="pl-PL"/>
        </w:rPr>
        <w:t>posiadam wymagane zgody rodziców/opiekunów prawnych uczniów, których wizerunek lub głos został wykorzystany w nagraniu;</w:t>
      </w:r>
    </w:p>
    <w:p w14:paraId="19D3C8CC" w14:textId="77777777" w:rsidR="00034564" w:rsidRPr="00C05DC3" w:rsidRDefault="00000000">
      <w:pPr>
        <w:pStyle w:val="Listapunktowana"/>
        <w:rPr>
          <w:lang w:val="pl-PL"/>
        </w:rPr>
      </w:pPr>
      <w:r w:rsidRPr="00C05DC3">
        <w:rPr>
          <w:lang w:val="pl-PL"/>
        </w:rPr>
        <w:t>zgłoszona praca nie narusza praw osób trzecich;</w:t>
      </w:r>
    </w:p>
    <w:p w14:paraId="6CCB0808" w14:textId="77777777" w:rsidR="00034564" w:rsidRPr="00C05DC3" w:rsidRDefault="00000000">
      <w:pPr>
        <w:pStyle w:val="Listapunktowana"/>
        <w:rPr>
          <w:lang w:val="pl-PL"/>
        </w:rPr>
      </w:pPr>
      <w:r w:rsidRPr="00C05DC3">
        <w:rPr>
          <w:lang w:val="pl-PL"/>
        </w:rPr>
        <w:t>wszystkie informacje zawarte w niniejszym formularzu są prawdziwe.</w:t>
      </w:r>
    </w:p>
    <w:p w14:paraId="44001783" w14:textId="77777777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Miejscowość i data: ____________________________________________</w:t>
      </w:r>
    </w:p>
    <w:p w14:paraId="5292D920" w14:textId="77777777" w:rsidR="00034564" w:rsidRPr="00C05DC3" w:rsidRDefault="00000000">
      <w:pPr>
        <w:spacing w:after="120"/>
        <w:rPr>
          <w:lang w:val="pl-PL"/>
        </w:rPr>
      </w:pPr>
      <w:r w:rsidRPr="00C05DC3">
        <w:rPr>
          <w:lang w:val="pl-PL"/>
        </w:rPr>
        <w:t>Podpis nauczyciela/opiekuna zgłaszającego pracę: ______________________________</w:t>
      </w:r>
    </w:p>
    <w:p w14:paraId="2852FC95" w14:textId="77777777" w:rsidR="00C05DC3" w:rsidRDefault="00C05DC3">
      <w:pPr>
        <w:spacing w:after="120"/>
      </w:pPr>
    </w:p>
    <w:p w14:paraId="66A086FA" w14:textId="2D978195" w:rsidR="00034564" w:rsidRDefault="00000000">
      <w:pPr>
        <w:spacing w:after="120"/>
      </w:pPr>
      <w:r w:rsidRPr="00C05DC3">
        <w:rPr>
          <w:lang w:val="pl-PL"/>
        </w:rPr>
        <w:t>Pieczęć szkoły</w:t>
      </w:r>
      <w:r>
        <w:t>: _______________________________________________</w:t>
      </w:r>
    </w:p>
    <w:sectPr w:rsidR="00034564" w:rsidSect="00C05DC3">
      <w:footerReference w:type="default" r:id="rId8"/>
      <w:pgSz w:w="12240" w:h="15840"/>
      <w:pgMar w:top="85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93AFC" w14:textId="77777777" w:rsidR="001F4274" w:rsidRDefault="001F4274">
      <w:pPr>
        <w:spacing w:after="0" w:line="240" w:lineRule="auto"/>
      </w:pPr>
      <w:r>
        <w:separator/>
      </w:r>
    </w:p>
  </w:endnote>
  <w:endnote w:type="continuationSeparator" w:id="0">
    <w:p w14:paraId="4AAD0079" w14:textId="77777777" w:rsidR="001F4274" w:rsidRDefault="001F4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620B" w14:textId="77777777" w:rsidR="00034564" w:rsidRDefault="00000000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C05DC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82DD" w14:textId="77777777" w:rsidR="001F4274" w:rsidRDefault="001F4274">
      <w:pPr>
        <w:spacing w:after="0" w:line="240" w:lineRule="auto"/>
      </w:pPr>
      <w:r>
        <w:separator/>
      </w:r>
    </w:p>
  </w:footnote>
  <w:footnote w:type="continuationSeparator" w:id="0">
    <w:p w14:paraId="65A1417E" w14:textId="77777777" w:rsidR="001F4274" w:rsidRDefault="001F42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0316573">
    <w:abstractNumId w:val="8"/>
  </w:num>
  <w:num w:numId="2" w16cid:durableId="1201279921">
    <w:abstractNumId w:val="6"/>
  </w:num>
  <w:num w:numId="3" w16cid:durableId="1773862951">
    <w:abstractNumId w:val="5"/>
  </w:num>
  <w:num w:numId="4" w16cid:durableId="810437230">
    <w:abstractNumId w:val="4"/>
  </w:num>
  <w:num w:numId="5" w16cid:durableId="826945981">
    <w:abstractNumId w:val="7"/>
  </w:num>
  <w:num w:numId="6" w16cid:durableId="1921870491">
    <w:abstractNumId w:val="3"/>
  </w:num>
  <w:num w:numId="7" w16cid:durableId="964501992">
    <w:abstractNumId w:val="2"/>
  </w:num>
  <w:num w:numId="8" w16cid:durableId="494877179">
    <w:abstractNumId w:val="1"/>
  </w:num>
  <w:num w:numId="9" w16cid:durableId="44415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564"/>
    <w:rsid w:val="00034616"/>
    <w:rsid w:val="0006063C"/>
    <w:rsid w:val="0015074B"/>
    <w:rsid w:val="001F4274"/>
    <w:rsid w:val="0029639D"/>
    <w:rsid w:val="00326F90"/>
    <w:rsid w:val="00AA1D8D"/>
    <w:rsid w:val="00B47730"/>
    <w:rsid w:val="00C05DC3"/>
    <w:rsid w:val="00CB0664"/>
    <w:rsid w:val="00FC15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38653"/>
  <w14:defaultImageDpi w14:val="300"/>
  <w15:docId w15:val="{0E87B317-138A-460C-AE93-252B4009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Klaudia Pełszyk</cp:lastModifiedBy>
  <cp:revision>2</cp:revision>
  <dcterms:created xsi:type="dcterms:W3CDTF">2013-12-23T23:15:00Z</dcterms:created>
  <dcterms:modified xsi:type="dcterms:W3CDTF">2026-09-22T10:06:00Z</dcterms:modified>
  <cp:category/>
</cp:coreProperties>
</file>