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ABF79" w14:textId="77777777" w:rsidR="00A252FA" w:rsidRDefault="00000000">
      <w:pPr>
        <w:pStyle w:val="SmallCustom"/>
        <w:rPr>
          <w:rFonts w:hint="eastAsia"/>
        </w:rPr>
      </w:pPr>
      <w:r>
        <w:rPr>
          <w:b/>
        </w:rPr>
        <w:t>ZAŁĄCZNIK NR 6  /  DOKUMENTY REKRUTACYJNE</w:t>
      </w:r>
    </w:p>
    <w:p w14:paraId="5FC043BF" w14:textId="77777777" w:rsidR="00A252FA" w:rsidRDefault="00000000">
      <w:pPr>
        <w:pStyle w:val="TitleCustom"/>
        <w:rPr>
          <w:rFonts w:hint="eastAsia"/>
        </w:rPr>
      </w:pPr>
      <w:r>
        <w:t>Wskazanie osoby do kontaktu</w:t>
      </w:r>
    </w:p>
    <w:p w14:paraId="6DF3D877" w14:textId="77777777" w:rsidR="00A252FA" w:rsidRDefault="00000000">
      <w:pPr>
        <w:pStyle w:val="SmallCustom"/>
        <w:rPr>
          <w:rFonts w:hint="eastAsia"/>
        </w:rPr>
      </w:pPr>
      <w:r>
        <w:t>Oświadczenie dobrowolne – kontakt w sytuacji nagłej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6406"/>
      </w:tblGrid>
      <w:tr w:rsidR="00A252FA" w14:paraId="3936130A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3EC44484" w14:textId="77777777" w:rsidR="00A252FA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Imię i nazwisko seniora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0A855C64" w14:textId="77777777" w:rsidR="00A252FA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  <w:tr w:rsidR="00A252FA" w14:paraId="4ADE0EE6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6A852EA3" w14:textId="77777777" w:rsidR="00A252FA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PESEL (w przypadku braku – dane dokumentu)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125B1269" w14:textId="77777777" w:rsidR="00A252FA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</w:tbl>
    <w:p w14:paraId="43EE75B5" w14:textId="77777777" w:rsidR="00A252FA" w:rsidRDefault="00A252FA">
      <w:pPr>
        <w:spacing w:after="0"/>
        <w:rPr>
          <w:rFonts w:hint="eastAsia"/>
        </w:rPr>
      </w:pPr>
    </w:p>
    <w:p w14:paraId="2E2666AA" w14:textId="77777777" w:rsidR="00A252FA" w:rsidRDefault="00000000">
      <w:pPr>
        <w:rPr>
          <w:rFonts w:hint="eastAsia"/>
        </w:rPr>
      </w:pPr>
      <w:r>
        <w:t>Wskazanie osoby do kontaktu jest dobrowolne. Niewskazanie takiej osoby nie stanowi podstawy do odmowy kwalifikacji do programu.</w:t>
      </w:r>
    </w:p>
    <w:p w14:paraId="123D4D4B" w14:textId="77777777" w:rsidR="00A252FA" w:rsidRDefault="00000000">
      <w:pPr>
        <w:rPr>
          <w:rFonts w:hint="eastAsia"/>
        </w:rPr>
      </w:pPr>
      <w:r>
        <w:rPr>
          <w:b/>
        </w:rPr>
        <w:t>Wskazuję następującą osobę do kontaktu w sytuacji nagłej: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6406"/>
      </w:tblGrid>
      <w:tr w:rsidR="00A252FA" w14:paraId="44F1C4A4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54CAFF4D" w14:textId="77777777" w:rsidR="00A252FA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Imię i nazwisko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0AB10AA3" w14:textId="77777777" w:rsidR="00A252FA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  <w:tr w:rsidR="00A252FA" w14:paraId="28A37655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0A118E9D" w14:textId="77777777" w:rsidR="00A252FA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Relacja z seniorem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5E98D801" w14:textId="77777777" w:rsidR="00A252FA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  <w:tr w:rsidR="00A252FA" w14:paraId="07AF5F8D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21FF57CC" w14:textId="77777777" w:rsidR="00A252FA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Numer telefonu (jeśli podawany)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5BD7FA6F" w14:textId="77777777" w:rsidR="00A252FA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</w:tbl>
    <w:p w14:paraId="6DF154EC" w14:textId="77777777" w:rsidR="00A252FA" w:rsidRDefault="00A252FA">
      <w:pPr>
        <w:spacing w:after="0"/>
        <w:rPr>
          <w:rFonts w:hint="eastAsia"/>
        </w:rPr>
      </w:pPr>
    </w:p>
    <w:p w14:paraId="5E53E47C" w14:textId="77777777" w:rsidR="00A252FA" w:rsidRDefault="00000000">
      <w:pPr>
        <w:rPr>
          <w:rFonts w:hint="eastAsia"/>
        </w:rPr>
      </w:pPr>
      <w:r>
        <w:t>Zakres spraw, w których GOPS lub osoba świadcząca usługi może kontaktować się z tą osobą:</w:t>
      </w:r>
    </w:p>
    <w:p w14:paraId="53714189" w14:textId="77777777" w:rsidR="00A252FA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3AEC1277" w14:textId="77777777" w:rsidR="00A252FA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0D8D3613" w14:textId="77777777" w:rsidR="00A252FA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7D603E61" w14:textId="77777777" w:rsidR="00A252FA" w:rsidRDefault="00000000">
      <w:pPr>
        <w:rPr>
          <w:rFonts w:hint="eastAsia"/>
        </w:rPr>
      </w:pPr>
      <w:r>
        <w:t>Przyjmuję do wiadomości, że wskazanie osoby do kontaktu nie oznacza, że może ona zapewnić mi codzienną opiekę. Wskazanie można w każdej chwili zmienić lub odwołać.</w:t>
      </w:r>
    </w:p>
    <w:p w14:paraId="70461A61" w14:textId="77777777" w:rsidR="00A252FA" w:rsidRDefault="00000000">
      <w:pPr>
        <w:pStyle w:val="SmallCustom"/>
        <w:rPr>
          <w:rFonts w:hint="eastAsia"/>
        </w:rPr>
      </w:pPr>
      <w:r>
        <w:t>Informację o przetwarzaniu danych osoby kontaktowej GOPS przekazuje zgodnie z obowiązującymi zasadami ochrony danych.</w:t>
      </w:r>
    </w:p>
    <w:p w14:paraId="4C6EE0EA" w14:textId="77777777" w:rsidR="00A252FA" w:rsidRDefault="00A252FA">
      <w:pPr>
        <w:spacing w:before="220"/>
        <w:rPr>
          <w:rFonts w:hint="eastAsi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28"/>
        <w:gridCol w:w="5128"/>
      </w:tblGrid>
      <w:tr w:rsidR="00A252FA" w14:paraId="71AAEEEA" w14:textId="77777777">
        <w:tc>
          <w:tcPr>
            <w:tcW w:w="5128" w:type="dxa"/>
            <w:tcBorders>
              <w:bottom w:val="single" w:sz="6" w:space="0" w:color="8899A1"/>
            </w:tcBorders>
          </w:tcPr>
          <w:p w14:paraId="54B75D94" w14:textId="77777777" w:rsidR="00A252FA" w:rsidRDefault="00000000">
            <w:pPr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5128" w:type="dxa"/>
            <w:tcBorders>
              <w:bottom w:val="single" w:sz="6" w:space="0" w:color="8899A1"/>
            </w:tcBorders>
          </w:tcPr>
          <w:p w14:paraId="198DD82D" w14:textId="77777777" w:rsidR="00A252FA" w:rsidRDefault="00000000">
            <w:pPr>
              <w:rPr>
                <w:rFonts w:hint="eastAsia"/>
              </w:rPr>
            </w:pPr>
            <w:r>
              <w:t xml:space="preserve"> </w:t>
            </w:r>
          </w:p>
        </w:tc>
      </w:tr>
      <w:tr w:rsidR="00A252FA" w14:paraId="1264B241" w14:textId="77777777">
        <w:tc>
          <w:tcPr>
            <w:tcW w:w="5128" w:type="dxa"/>
          </w:tcPr>
          <w:p w14:paraId="459C8C88" w14:textId="77777777" w:rsidR="00A252FA" w:rsidRDefault="00000000">
            <w:pPr>
              <w:jc w:val="center"/>
              <w:rPr>
                <w:rFonts w:hint="eastAsia"/>
              </w:rPr>
            </w:pPr>
            <w:r>
              <w:rPr>
                <w:color w:val="576571"/>
                <w:sz w:val="16"/>
              </w:rPr>
              <w:t>Miejscowość, data</w:t>
            </w:r>
          </w:p>
        </w:tc>
        <w:tc>
          <w:tcPr>
            <w:tcW w:w="5128" w:type="dxa"/>
          </w:tcPr>
          <w:p w14:paraId="21C80B42" w14:textId="77777777" w:rsidR="00A252FA" w:rsidRDefault="00000000">
            <w:pPr>
              <w:jc w:val="center"/>
              <w:rPr>
                <w:rFonts w:hint="eastAsia"/>
              </w:rPr>
            </w:pPr>
            <w:r>
              <w:rPr>
                <w:color w:val="576571"/>
                <w:sz w:val="16"/>
              </w:rPr>
              <w:t>Podpis seniora / pełnomocnika</w:t>
            </w:r>
          </w:p>
        </w:tc>
      </w:tr>
    </w:tbl>
    <w:p w14:paraId="3C1721D5" w14:textId="77777777" w:rsidR="00BE633A" w:rsidRDefault="00BE633A"/>
    <w:sectPr w:rsidR="00BE633A" w:rsidSect="00034616">
      <w:headerReference w:type="default" r:id="rId8"/>
      <w:footerReference w:type="default" r:id="rId9"/>
      <w:pgSz w:w="12240" w:h="15840"/>
      <w:pgMar w:top="935" w:right="992" w:bottom="935" w:left="992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CD4E2" w14:textId="77777777" w:rsidR="00BE633A" w:rsidRDefault="00BE633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66A45CC" w14:textId="77777777" w:rsidR="00BE633A" w:rsidRDefault="00BE633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F5F54" w14:textId="5D2F9CD5" w:rsidR="00A252FA" w:rsidRDefault="00000000">
    <w:pPr>
      <w:pStyle w:val="Stopka"/>
      <w:jc w:val="center"/>
      <w:rPr>
        <w:rFonts w:hint="eastAsia"/>
      </w:rPr>
    </w:pPr>
    <w:r>
      <w:rPr>
        <w:color w:val="576571"/>
        <w:sz w:val="16"/>
      </w:rPr>
      <w:t xml:space="preserve">GOPS w </w:t>
    </w:r>
    <w:proofErr w:type="spellStart"/>
    <w:r>
      <w:rPr>
        <w:color w:val="576571"/>
        <w:sz w:val="16"/>
      </w:rPr>
      <w:t>Jaśle</w:t>
    </w:r>
    <w:proofErr w:type="spellEnd"/>
    <w:r>
      <w:rPr>
        <w:color w:val="576571"/>
        <w:sz w:val="16"/>
      </w:rPr>
      <w:t xml:space="preserve">  |  ul. </w:t>
    </w:r>
    <w:proofErr w:type="spellStart"/>
    <w:r>
      <w:rPr>
        <w:color w:val="576571"/>
        <w:sz w:val="16"/>
      </w:rPr>
      <w:t>Słowackiego</w:t>
    </w:r>
    <w:proofErr w:type="spellEnd"/>
    <w:r>
      <w:rPr>
        <w:color w:val="576571"/>
        <w:sz w:val="16"/>
      </w:rPr>
      <w:t xml:space="preserve"> 4, 38-200 </w:t>
    </w:r>
    <w:proofErr w:type="spellStart"/>
    <w:r>
      <w:rPr>
        <w:color w:val="576571"/>
        <w:sz w:val="16"/>
      </w:rPr>
      <w:t>Jasło</w:t>
    </w:r>
    <w:proofErr w:type="spellEnd"/>
    <w:r>
      <w:rPr>
        <w:color w:val="576571"/>
        <w:sz w:val="1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6454E" w14:textId="77777777" w:rsidR="00BE633A" w:rsidRDefault="00BE633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0677034" w14:textId="77777777" w:rsidR="00BE633A" w:rsidRDefault="00BE633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0A32C" w14:textId="77777777" w:rsidR="00A252FA" w:rsidRDefault="00000000">
    <w:pPr>
      <w:pStyle w:val="Nagwek"/>
      <w:jc w:val="right"/>
      <w:rPr>
        <w:rFonts w:hint="eastAsia"/>
      </w:rPr>
    </w:pPr>
    <w:r>
      <w:rPr>
        <w:b/>
        <w:color w:val="576571"/>
        <w:sz w:val="16"/>
      </w:rPr>
      <w:t>GMINNY OŚRODEK POMOCY SPOŁECZNEJ W JAŚLE  •  BON SENIORALNY 2026–2028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8825680">
    <w:abstractNumId w:val="8"/>
  </w:num>
  <w:num w:numId="2" w16cid:durableId="2033649717">
    <w:abstractNumId w:val="6"/>
  </w:num>
  <w:num w:numId="3" w16cid:durableId="2008510052">
    <w:abstractNumId w:val="5"/>
  </w:num>
  <w:num w:numId="4" w16cid:durableId="861671546">
    <w:abstractNumId w:val="4"/>
  </w:num>
  <w:num w:numId="5" w16cid:durableId="1524589713">
    <w:abstractNumId w:val="7"/>
  </w:num>
  <w:num w:numId="6" w16cid:durableId="84423284">
    <w:abstractNumId w:val="3"/>
  </w:num>
  <w:num w:numId="7" w16cid:durableId="2012559294">
    <w:abstractNumId w:val="2"/>
  </w:num>
  <w:num w:numId="8" w16cid:durableId="16738428">
    <w:abstractNumId w:val="1"/>
  </w:num>
  <w:num w:numId="9" w16cid:durableId="1936402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350E"/>
    <w:rsid w:val="00326F90"/>
    <w:rsid w:val="004D769D"/>
    <w:rsid w:val="00A252FA"/>
    <w:rsid w:val="00AA1D8D"/>
    <w:rsid w:val="00B47730"/>
    <w:rsid w:val="00BE633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CD7B2D"/>
  <w14:defaultImageDpi w14:val="300"/>
  <w15:docId w15:val="{28D3BC92-55CA-46F8-BA33-1E1F70DF9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62" w:lineRule="auto"/>
    </w:pPr>
    <w:rPr>
      <w:rFonts w:ascii="Carlito" w:hAnsi="Carlito"/>
      <w:color w:val="1E2A32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ustom">
    <w:name w:val="TitleCustom"/>
    <w:pPr>
      <w:spacing w:after="100"/>
    </w:pPr>
    <w:rPr>
      <w:rFonts w:ascii="Carlito" w:hAnsi="Carlito"/>
      <w:b/>
      <w:color w:val="1A3750"/>
      <w:sz w:val="34"/>
    </w:rPr>
  </w:style>
  <w:style w:type="paragraph" w:customStyle="1" w:styleId="SectionCustom">
    <w:name w:val="SectionCustom"/>
    <w:pPr>
      <w:spacing w:before="120" w:after="100"/>
    </w:pPr>
    <w:rPr>
      <w:rFonts w:ascii="Carlito" w:hAnsi="Carlito"/>
      <w:b/>
      <w:color w:val="106973"/>
      <w:sz w:val="21"/>
    </w:rPr>
  </w:style>
  <w:style w:type="paragraph" w:customStyle="1" w:styleId="SmallCustom">
    <w:name w:val="SmallCustom"/>
    <w:pPr>
      <w:spacing w:after="40"/>
    </w:pPr>
    <w:rPr>
      <w:rFonts w:ascii="Carlito" w:hAnsi="Carlito"/>
      <w:color w:val="576571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Iwona Kieś</cp:lastModifiedBy>
  <cp:revision>3</cp:revision>
  <dcterms:created xsi:type="dcterms:W3CDTF">2013-12-23T23:15:00Z</dcterms:created>
  <dcterms:modified xsi:type="dcterms:W3CDTF">2026-10-28T09:32:00Z</dcterms:modified>
  <cp:category/>
</cp:coreProperties>
</file>