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6"/>
        </w:rPr>
        <w:t>Załącznik nr 1a do Regulaminu rekrutacji i uczestnictwa</w:t>
      </w:r>
    </w:p>
    <w:p>
      <w:pPr>
        <w:jc w:val="center"/>
      </w:pPr>
      <w:r>
        <w:rPr>
          <w:b/>
          <w:sz w:val="28"/>
        </w:rPr>
        <w:t>FORMULARZ ZGŁOSZENIOWY – OSOBA MAŁOLETNIA</w:t>
      </w:r>
    </w:p>
    <w:p>
      <w:pPr>
        <w:jc w:val="center"/>
      </w:pPr>
      <w:r>
        <w:rPr>
          <w:b/>
          <w:sz w:val="20"/>
        </w:rPr>
        <w:t>Projekt „RAZEM DLA BEZPIECZEŃSTWA”</w:t>
        <w:br/>
        <w:t>Nr projektu: FEOP.06.08-IZ.00-0007/25</w:t>
      </w:r>
    </w:p>
    <w:p>
      <w:pPr>
        <w:spacing w:before="60" w:after="60"/>
      </w:pPr>
      <w:r>
        <w:rPr>
          <w:i/>
          <w:sz w:val="17"/>
        </w:rPr>
        <w:t>Formularz wypełnia rodzic/opiekun prawny. W razie wątpliwości pracownik projektu pomoże w jego uzupełnieniu.</w:t>
      </w:r>
    </w:p>
    <w:p>
      <w:pPr>
        <w:spacing w:before="120" w:after="60"/>
      </w:pPr>
      <w:r>
        <w:rPr>
          <w:b/>
          <w:sz w:val="21"/>
        </w:rPr>
        <w:t>I. DANE DZIECKA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969"/>
        <w:gridCol w:w="5669"/>
      </w:tblGrid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Imię (imiona)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Nazwisko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PESEL (jeżeli brak PESEL – numer dokumentu)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Data urodzenia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Adres zamieszkania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Gmina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Nazwa szkoły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Klasa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spacing w:before="120" w:after="60"/>
      </w:pPr>
      <w:r>
        <w:rPr>
          <w:b/>
          <w:sz w:val="21"/>
        </w:rPr>
        <w:t>II. DANE RODZICA / OPIEKUNA PRAWNEGO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969"/>
        <w:gridCol w:w="5669"/>
      </w:tblGrid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Imię i nazwisko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Telefon kontaktowy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39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  <w:shd w:fill="F2F2F2"/>
          </w:tcPr>
          <w:p>
            <w:r>
              <w:rPr>
                <w:b/>
              </w:rPr>
              <w:t>E-mail (jeżeli posiadasz)</w:t>
            </w:r>
          </w:p>
        </w:tc>
        <w:tc>
          <w:tcPr>
            <w:tcW w:type="dxa" w:w="5669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pPr>
        <w:spacing w:before="120" w:after="60"/>
      </w:pPr>
      <w:r>
        <w:rPr>
          <w:b/>
          <w:sz w:val="21"/>
        </w:rPr>
        <w:t>III. INFORMACJE POTRZEBNE DO ZAPLANOWANIA WSPARCIA</w:t>
      </w:r>
    </w:p>
    <w:p>
      <w:r>
        <w:t>Czy dziecko lub rodzina potrzebują wsparcia związanego z trudnościami wychowawczymi, kryzysem, przemocą, uzależnieniami albo inną trudną sytuacją?  □ TAK  □ NIE</w:t>
      </w:r>
    </w:p>
    <w:p>
      <w:r>
        <w:t>Czy dziecko potrzebuje szczególnego dostosowania zajęć, miejsca, sposobu komunikacji lub pomocy w dojeździe?  □ TAK  □ NIE</w:t>
      </w:r>
    </w:p>
    <w:p>
      <w:r>
        <w:t>Jeżeli TAK, prosimy krótko napisać czego potrzeba: .....................................................................................</w:t>
      </w:r>
    </w:p>
    <w:p>
      <w:pPr>
        <w:spacing w:before="60" w:after="60"/>
      </w:pPr>
      <w:r>
        <w:rPr>
          <w:i/>
          <w:sz w:val="17"/>
        </w:rPr>
        <w:t>Nie trzeba wpisywać diagnozy ani szczegółowych informacji o sytuacji rodzinnej. Dokładne potrzeby zostaną omówione z personelem projektu.</w:t>
      </w:r>
    </w:p>
    <w:p>
      <w:pPr>
        <w:spacing w:before="120" w:after="60"/>
      </w:pPr>
      <w:r>
        <w:rPr>
          <w:b/>
          <w:sz w:val="21"/>
        </w:rPr>
        <w:t>IV. OŚWIADCZENIA RODZICA / OPIEKUNA PRAWNEGO</w:t>
      </w:r>
    </w:p>
    <w:p>
      <w:r>
        <w:t>□ Podane informacje są zgodne z prawdą.</w:t>
      </w:r>
    </w:p>
    <w:p>
      <w:r>
        <w:t>□ Zapoznałem/am się z Regulaminem rekrutacji i uczestnictwa w projekcie.</w:t>
      </w:r>
    </w:p>
    <w:p>
      <w:r>
        <w:t>□ Wyrażam zgodę na udział dziecka w procesie rekrutacji do projektu.</w:t>
      </w:r>
    </w:p>
    <w:p>
      <w:r>
        <w:t>□ Zostałem/am poinformowany/a, że udział w projekcie jest bezpłatny.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</w:tcPr>
          <w:p>
            <w:pPr>
              <w:jc w:val="center"/>
            </w:pPr>
            <w:r>
              <w:rPr>
                <w:sz w:val="16"/>
              </w:rPr>
              <w:t>........................................................</w:t>
              <w:br/>
              <w:t>miejscowość i data</w:t>
            </w:r>
          </w:p>
        </w:tc>
        <w:tc>
          <w:tcPr>
            <w:tcW w:type="dxa" w:w="5270"/>
          </w:tcPr>
          <w:p>
            <w:pPr>
              <w:jc w:val="center"/>
            </w:pPr>
            <w:r>
              <w:rPr>
                <w:sz w:val="16"/>
              </w:rPr>
              <w:t>........................................................</w:t>
              <w:br/>
              <w:t>czytelny podpis rodzica / opiekuna prawnego</w:t>
            </w:r>
          </w:p>
        </w:tc>
      </w:tr>
    </w:tbl>
    <w:p>
      <w:pPr>
        <w:spacing w:before="120" w:after="60"/>
      </w:pPr>
      <w:r>
        <w:rPr>
          <w:b/>
          <w:sz w:val="21"/>
        </w:rPr>
        <w:t>V. CZĘŚĆ WYPEŁNIANA PRZEZ PERSONEL PROJEKTU</w:t>
      </w:r>
    </w:p>
    <w:p>
      <w:pPr>
        <w:spacing w:before="60" w:after="60"/>
      </w:pPr>
      <w:r>
        <w:rPr>
          <w:b/>
        </w:rPr>
        <w:t>PONIŻSZE POLA WYPEŁNIA WYŁĄCZNIE PERSONEL PROJEKTU. Rodzic/opiekun prawny pozostawia je puste.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E7E6E6"/>
          </w:tcPr>
          <w:p>
            <w:r>
              <w:rPr>
                <w:b/>
              </w:rPr>
              <w:t>Kryterium / informacja projektowa</w:t>
            </w:r>
          </w:p>
        </w:tc>
        <w:tc>
          <w:tcPr>
            <w:tcW w:type="dxa" w:w="2635"/>
            <w:shd w:fill="E7E6E6"/>
          </w:tcPr>
          <w:p>
            <w:r>
              <w:rPr>
                <w:b/>
              </w:rPr>
              <w:t>Wynik</w:t>
            </w:r>
          </w:p>
        </w:tc>
        <w:tc>
          <w:tcPr>
            <w:tcW w:type="dxa" w:w="2635"/>
            <w:shd w:fill="E7E6E6"/>
          </w:tcPr>
          <w:p>
            <w:r>
              <w:rPr>
                <w:b/>
              </w:rPr>
              <w:t>Dokument / podstawa</w:t>
            </w:r>
          </w:p>
        </w:tc>
        <w:tc>
          <w:tcPr>
            <w:tcW w:type="dxa" w:w="2635"/>
            <w:shd w:fill="E7E6E6"/>
          </w:tcPr>
          <w:p>
            <w:r>
              <w:rPr>
                <w:b/>
              </w:rPr>
              <w:t>Uwagi</w:t>
            </w:r>
          </w:p>
        </w:tc>
      </w:tr>
      <w:tr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Uczeń/uczennica szkoły podstawowej na terenie Gminy Prudnik, wiek do 15 lat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□ NIE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Zagrożenie wykluczeniem społecznym w związku z uzależnieniami lub przemocą – zgodnie z dokumentacją projektu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□ NIE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Mieszka / pracuje / uczy się na terenie Gminy Prudnik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□ NIE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OSI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□ NIE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Obszar wiejski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□ NIE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Znaczny lub umiarkowany stopień niepełnosprawności – 2 pkt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□ NIE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Niepełnosprawność sprzężona – 3 pkt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□ NIE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Korzystanie z FE PŻ 2021–2027 – 1 pkt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□ NIE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  <w:tr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Dziecko wychowuje się poza rodziną biologiczną – 1 pkt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t>□ TAK □ NIE</w:t>
            </w:r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  <w:tc>
          <w:tcPr>
            <w:tcW w:type="dxa" w:w="2635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/>
          </w:p>
        </w:tc>
      </w:tr>
    </w:tbl>
    <w:p>
      <w:r>
        <w:t>Łączna liczba punktów: ............ pkt</w:t>
      </w:r>
    </w:p>
    <w:p>
      <w:r>
        <w:t>Data i godzina wpływu formularza: ........................................................</w:t>
      </w:r>
    </w:p>
    <w:p>
      <w:r>
        <w:t>Wynik rekrutacji: □ zakwalifikowano   □ lista rezerwowa   □ nie zakwalifikowano</w:t>
      </w:r>
    </w:p>
    <w:p>
      <w:r>
        <w:t>Podpis osoby weryfikującej: ........................................................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4" w:right="850" w:bottom="794" w:left="850" w:header="0" w:footer="21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before="0"/>
      <w:jc w:val="center"/>
    </w:pPr>
    <w:r>
      <w:rPr>
        <w:rFonts w:ascii="Arial" w:hAnsi="Arial"/>
        <w:i/>
        <w:color w:val="646464"/>
        <w:sz w:val="15"/>
      </w:rPr>
      <w:t>Projekt: „RAZEM DLA BEZPIECZEŃSTWA”</w:t>
    </w:r>
  </w:p>
  <w:p>
    <w:pPr>
      <w:spacing w:after="0" w:before="0"/>
      <w:jc w:val="center"/>
    </w:pPr>
    <w:r>
      <w:rPr>
        <w:rFonts w:ascii="Arial" w:hAnsi="Arial"/>
        <w:b/>
        <w:i/>
        <w:color w:val="646464"/>
        <w:sz w:val="15"/>
      </w:rPr>
      <w:t>Nr umowy o dofinansowanie: FEOP.06.08-IZ.00-0007/25 z dnia 23.07.2026 r.</w:t>
    </w:r>
  </w:p>
  <w:p>
    <w:pPr>
      <w:spacing w:after="0" w:before="0"/>
      <w:jc w:val="center"/>
    </w:pPr>
    <w:r>
      <w:rPr>
        <w:rFonts w:ascii="Arial" w:hAnsi="Arial"/>
        <w:i/>
        <w:color w:val="646464"/>
        <w:sz w:val="15"/>
      </w:rPr>
      <w:t>realizowany przez Spółdzielnię Socjalną „Parasol” w partnerstwie z Gminą Prudnik</w:t>
    </w:r>
  </w:p>
  <w:p>
    <w:pPr>
      <w:spacing w:after="0" w:before="0"/>
      <w:jc w:val="center"/>
    </w:pPr>
    <w:r>
      <w:rPr>
        <w:rFonts w:ascii="Arial" w:hAnsi="Arial"/>
        <w:i/>
        <w:color w:val="646464"/>
        <w:sz w:val="15"/>
      </w:rPr>
      <w:t>ze środków Europejskiego Funduszu Społecznego Plus w ramach Funduszy Europejskich dla Opolskiego 2021-2027,</w:t>
    </w:r>
  </w:p>
  <w:p>
    <w:pPr>
      <w:spacing w:after="0" w:before="0"/>
      <w:jc w:val="center"/>
    </w:pPr>
    <w:r>
      <w:rPr>
        <w:rFonts w:ascii="Arial" w:hAnsi="Arial"/>
        <w:i/>
        <w:color w:val="646464"/>
        <w:sz w:val="15"/>
      </w:rPr>
      <w:t>w ramach działania 6. Fundusze europejskie wspierające włączenie społeczne w opolskim.</w:t>
    </w:r>
  </w:p>
  <w:p>
    <w:pPr>
      <w:spacing w:after="0" w:before="0"/>
      <w:jc w:val="center"/>
    </w:pPr>
    <w:r>
      <w:rPr>
        <w:rFonts w:ascii="Arial" w:hAnsi="Arial"/>
        <w:i/>
        <w:color w:val="646464"/>
        <w:sz w:val="15"/>
      </w:rPr>
      <w:t>6.8 Profilaktyka zachowań społecznych dzieci i młodzieży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6099048" cy="7897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048" cy="7897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