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B3FC9" w14:textId="77777777" w:rsidR="00346ACE" w:rsidRDefault="00000000">
      <w:pPr>
        <w:pStyle w:val="SmallCustom"/>
        <w:rPr>
          <w:rFonts w:hint="eastAsia"/>
        </w:rPr>
      </w:pPr>
      <w:r>
        <w:rPr>
          <w:b/>
        </w:rPr>
        <w:t>ZAŁĄCZNIK NR 5  /  DOKUMENTY REKRUTACYJNE</w:t>
      </w:r>
    </w:p>
    <w:p w14:paraId="0A6AC635" w14:textId="77777777" w:rsidR="00346ACE" w:rsidRDefault="00000000">
      <w:pPr>
        <w:pStyle w:val="TitleCustom"/>
        <w:rPr>
          <w:rFonts w:hint="eastAsia"/>
        </w:rPr>
      </w:pPr>
      <w:r>
        <w:t>Oświadczenie o innych dochodach</w:t>
      </w:r>
    </w:p>
    <w:p w14:paraId="3D429DF8" w14:textId="77777777" w:rsidR="00346ACE" w:rsidRDefault="00000000">
      <w:pPr>
        <w:pStyle w:val="SmallCustom"/>
        <w:rPr>
          <w:rFonts w:hint="eastAsia"/>
        </w:rPr>
      </w:pPr>
      <w:r>
        <w:t>Dochody seniora z trzech miesięcy poprzedzających złożenie wniosku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346ACE" w14:paraId="2DF42FAB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FB30E35" w14:textId="77777777" w:rsidR="00346ACE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Imię i nazwisko seniora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334DC4C" w14:textId="77777777" w:rsidR="00346ACE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346ACE" w14:paraId="1BDAE3AE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0BD587B8" w14:textId="77777777" w:rsidR="00346ACE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PESEL (w przypadku braku – dane dokumentu)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19C45418" w14:textId="77777777" w:rsidR="00346ACE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375D3E36" w14:textId="77777777" w:rsidR="00346ACE" w:rsidRDefault="00346ACE">
      <w:pPr>
        <w:spacing w:after="0"/>
        <w:rPr>
          <w:rFonts w:hint="eastAsia"/>
        </w:rPr>
      </w:pPr>
    </w:p>
    <w:p w14:paraId="0F2879B5" w14:textId="77777777" w:rsidR="00346ACE" w:rsidRDefault="00000000">
      <w:pPr>
        <w:rPr>
          <w:rFonts w:hint="eastAsia"/>
        </w:rPr>
      </w:pPr>
      <w:r>
        <w:t>Okres trzech miesięcy: od ........................................ do ........................................</w:t>
      </w:r>
    </w:p>
    <w:p w14:paraId="1ED1D14C" w14:textId="77777777" w:rsidR="00346ACE" w:rsidRDefault="00000000">
      <w:pPr>
        <w:rPr>
          <w:rFonts w:hint="eastAsia"/>
        </w:rPr>
      </w:pPr>
      <w:r>
        <w:t>Oświadczam, że (należy zaznaczyć właściwą odpowiedź):</w:t>
      </w:r>
    </w:p>
    <w:p w14:paraId="72572174" w14:textId="77777777" w:rsidR="00346ACE" w:rsidRDefault="00000000">
      <w:pPr>
        <w:ind w:left="125"/>
        <w:rPr>
          <w:rFonts w:hint="eastAsia"/>
        </w:rPr>
      </w:pPr>
      <w:r>
        <w:t>☐  Nie uzyskałem/am innych dochodów poza dochodami przedstawionymi we wniosku i dokumentach dochodowych.</w:t>
      </w:r>
    </w:p>
    <w:p w14:paraId="13AB5EF9" w14:textId="77777777" w:rsidR="00346ACE" w:rsidRDefault="00000000">
      <w:pPr>
        <w:ind w:left="125"/>
        <w:rPr>
          <w:rFonts w:hint="eastAsia"/>
        </w:rPr>
      </w:pPr>
      <w:r>
        <w:t>☐  Uzyskałem/am dodatkowe dochody, które przedstawiam poniżej: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346ACE" w14:paraId="5F0DF91A" w14:textId="77777777">
        <w:tc>
          <w:tcPr>
            <w:tcW w:w="3419" w:type="dxa"/>
            <w:shd w:val="clear" w:color="auto" w:fill="E8EFF2"/>
          </w:tcPr>
          <w:p w14:paraId="30672570" w14:textId="77777777" w:rsidR="00346ACE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Miesiąc / rok</w:t>
            </w:r>
          </w:p>
        </w:tc>
        <w:tc>
          <w:tcPr>
            <w:tcW w:w="3419" w:type="dxa"/>
            <w:shd w:val="clear" w:color="auto" w:fill="E8EFF2"/>
          </w:tcPr>
          <w:p w14:paraId="00140F43" w14:textId="77777777" w:rsidR="00346ACE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Źródło / rodzaj dochodu</w:t>
            </w:r>
          </w:p>
        </w:tc>
        <w:tc>
          <w:tcPr>
            <w:tcW w:w="3419" w:type="dxa"/>
            <w:shd w:val="clear" w:color="auto" w:fill="E8EFF2"/>
          </w:tcPr>
          <w:p w14:paraId="1C9A1B17" w14:textId="77777777" w:rsidR="00346ACE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Kwota (zł)</w:t>
            </w:r>
          </w:p>
        </w:tc>
      </w:tr>
      <w:tr w:rsidR="00346ACE" w14:paraId="276BDC88" w14:textId="77777777">
        <w:trPr>
          <w:cantSplit/>
        </w:trPr>
        <w:tc>
          <w:tcPr>
            <w:tcW w:w="3419" w:type="dxa"/>
          </w:tcPr>
          <w:p w14:paraId="361A4751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</w:tcPr>
          <w:p w14:paraId="292EC558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</w:tcPr>
          <w:p w14:paraId="02558F6C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</w:tr>
      <w:tr w:rsidR="00346ACE" w14:paraId="6DBA6D2A" w14:textId="77777777">
        <w:trPr>
          <w:cantSplit/>
        </w:trPr>
        <w:tc>
          <w:tcPr>
            <w:tcW w:w="3419" w:type="dxa"/>
          </w:tcPr>
          <w:p w14:paraId="6FF80D05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</w:tcPr>
          <w:p w14:paraId="1A1871D4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</w:tcPr>
          <w:p w14:paraId="36D392FB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</w:tr>
      <w:tr w:rsidR="00346ACE" w14:paraId="050887B5" w14:textId="77777777">
        <w:trPr>
          <w:cantSplit/>
        </w:trPr>
        <w:tc>
          <w:tcPr>
            <w:tcW w:w="3419" w:type="dxa"/>
          </w:tcPr>
          <w:p w14:paraId="23FAD720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</w:tcPr>
          <w:p w14:paraId="691BABA2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</w:tcPr>
          <w:p w14:paraId="65944ADA" w14:textId="77777777" w:rsidR="00346ACE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</w:tr>
    </w:tbl>
    <w:p w14:paraId="334ADD8E" w14:textId="77777777" w:rsidR="00346ACE" w:rsidRDefault="00000000">
      <w:pPr>
        <w:rPr>
          <w:rFonts w:hint="eastAsia"/>
        </w:rPr>
      </w:pPr>
      <w:r>
        <w:t>Dodatkowe wyjaśnienia:</w:t>
      </w:r>
    </w:p>
    <w:p w14:paraId="5A227045" w14:textId="77777777" w:rsidR="00346ACE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7639DF2E" w14:textId="77777777" w:rsidR="00346ACE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2533D8EE" w14:textId="77777777" w:rsidR="00346ACE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5115E79E" w14:textId="77777777" w:rsidR="00346ACE" w:rsidRDefault="00000000">
      <w:pPr>
        <w:pStyle w:val="SmallCustom"/>
        <w:rPr>
          <w:rFonts w:hint="eastAsia"/>
        </w:rPr>
      </w:pPr>
      <w:r>
        <w:t>Oświadczenie nie zastępuje dokumentów potwierdzających dochód, jeżeli są wymagane do weryfikacji. Dochód ustala GOPS zgodnie z zasadami programu.</w:t>
      </w:r>
    </w:p>
    <w:p w14:paraId="50638B56" w14:textId="77777777" w:rsidR="00346ACE" w:rsidRDefault="00000000">
      <w:pPr>
        <w:rPr>
          <w:rFonts w:hint="eastAsia"/>
        </w:rPr>
      </w:pPr>
      <w:r>
        <w:t>Oświadczam, że powyższe informacje są zgodne ze stanem faktycznym i moją wiedzą.</w:t>
      </w:r>
    </w:p>
    <w:p w14:paraId="15E55483" w14:textId="77777777" w:rsidR="00346ACE" w:rsidRDefault="00346ACE">
      <w:pPr>
        <w:spacing w:before="22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8"/>
        <w:gridCol w:w="5128"/>
      </w:tblGrid>
      <w:tr w:rsidR="00346ACE" w14:paraId="0F14F21E" w14:textId="77777777">
        <w:tc>
          <w:tcPr>
            <w:tcW w:w="5128" w:type="dxa"/>
            <w:tcBorders>
              <w:bottom w:val="single" w:sz="6" w:space="0" w:color="8899A1"/>
            </w:tcBorders>
          </w:tcPr>
          <w:p w14:paraId="19E7D925" w14:textId="77777777" w:rsidR="00346ACE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5128" w:type="dxa"/>
            <w:tcBorders>
              <w:bottom w:val="single" w:sz="6" w:space="0" w:color="8899A1"/>
            </w:tcBorders>
          </w:tcPr>
          <w:p w14:paraId="6E8212B7" w14:textId="77777777" w:rsidR="00346ACE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346ACE" w14:paraId="1BE97C6F" w14:textId="77777777">
        <w:tc>
          <w:tcPr>
            <w:tcW w:w="5128" w:type="dxa"/>
          </w:tcPr>
          <w:p w14:paraId="31991149" w14:textId="77777777" w:rsidR="00346ACE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Miejscowość, data</w:t>
            </w:r>
          </w:p>
        </w:tc>
        <w:tc>
          <w:tcPr>
            <w:tcW w:w="5128" w:type="dxa"/>
          </w:tcPr>
          <w:p w14:paraId="5838F3B0" w14:textId="77777777" w:rsidR="00346ACE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Podpis seniora / pełnomocnika</w:t>
            </w:r>
          </w:p>
        </w:tc>
      </w:tr>
    </w:tbl>
    <w:p w14:paraId="67576B77" w14:textId="77777777" w:rsidR="00997F68" w:rsidRDefault="00997F68"/>
    <w:sectPr w:rsidR="00997F68" w:rsidSect="00034616">
      <w:headerReference w:type="default" r:id="rId8"/>
      <w:footerReference w:type="default" r:id="rId9"/>
      <w:pgSz w:w="12240" w:h="15840"/>
      <w:pgMar w:top="935" w:right="992" w:bottom="935" w:left="99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69FE" w14:textId="77777777" w:rsidR="00997F68" w:rsidRDefault="00997F6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9E5B501" w14:textId="77777777" w:rsidR="00997F68" w:rsidRDefault="00997F6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FABDC" w14:textId="280177E7" w:rsidR="00346ACE" w:rsidRDefault="00000000">
    <w:pPr>
      <w:pStyle w:val="Stopka"/>
      <w:jc w:val="center"/>
      <w:rPr>
        <w:rFonts w:hint="eastAsia"/>
      </w:rPr>
    </w:pPr>
    <w:r>
      <w:rPr>
        <w:color w:val="576571"/>
        <w:sz w:val="16"/>
      </w:rPr>
      <w:t xml:space="preserve">GOPS w </w:t>
    </w:r>
    <w:proofErr w:type="spellStart"/>
    <w:r>
      <w:rPr>
        <w:color w:val="576571"/>
        <w:sz w:val="16"/>
      </w:rPr>
      <w:t>Jaśle</w:t>
    </w:r>
    <w:proofErr w:type="spellEnd"/>
    <w:r>
      <w:rPr>
        <w:color w:val="576571"/>
        <w:sz w:val="16"/>
      </w:rPr>
      <w:t xml:space="preserve">  |  ul. </w:t>
    </w:r>
    <w:proofErr w:type="spellStart"/>
    <w:r>
      <w:rPr>
        <w:color w:val="576571"/>
        <w:sz w:val="16"/>
      </w:rPr>
      <w:t>Słowackiego</w:t>
    </w:r>
    <w:proofErr w:type="spellEnd"/>
    <w:r>
      <w:rPr>
        <w:color w:val="576571"/>
        <w:sz w:val="16"/>
      </w:rPr>
      <w:t xml:space="preserve"> 4, 38-200 </w:t>
    </w:r>
    <w:proofErr w:type="spellStart"/>
    <w:r>
      <w:rPr>
        <w:color w:val="576571"/>
        <w:sz w:val="16"/>
      </w:rPr>
      <w:t>Jasło</w:t>
    </w:r>
    <w:proofErr w:type="spellEnd"/>
    <w:r>
      <w:rPr>
        <w:color w:val="576571"/>
        <w:sz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857C6" w14:textId="77777777" w:rsidR="00997F68" w:rsidRDefault="00997F6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7F409DC" w14:textId="77777777" w:rsidR="00997F68" w:rsidRDefault="00997F6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63F2" w14:textId="77777777" w:rsidR="00346ACE" w:rsidRDefault="00000000">
    <w:pPr>
      <w:pStyle w:val="Nagwek"/>
      <w:jc w:val="right"/>
      <w:rPr>
        <w:rFonts w:hint="eastAsia"/>
      </w:rPr>
    </w:pPr>
    <w:r>
      <w:rPr>
        <w:b/>
        <w:color w:val="576571"/>
        <w:sz w:val="16"/>
      </w:rPr>
      <w:t>GMINNY OŚRODEK POMOCY SPOŁECZNEJ W JAŚLE  •  BON SENIORALNY 2026–2028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710523">
    <w:abstractNumId w:val="8"/>
  </w:num>
  <w:num w:numId="2" w16cid:durableId="1064181570">
    <w:abstractNumId w:val="6"/>
  </w:num>
  <w:num w:numId="3" w16cid:durableId="1260219138">
    <w:abstractNumId w:val="5"/>
  </w:num>
  <w:num w:numId="4" w16cid:durableId="1687948670">
    <w:abstractNumId w:val="4"/>
  </w:num>
  <w:num w:numId="5" w16cid:durableId="441414796">
    <w:abstractNumId w:val="7"/>
  </w:num>
  <w:num w:numId="6" w16cid:durableId="758528448">
    <w:abstractNumId w:val="3"/>
  </w:num>
  <w:num w:numId="7" w16cid:durableId="1787117132">
    <w:abstractNumId w:val="2"/>
  </w:num>
  <w:num w:numId="8" w16cid:durableId="1944217975">
    <w:abstractNumId w:val="1"/>
  </w:num>
  <w:num w:numId="9" w16cid:durableId="46905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6ACE"/>
    <w:rsid w:val="00997F68"/>
    <w:rsid w:val="009C5B7C"/>
    <w:rsid w:val="00AA1D8D"/>
    <w:rsid w:val="00B47730"/>
    <w:rsid w:val="00CB0664"/>
    <w:rsid w:val="00F70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AA1D2D"/>
  <w14:defaultImageDpi w14:val="300"/>
  <w15:docId w15:val="{FD6AA8F6-D46D-4B80-8EB1-194AA6E1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2" w:lineRule="auto"/>
    </w:pPr>
    <w:rPr>
      <w:rFonts w:ascii="Carlito" w:hAnsi="Carlito"/>
      <w:color w:val="1E2A3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100"/>
    </w:pPr>
    <w:rPr>
      <w:rFonts w:ascii="Carlito" w:hAnsi="Carlito"/>
      <w:b/>
      <w:color w:val="1A3750"/>
      <w:sz w:val="34"/>
    </w:rPr>
  </w:style>
  <w:style w:type="paragraph" w:customStyle="1" w:styleId="SectionCustom">
    <w:name w:val="SectionCustom"/>
    <w:pPr>
      <w:spacing w:before="120" w:after="100"/>
    </w:pPr>
    <w:rPr>
      <w:rFonts w:ascii="Carlito" w:hAnsi="Carlito"/>
      <w:b/>
      <w:color w:val="106973"/>
      <w:sz w:val="21"/>
    </w:rPr>
  </w:style>
  <w:style w:type="paragraph" w:customStyle="1" w:styleId="SmallCustom">
    <w:name w:val="SmallCustom"/>
    <w:pPr>
      <w:spacing w:after="40"/>
    </w:pPr>
    <w:rPr>
      <w:rFonts w:ascii="Carlito" w:hAnsi="Carlito"/>
      <w:color w:val="576571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Kieś</cp:lastModifiedBy>
  <cp:revision>3</cp:revision>
  <dcterms:created xsi:type="dcterms:W3CDTF">2013-12-23T23:15:00Z</dcterms:created>
  <dcterms:modified xsi:type="dcterms:W3CDTF">2026-10-28T09:31:00Z</dcterms:modified>
  <cp:category/>
</cp:coreProperties>
</file>