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422A4" w14:textId="77777777" w:rsidR="001129E2" w:rsidRPr="001129E2" w:rsidRDefault="001129E2" w:rsidP="001129E2">
      <w:pPr>
        <w:jc w:val="center"/>
        <w:rPr>
          <w:b/>
          <w:color w:val="auto"/>
          <w:lang w:val="pl-PL"/>
        </w:rPr>
      </w:pPr>
      <w:r w:rsidRPr="001129E2">
        <w:rPr>
          <w:b/>
          <w:color w:val="auto"/>
          <w:sz w:val="20"/>
          <w:lang w:val="pl-PL"/>
        </w:rPr>
        <w:t>VI MŁODZIEŻOWE FORUM EKOLOGICZNE GMINY STRYSZÓW</w:t>
      </w:r>
    </w:p>
    <w:p w14:paraId="0351AED8" w14:textId="77777777" w:rsidR="001129E2" w:rsidRDefault="001129E2" w:rsidP="001129E2">
      <w:pPr>
        <w:jc w:val="center"/>
        <w:rPr>
          <w:b/>
          <w:color w:val="auto"/>
          <w:sz w:val="28"/>
          <w:lang w:val="pl-PL"/>
        </w:rPr>
      </w:pPr>
      <w:r w:rsidRPr="001129E2">
        <w:rPr>
          <w:b/>
          <w:color w:val="auto"/>
          <w:sz w:val="28"/>
          <w:lang w:val="pl-PL"/>
        </w:rPr>
        <w:t>REGULAMIN KONKURSU PLASTYCZNEGO</w:t>
      </w:r>
    </w:p>
    <w:p w14:paraId="5F39F6F4" w14:textId="645BB2D1" w:rsidR="00793A2B" w:rsidRPr="001129E2" w:rsidRDefault="00793A2B" w:rsidP="001129E2">
      <w:pPr>
        <w:jc w:val="center"/>
        <w:rPr>
          <w:b/>
          <w:color w:val="auto"/>
          <w:lang w:val="pl-PL"/>
        </w:rPr>
      </w:pPr>
      <w:r>
        <w:rPr>
          <w:b/>
          <w:color w:val="auto"/>
          <w:sz w:val="28"/>
          <w:lang w:val="pl-PL"/>
        </w:rPr>
        <w:t>„Bądź EkoMocny”</w:t>
      </w:r>
    </w:p>
    <w:p w14:paraId="16A36C87" w14:textId="6FAD4FF6" w:rsidR="005B4A9D" w:rsidRDefault="001129E2" w:rsidP="001129E2">
      <w:pPr>
        <w:spacing w:after="80"/>
        <w:jc w:val="center"/>
        <w:rPr>
          <w:b/>
          <w:i/>
          <w:color w:val="auto"/>
          <w:sz w:val="17"/>
          <w:lang w:val="pl-PL"/>
        </w:rPr>
      </w:pPr>
      <w:r w:rsidRPr="001129E2">
        <w:rPr>
          <w:b/>
          <w:i/>
          <w:color w:val="auto"/>
          <w:sz w:val="17"/>
          <w:lang w:val="pl-PL"/>
        </w:rPr>
        <w:t>Projekt pn. „Integracja i Aktywność Społeczna Mieszkańców Gminy Stryszów”</w:t>
      </w:r>
      <w:r w:rsidRPr="001129E2">
        <w:rPr>
          <w:b/>
          <w:i/>
          <w:color w:val="auto"/>
          <w:sz w:val="17"/>
          <w:lang w:val="pl-PL"/>
        </w:rPr>
        <w:br/>
        <w:t>współfinansowany ze środków Fundusze Europejskie dla Małopolski 2021–2027</w:t>
      </w:r>
    </w:p>
    <w:p w14:paraId="222B69BA" w14:textId="77777777" w:rsidR="001129E2" w:rsidRPr="001129E2" w:rsidRDefault="001129E2" w:rsidP="001129E2">
      <w:pPr>
        <w:spacing w:after="80"/>
        <w:jc w:val="center"/>
        <w:rPr>
          <w:b/>
          <w:color w:val="auto"/>
          <w:lang w:val="pl-PL"/>
        </w:rPr>
      </w:pPr>
    </w:p>
    <w:p w14:paraId="16873BFB" w14:textId="77777777" w:rsidR="005B4A9D" w:rsidRPr="001129E2" w:rsidRDefault="00B14848">
      <w:pPr>
        <w:spacing w:before="160" w:after="60"/>
        <w:rPr>
          <w:lang w:val="pl-PL"/>
        </w:rPr>
      </w:pPr>
      <w:r w:rsidRPr="001129E2">
        <w:rPr>
          <w:b/>
          <w:color w:val="1B4332"/>
          <w:sz w:val="20"/>
          <w:lang w:val="pl-PL"/>
        </w:rPr>
        <w:t>§ 1. POSTANOWIENIA OGÓLNE</w:t>
      </w:r>
    </w:p>
    <w:p w14:paraId="5D14C3DB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1. </w:t>
      </w:r>
      <w:r w:rsidRPr="001129E2">
        <w:rPr>
          <w:sz w:val="18"/>
          <w:lang w:val="pl-PL"/>
        </w:rPr>
        <w:t>Niniejszy Regulamin określa zasady, warunki oraz tryb organizacji i przeprowadzania Konkursu Plastycznego (zwanego dalej „Konkursem”).</w:t>
      </w:r>
    </w:p>
    <w:p w14:paraId="00AA80D4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2. </w:t>
      </w:r>
      <w:r w:rsidRPr="001129E2">
        <w:rPr>
          <w:sz w:val="18"/>
          <w:lang w:val="pl-PL"/>
        </w:rPr>
        <w:t>Organizatorem Konkursu jest Gmina Stryszów z siedzibą: Stryszów 149, 34-146 Stryszów (zwana dalej „Organizatorem”).</w:t>
      </w:r>
    </w:p>
    <w:p w14:paraId="281CF772" w14:textId="302DA81D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3. </w:t>
      </w:r>
      <w:r w:rsidRPr="001129E2">
        <w:rPr>
          <w:sz w:val="18"/>
          <w:lang w:val="pl-PL"/>
        </w:rPr>
        <w:t>Konkurs jest częścią projektu pn. „Integracja i Aktywność Społeczna Mieszkańców Gminy Stryszów”, współfinansowanego ze środków Fundusze Europejskie dla Małopolski 2021–2027.</w:t>
      </w:r>
    </w:p>
    <w:p w14:paraId="7A4D8D41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4. </w:t>
      </w:r>
      <w:r w:rsidRPr="001129E2">
        <w:rPr>
          <w:sz w:val="18"/>
          <w:lang w:val="pl-PL"/>
        </w:rPr>
        <w:t>Konkurs skierowany jest do uczniów klas I–IV szkół podstawowych z terenu Gminy Stryszów.</w:t>
      </w:r>
    </w:p>
    <w:p w14:paraId="0C30EED7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5. </w:t>
      </w:r>
      <w:r w:rsidRPr="001129E2">
        <w:rPr>
          <w:sz w:val="18"/>
          <w:lang w:val="pl-PL"/>
        </w:rPr>
        <w:t>Z każdej szkoły podstawowej zostanie wyłonionych 7 laureatów. Główną nagrodą w Konkursie jest udział w bezpłatnym wyjeździe edukacyjnym do Centrum Edukacyjno-Przyrodniczego „Brama w Gorce”. Każda szkoła zobowiązana jest wyznaczyć 1 opiekuna grupy.</w:t>
      </w:r>
    </w:p>
    <w:p w14:paraId="4C475F7C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6. </w:t>
      </w:r>
      <w:r w:rsidRPr="001129E2">
        <w:rPr>
          <w:sz w:val="18"/>
          <w:lang w:val="pl-PL"/>
        </w:rPr>
        <w:t>Postępowanie konkursowe prowadzone jest zgodnie z niniejszym Regulaminem oraz powszechnie obowiązującymi przepisami prawa. Udział w Konkursie jest całkowicie dobrowolny i bezpłatny.</w:t>
      </w:r>
    </w:p>
    <w:p w14:paraId="6926E66B" w14:textId="77777777" w:rsidR="005B4A9D" w:rsidRPr="001129E2" w:rsidRDefault="00B14848">
      <w:pPr>
        <w:spacing w:before="160" w:after="60"/>
        <w:rPr>
          <w:lang w:val="pl-PL"/>
        </w:rPr>
      </w:pPr>
      <w:r w:rsidRPr="001129E2">
        <w:rPr>
          <w:b/>
          <w:color w:val="1B4332"/>
          <w:sz w:val="20"/>
          <w:lang w:val="pl-PL"/>
        </w:rPr>
        <w:t>§ 2. CELE KONKURSU</w:t>
      </w:r>
    </w:p>
    <w:p w14:paraId="146296ED" w14:textId="77777777" w:rsidR="005B4A9D" w:rsidRPr="001129E2" w:rsidRDefault="00B14848">
      <w:pPr>
        <w:spacing w:after="40"/>
        <w:rPr>
          <w:lang w:val="pl-PL"/>
        </w:rPr>
      </w:pPr>
      <w:r w:rsidRPr="001129E2">
        <w:rPr>
          <w:b/>
          <w:lang w:val="pl-PL"/>
        </w:rPr>
        <w:t>Głównymi celami Konkursu są:</w:t>
      </w:r>
    </w:p>
    <w:p w14:paraId="2544C5D6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lang w:val="pl-PL"/>
        </w:rPr>
        <w:t xml:space="preserve">• </w:t>
      </w:r>
      <w:r w:rsidRPr="001129E2">
        <w:rPr>
          <w:sz w:val="18"/>
          <w:lang w:val="pl-PL"/>
        </w:rPr>
        <w:t>Promowanie postaw proekologicznych oraz podnoszenie świadomości ekologicznej wśród dzieci i młodzieży z terenu Gminy Stryszów.</w:t>
      </w:r>
    </w:p>
    <w:p w14:paraId="5A665E02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lang w:val="pl-PL"/>
        </w:rPr>
        <w:t xml:space="preserve">• </w:t>
      </w:r>
      <w:r w:rsidRPr="001129E2">
        <w:rPr>
          <w:sz w:val="18"/>
          <w:lang w:val="pl-PL"/>
        </w:rPr>
        <w:t>Kształtowanie odpowiedzialnych i aktywnych postaw wobec ochrony środowiska naturalnego oraz zasobów przyrody.</w:t>
      </w:r>
    </w:p>
    <w:p w14:paraId="24316691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lang w:val="pl-PL"/>
        </w:rPr>
        <w:t xml:space="preserve">• </w:t>
      </w:r>
      <w:r w:rsidRPr="001129E2">
        <w:rPr>
          <w:sz w:val="18"/>
          <w:lang w:val="pl-PL"/>
        </w:rPr>
        <w:t>Rozwijanie kreatywności i uzdolnień plastycznych z wykorzystaniem zasad recyklingu (</w:t>
      </w:r>
      <w:proofErr w:type="spellStart"/>
      <w:r w:rsidRPr="001129E2">
        <w:rPr>
          <w:sz w:val="18"/>
          <w:lang w:val="pl-PL"/>
        </w:rPr>
        <w:t>upcycling</w:t>
      </w:r>
      <w:proofErr w:type="spellEnd"/>
      <w:r w:rsidRPr="001129E2">
        <w:rPr>
          <w:sz w:val="18"/>
          <w:lang w:val="pl-PL"/>
        </w:rPr>
        <w:t xml:space="preserve"> artystyczny), w tym ponowne wykorzystanie surowców wtórnych i odpadów.</w:t>
      </w:r>
    </w:p>
    <w:p w14:paraId="16389B79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lang w:val="pl-PL"/>
        </w:rPr>
        <w:t xml:space="preserve">• </w:t>
      </w:r>
      <w:r w:rsidRPr="001129E2">
        <w:rPr>
          <w:sz w:val="18"/>
          <w:lang w:val="pl-PL"/>
        </w:rPr>
        <w:t>Edukacja w zakresie selektywnej zbiórki, segregacji i przetwarzania odpadów w codziennym życiu.</w:t>
      </w:r>
    </w:p>
    <w:p w14:paraId="14B13FC9" w14:textId="77777777" w:rsidR="005B4A9D" w:rsidRPr="001129E2" w:rsidRDefault="00B14848">
      <w:pPr>
        <w:spacing w:before="160" w:after="60"/>
        <w:rPr>
          <w:lang w:val="pl-PL"/>
        </w:rPr>
      </w:pPr>
      <w:r w:rsidRPr="001129E2">
        <w:rPr>
          <w:b/>
          <w:color w:val="1B4332"/>
          <w:sz w:val="20"/>
          <w:lang w:val="pl-PL"/>
        </w:rPr>
        <w:t>§ 3. PRZEDMIOT I WYMAGANIA DOTYCZĄCE PRAC</w:t>
      </w:r>
    </w:p>
    <w:p w14:paraId="6EE8B8CA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1. </w:t>
      </w:r>
      <w:r w:rsidRPr="001129E2">
        <w:rPr>
          <w:sz w:val="18"/>
          <w:lang w:val="pl-PL"/>
        </w:rPr>
        <w:t>Przedmiotem Konkursu jest wykonanie autorskiej pracy plastycznej o tematyce ekologicznej.</w:t>
      </w:r>
    </w:p>
    <w:p w14:paraId="7106151E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2. </w:t>
      </w:r>
      <w:r w:rsidRPr="001129E2">
        <w:rPr>
          <w:sz w:val="18"/>
          <w:lang w:val="pl-PL"/>
        </w:rPr>
        <w:t>Praca plastyczna musi zostać wykonana z wykorzystaniem surowców wtórnych oraz materiałów naturalnych (np. stara gazeta, bibuła, tektura, włóczka, suszone kwiaty, liście, owoce itp.).</w:t>
      </w:r>
    </w:p>
    <w:p w14:paraId="116503EE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3. </w:t>
      </w:r>
      <w:r w:rsidRPr="001129E2">
        <w:rPr>
          <w:sz w:val="18"/>
          <w:lang w:val="pl-PL"/>
        </w:rPr>
        <w:t>Praca konkursowa musi być wykonana samodzielnie przez uczestnika.</w:t>
      </w:r>
    </w:p>
    <w:p w14:paraId="6B5487D1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4. </w:t>
      </w:r>
      <w:r w:rsidRPr="001129E2">
        <w:rPr>
          <w:sz w:val="18"/>
          <w:lang w:val="pl-PL"/>
        </w:rPr>
        <w:t>Każdy uczestnik może zgłosić do Konkursu tylko jedną pracę.</w:t>
      </w:r>
    </w:p>
    <w:p w14:paraId="24EB4C45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5. </w:t>
      </w:r>
      <w:r w:rsidRPr="001129E2">
        <w:rPr>
          <w:sz w:val="18"/>
          <w:lang w:val="pl-PL"/>
        </w:rPr>
        <w:t>Praca nie może być wcześniej publikowana ani zgłaszana do innych konkursów.</w:t>
      </w:r>
    </w:p>
    <w:p w14:paraId="71D9C9E8" w14:textId="77777777" w:rsidR="005B4A9D" w:rsidRDefault="00B14848">
      <w:pPr>
        <w:spacing w:before="160" w:after="60"/>
      </w:pPr>
      <w:r>
        <w:rPr>
          <w:b/>
          <w:color w:val="1B4332"/>
          <w:sz w:val="20"/>
        </w:rPr>
        <w:t>§ 4. HARMONOGRAM I ORGANIZACJA KONKURSU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5B4A9D" w:rsidRPr="001129E2" w14:paraId="76D4B3C2" w14:textId="77777777">
        <w:trPr>
          <w:jc w:val="center"/>
        </w:trPr>
        <w:tc>
          <w:tcPr>
            <w:tcW w:w="316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4F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23B720" w14:textId="77777777" w:rsidR="005B4A9D" w:rsidRPr="001129E2" w:rsidRDefault="00B14848">
            <w:r w:rsidRPr="001129E2">
              <w:rPr>
                <w:b/>
                <w:color w:val="1B4332"/>
                <w:sz w:val="17"/>
              </w:rPr>
              <w:t>Okres trwania konkursu</w:t>
            </w:r>
          </w:p>
        </w:tc>
        <w:tc>
          <w:tcPr>
            <w:tcW w:w="705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352B8E" w14:textId="77777777" w:rsidR="005B4A9D" w:rsidRPr="001129E2" w:rsidRDefault="00B14848">
            <w:r w:rsidRPr="001129E2">
              <w:rPr>
                <w:sz w:val="17"/>
              </w:rPr>
              <w:t>02.09.2026 r. – 16.09.2026 r.</w:t>
            </w:r>
          </w:p>
        </w:tc>
      </w:tr>
      <w:tr w:rsidR="005B4A9D" w:rsidRPr="00793A2B" w14:paraId="67231355" w14:textId="77777777">
        <w:trPr>
          <w:jc w:val="center"/>
        </w:trPr>
        <w:tc>
          <w:tcPr>
            <w:tcW w:w="316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4F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11D20" w14:textId="77777777" w:rsidR="005B4A9D" w:rsidRPr="001129E2" w:rsidRDefault="00B14848">
            <w:r w:rsidRPr="001129E2">
              <w:rPr>
                <w:b/>
                <w:color w:val="1B4332"/>
                <w:sz w:val="17"/>
              </w:rPr>
              <w:t>Miejsce składania prac</w:t>
            </w:r>
          </w:p>
        </w:tc>
        <w:tc>
          <w:tcPr>
            <w:tcW w:w="705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C73403" w14:textId="77777777" w:rsidR="005B4A9D" w:rsidRPr="001129E2" w:rsidRDefault="00B14848">
            <w:pPr>
              <w:rPr>
                <w:lang w:val="pl-PL"/>
              </w:rPr>
            </w:pPr>
            <w:r w:rsidRPr="001129E2">
              <w:rPr>
                <w:sz w:val="17"/>
                <w:lang w:val="pl-PL"/>
              </w:rPr>
              <w:t>Sekretariat właściwej Szkoły Podstawowej na terenie Gminy Stryszów</w:t>
            </w:r>
          </w:p>
        </w:tc>
      </w:tr>
      <w:tr w:rsidR="005B4A9D" w:rsidRPr="00793A2B" w14:paraId="3D816028" w14:textId="77777777">
        <w:trPr>
          <w:jc w:val="center"/>
        </w:trPr>
        <w:tc>
          <w:tcPr>
            <w:tcW w:w="316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4F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A97F37" w14:textId="77777777" w:rsidR="005B4A9D" w:rsidRPr="001129E2" w:rsidRDefault="00B14848">
            <w:proofErr w:type="spellStart"/>
            <w:r w:rsidRPr="001129E2">
              <w:rPr>
                <w:b/>
                <w:color w:val="1B4332"/>
                <w:sz w:val="17"/>
              </w:rPr>
              <w:t>Wymagane</w:t>
            </w:r>
            <w:proofErr w:type="spellEnd"/>
            <w:r w:rsidRPr="001129E2">
              <w:rPr>
                <w:b/>
                <w:color w:val="1B4332"/>
                <w:sz w:val="17"/>
              </w:rPr>
              <w:t xml:space="preserve"> </w:t>
            </w:r>
            <w:proofErr w:type="spellStart"/>
            <w:r w:rsidRPr="001129E2">
              <w:rPr>
                <w:b/>
                <w:color w:val="1B4332"/>
                <w:sz w:val="17"/>
              </w:rPr>
              <w:t>dokumenty</w:t>
            </w:r>
            <w:proofErr w:type="spellEnd"/>
          </w:p>
        </w:tc>
        <w:tc>
          <w:tcPr>
            <w:tcW w:w="705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824AEE" w14:textId="77777777" w:rsidR="005B4A9D" w:rsidRPr="001129E2" w:rsidRDefault="00B14848">
            <w:pPr>
              <w:rPr>
                <w:lang w:val="pl-PL"/>
              </w:rPr>
            </w:pPr>
            <w:r w:rsidRPr="001129E2">
              <w:rPr>
                <w:sz w:val="17"/>
                <w:lang w:val="pl-PL"/>
              </w:rPr>
              <w:t>Praca plastyczna + uzupełniona Karta Zgłoszeniowa wraz z Oświadczeniem (Załącznik nr 1)</w:t>
            </w:r>
          </w:p>
        </w:tc>
      </w:tr>
      <w:tr w:rsidR="005B4A9D" w:rsidRPr="00793A2B" w14:paraId="00A5B27B" w14:textId="77777777">
        <w:trPr>
          <w:jc w:val="center"/>
        </w:trPr>
        <w:tc>
          <w:tcPr>
            <w:tcW w:w="316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4F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52B440" w14:textId="308B95D6" w:rsidR="005B4A9D" w:rsidRPr="001129E2" w:rsidRDefault="00B14848">
            <w:r w:rsidRPr="001129E2">
              <w:rPr>
                <w:b/>
                <w:color w:val="1B4332"/>
                <w:sz w:val="17"/>
              </w:rPr>
              <w:t xml:space="preserve">Termin </w:t>
            </w:r>
            <w:proofErr w:type="spellStart"/>
            <w:r w:rsidRPr="001129E2">
              <w:rPr>
                <w:b/>
                <w:color w:val="1B4332"/>
                <w:sz w:val="17"/>
              </w:rPr>
              <w:t>wyjazdu</w:t>
            </w:r>
            <w:proofErr w:type="spellEnd"/>
            <w:r w:rsidRPr="001129E2">
              <w:rPr>
                <w:b/>
                <w:color w:val="1B4332"/>
                <w:sz w:val="17"/>
              </w:rPr>
              <w:t xml:space="preserve"> </w:t>
            </w:r>
            <w:proofErr w:type="spellStart"/>
            <w:r w:rsidR="008A5AB9">
              <w:rPr>
                <w:b/>
                <w:color w:val="1B4332"/>
                <w:sz w:val="17"/>
              </w:rPr>
              <w:t>edukacyjnego</w:t>
            </w:r>
            <w:proofErr w:type="spellEnd"/>
          </w:p>
        </w:tc>
        <w:tc>
          <w:tcPr>
            <w:tcW w:w="705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D9CD4C" w14:textId="77777777" w:rsidR="005B4A9D" w:rsidRPr="001129E2" w:rsidRDefault="00B14848">
            <w:pPr>
              <w:rPr>
                <w:lang w:val="pl-PL"/>
              </w:rPr>
            </w:pPr>
            <w:r w:rsidRPr="001129E2">
              <w:rPr>
                <w:sz w:val="17"/>
                <w:lang w:val="pl-PL"/>
              </w:rPr>
              <w:t>23 września 2026 r. (dla laureatów Konkursu)</w:t>
            </w:r>
          </w:p>
        </w:tc>
      </w:tr>
    </w:tbl>
    <w:p w14:paraId="6FBCD24D" w14:textId="77777777" w:rsidR="005B4A9D" w:rsidRPr="001129E2" w:rsidRDefault="005B4A9D">
      <w:pPr>
        <w:spacing w:after="80"/>
        <w:rPr>
          <w:lang w:val="pl-PL"/>
        </w:rPr>
      </w:pPr>
    </w:p>
    <w:p w14:paraId="39DCC7F7" w14:textId="77777777" w:rsidR="005B4A9D" w:rsidRPr="001129E2" w:rsidRDefault="00B14848">
      <w:pPr>
        <w:spacing w:before="160" w:after="60"/>
        <w:rPr>
          <w:lang w:val="pl-PL"/>
        </w:rPr>
      </w:pPr>
      <w:r w:rsidRPr="001129E2">
        <w:rPr>
          <w:b/>
          <w:color w:val="1B4332"/>
          <w:sz w:val="20"/>
          <w:lang w:val="pl-PL"/>
        </w:rPr>
        <w:t>§ 5. OCENA PRAC I ZASADY WYŁANIANIA ZWYCIĘZCÓW</w:t>
      </w:r>
    </w:p>
    <w:p w14:paraId="65F014A3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lastRenderedPageBreak/>
        <w:t xml:space="preserve">1. </w:t>
      </w:r>
      <w:r w:rsidRPr="001129E2">
        <w:rPr>
          <w:sz w:val="18"/>
          <w:lang w:val="pl-PL"/>
        </w:rPr>
        <w:t>W celu oceny prac w każdej szkole podstawowej biorącej udział w Konkursie Dyrektor Szkoły powołuje wewnętrzną Szkolną Komisję Konkursową.</w:t>
      </w:r>
    </w:p>
    <w:p w14:paraId="46549D1D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2. </w:t>
      </w:r>
      <w:r w:rsidRPr="001129E2">
        <w:rPr>
          <w:sz w:val="18"/>
          <w:lang w:val="pl-PL"/>
        </w:rPr>
        <w:t>Szkolna Komisja Konkursowa dokonuje oceny formalnej i merytorycznej złożonych prac oraz wyłania 7 zwycięzców z danej placówki.</w:t>
      </w:r>
    </w:p>
    <w:p w14:paraId="371C2A97" w14:textId="77777777" w:rsidR="005B4A9D" w:rsidRPr="001129E2" w:rsidRDefault="00B14848">
      <w:pPr>
        <w:spacing w:after="40"/>
        <w:rPr>
          <w:lang w:val="pl-PL"/>
        </w:rPr>
      </w:pPr>
      <w:r w:rsidRPr="001129E2">
        <w:rPr>
          <w:b/>
          <w:lang w:val="pl-PL"/>
        </w:rPr>
        <w:t>3. Kryteria oceny prac:</w:t>
      </w:r>
    </w:p>
    <w:p w14:paraId="4E9AC084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lang w:val="pl-PL"/>
        </w:rPr>
        <w:t xml:space="preserve">◦ </w:t>
      </w:r>
      <w:r w:rsidRPr="001129E2">
        <w:rPr>
          <w:sz w:val="18"/>
          <w:lang w:val="pl-PL"/>
        </w:rPr>
        <w:t>Zgodność z tematyką konkursową i przesłaniem ekologicznym,</w:t>
      </w:r>
    </w:p>
    <w:p w14:paraId="21D863BE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lang w:val="pl-PL"/>
        </w:rPr>
        <w:t xml:space="preserve">◦ </w:t>
      </w:r>
      <w:r w:rsidRPr="001129E2">
        <w:rPr>
          <w:sz w:val="18"/>
          <w:lang w:val="pl-PL"/>
        </w:rPr>
        <w:t>Pomysłowość, oryginalność i estetyka wykonania,</w:t>
      </w:r>
    </w:p>
    <w:p w14:paraId="0577370F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lang w:val="pl-PL"/>
        </w:rPr>
        <w:t xml:space="preserve">◦ </w:t>
      </w:r>
      <w:r w:rsidRPr="001129E2">
        <w:rPr>
          <w:sz w:val="18"/>
          <w:lang w:val="pl-PL"/>
        </w:rPr>
        <w:t>Stopień wykorzystania surowców wtórnych i materiałów z recyklingu,</w:t>
      </w:r>
    </w:p>
    <w:p w14:paraId="4987F56B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lang w:val="pl-PL"/>
        </w:rPr>
        <w:t xml:space="preserve">◦ </w:t>
      </w:r>
      <w:r w:rsidRPr="001129E2">
        <w:rPr>
          <w:sz w:val="18"/>
          <w:lang w:val="pl-PL"/>
        </w:rPr>
        <w:t>Samodzielność wykonania pracy.</w:t>
      </w:r>
    </w:p>
    <w:p w14:paraId="7FDEE1D5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4. </w:t>
      </w:r>
      <w:r w:rsidRPr="001129E2">
        <w:rPr>
          <w:sz w:val="18"/>
          <w:lang w:val="pl-PL"/>
        </w:rPr>
        <w:t>Decyzje Szkolnej Komisji Konkursowej są ostateczne i nie przysługuje od nich odwołanie. Prace niezgodne z Regulaminem nie będą oceniane.</w:t>
      </w:r>
    </w:p>
    <w:p w14:paraId="248AB206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5. </w:t>
      </w:r>
      <w:r w:rsidRPr="001129E2">
        <w:rPr>
          <w:sz w:val="18"/>
          <w:lang w:val="pl-PL"/>
        </w:rPr>
        <w:t>Uczestnik może w każdym czasie wycofać się z udziału w Konkursie, wysyłając zgłoszenie na adres e-mail: gmina@stryszow.pl. Wycofanie zgody skutkuje usunięciem danych osobowych z bazy konkursowej.</w:t>
      </w:r>
    </w:p>
    <w:p w14:paraId="77DC5D94" w14:textId="77777777" w:rsidR="005B4A9D" w:rsidRPr="001129E2" w:rsidRDefault="00B14848">
      <w:pPr>
        <w:spacing w:before="160" w:after="60"/>
        <w:rPr>
          <w:lang w:val="pl-PL"/>
        </w:rPr>
      </w:pPr>
      <w:r w:rsidRPr="001129E2">
        <w:rPr>
          <w:b/>
          <w:color w:val="1B4332"/>
          <w:sz w:val="20"/>
          <w:lang w:val="pl-PL"/>
        </w:rPr>
        <w:t>§ 6. PRAWA AUTORSKIE I OCHRONA WIZERUNKU</w:t>
      </w:r>
    </w:p>
    <w:p w14:paraId="5BFEE8F4" w14:textId="78784C91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1. </w:t>
      </w:r>
      <w:r w:rsidRPr="001129E2">
        <w:rPr>
          <w:sz w:val="18"/>
          <w:lang w:val="pl-PL"/>
        </w:rPr>
        <w:t>Zgłoszenie pracy do Konkursu jest równoznaczne z nieodpłatnym przeniesieniem na Organizatora praw do korzystania z pracy na potrzeby organizacji Konkursu, prezentacji wystawowych oraz działań promocyjnych Gminy Stryszów.</w:t>
      </w:r>
    </w:p>
    <w:p w14:paraId="5D3BD1F3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2. </w:t>
      </w:r>
      <w:r w:rsidRPr="001129E2">
        <w:rPr>
          <w:sz w:val="18"/>
          <w:lang w:val="pl-PL"/>
        </w:rPr>
        <w:t>Organizator zastrzega sobie prawo do publikacji imion, nazwisk, klasy oraz nazwy szkoły laureatów, a także zdjęć prac i relacji z wyjazdu w mediach, prasie lokalnej, serwisach internetowych oraz mediach społecznościowych Organizatora.</w:t>
      </w:r>
    </w:p>
    <w:p w14:paraId="5AF2340A" w14:textId="77777777" w:rsidR="005B4A9D" w:rsidRDefault="00B14848">
      <w:pPr>
        <w:spacing w:after="40" w:line="264" w:lineRule="auto"/>
        <w:rPr>
          <w:sz w:val="18"/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3. </w:t>
      </w:r>
      <w:r w:rsidRPr="001129E2">
        <w:rPr>
          <w:sz w:val="18"/>
          <w:lang w:val="pl-PL"/>
        </w:rPr>
        <w:t>Złożone prace konkursowe nie podlegają zwrotowi i przechodzą na własność Organizatora.</w:t>
      </w:r>
    </w:p>
    <w:p w14:paraId="11405999" w14:textId="6E6FE694" w:rsidR="00E36B1D" w:rsidRPr="00E36B1D" w:rsidRDefault="00E36B1D">
      <w:pPr>
        <w:spacing w:after="40" w:line="264" w:lineRule="auto"/>
        <w:rPr>
          <w:lang w:val="pl-PL"/>
        </w:rPr>
      </w:pPr>
      <w:r w:rsidRPr="008A5AB9">
        <w:rPr>
          <w:b/>
          <w:color w:val="2E5A44"/>
          <w:sz w:val="18"/>
          <w:lang w:val="pl-PL"/>
        </w:rPr>
        <w:t>4</w:t>
      </w:r>
      <w:r>
        <w:rPr>
          <w:sz w:val="18"/>
          <w:lang w:val="pl-PL"/>
        </w:rPr>
        <w:t>. A</w:t>
      </w:r>
      <w:r w:rsidRPr="00E36B1D">
        <w:rPr>
          <w:sz w:val="18"/>
          <w:lang w:val="pl-PL"/>
        </w:rPr>
        <w:t>dministratorem danych osobowych uczestników w zakresie organizacji Konkursu jest Gmina Stryszów. W związku z realizacją wyjazdu edukacyjnego w ramach projektu unijnego, odrębnym Administratorem Danych Osobowych uczestników w zakresie wdrażania, ewaluacji, kontroli i sprawozdawczości programu jest Małopolskie Centrum Przedsiębiorczości (MCP) z siedzibą w Krakowie (Instytucja Pośrednicząca) oraz Zarząd Województwa Małopolskiego (Instytucja Zarządzająca programem Fundusze Europejskie dla Małopolski 2021–2027). Szczegółowe klauzule informacyjne RODO ww. podmiotów zawarte są w dokumentacji projektowej wyjazdu.</w:t>
      </w:r>
    </w:p>
    <w:p w14:paraId="18C33887" w14:textId="77777777" w:rsidR="005B4A9D" w:rsidRPr="001129E2" w:rsidRDefault="00B14848">
      <w:pPr>
        <w:spacing w:before="160" w:after="60"/>
        <w:rPr>
          <w:lang w:val="pl-PL"/>
        </w:rPr>
      </w:pPr>
      <w:r w:rsidRPr="001129E2">
        <w:rPr>
          <w:b/>
          <w:color w:val="1B4332"/>
          <w:sz w:val="20"/>
          <w:lang w:val="pl-PL"/>
        </w:rPr>
        <w:t>§ 7. POSTANOWIENIA KOŃCOWE</w:t>
      </w:r>
    </w:p>
    <w:p w14:paraId="145C652B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1. </w:t>
      </w:r>
      <w:r w:rsidRPr="001129E2">
        <w:rPr>
          <w:sz w:val="18"/>
          <w:lang w:val="pl-PL"/>
        </w:rPr>
        <w:t>Niniejszy Regulamin dostępny jest w siedzibie Organizatora, sekretariatach szkół podstawowych oraz na stronie internetowej Gminy Stryszów.</w:t>
      </w:r>
    </w:p>
    <w:p w14:paraId="37A1D918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2. </w:t>
      </w:r>
      <w:r w:rsidRPr="001129E2">
        <w:rPr>
          <w:sz w:val="18"/>
          <w:lang w:val="pl-PL"/>
        </w:rPr>
        <w:t>Brak akceptacji niniejszego Regulaminu lub nieprzesłanie wymaganych oświadczeń skutkuje brakiem możliwości udziału w Konkursie oraz wykluczeniem z postępowania konkursowego.</w:t>
      </w:r>
    </w:p>
    <w:p w14:paraId="57124994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3. </w:t>
      </w:r>
      <w:r w:rsidRPr="001129E2">
        <w:rPr>
          <w:sz w:val="18"/>
          <w:lang w:val="pl-PL"/>
        </w:rPr>
        <w:t>Organizator zastrzega sobie prawo do zmiany Regulaminu w przypadku wystąpienia istotnych okoliczności niezależnych. Wszelkie zmiany zostaną opublikowane w ten sam sposób, co niniejszy Regulamin.</w:t>
      </w:r>
    </w:p>
    <w:p w14:paraId="739DA720" w14:textId="77777777" w:rsidR="005B4A9D" w:rsidRPr="001129E2" w:rsidRDefault="00B14848">
      <w:pPr>
        <w:spacing w:after="40" w:line="264" w:lineRule="auto"/>
        <w:rPr>
          <w:lang w:val="pl-PL"/>
        </w:rPr>
      </w:pPr>
      <w:r w:rsidRPr="001129E2">
        <w:rPr>
          <w:b/>
          <w:color w:val="2E5A44"/>
          <w:sz w:val="18"/>
          <w:lang w:val="pl-PL"/>
        </w:rPr>
        <w:t xml:space="preserve">4. </w:t>
      </w:r>
      <w:r w:rsidRPr="001129E2">
        <w:rPr>
          <w:sz w:val="18"/>
          <w:lang w:val="pl-PL"/>
        </w:rPr>
        <w:t>W sprawach nieuregulowanych niniejszym Regulaminem rozstrzyga Organizator.</w:t>
      </w:r>
    </w:p>
    <w:p w14:paraId="02217A34" w14:textId="77777777" w:rsidR="005B4A9D" w:rsidRPr="001129E2" w:rsidRDefault="00B14848">
      <w:pPr>
        <w:rPr>
          <w:lang w:val="pl-PL"/>
        </w:rPr>
      </w:pPr>
      <w:r w:rsidRPr="001129E2">
        <w:rPr>
          <w:lang w:val="pl-PL"/>
        </w:rPr>
        <w:br w:type="page"/>
      </w:r>
    </w:p>
    <w:p w14:paraId="562D97E5" w14:textId="77777777" w:rsidR="001129E2" w:rsidRPr="001129E2" w:rsidRDefault="001129E2" w:rsidP="001129E2">
      <w:pPr>
        <w:jc w:val="center"/>
        <w:rPr>
          <w:color w:val="auto"/>
          <w:lang w:val="pl-PL"/>
        </w:rPr>
      </w:pPr>
      <w:r w:rsidRPr="001129E2">
        <w:rPr>
          <w:b/>
          <w:color w:val="auto"/>
          <w:sz w:val="22"/>
          <w:lang w:val="pl-PL"/>
        </w:rPr>
        <w:lastRenderedPageBreak/>
        <w:t>ZAŁĄCZNIK NR 1 DO REGULAMINU</w:t>
      </w:r>
    </w:p>
    <w:p w14:paraId="26ADF1AE" w14:textId="2E290176" w:rsidR="005B4A9D" w:rsidRPr="001129E2" w:rsidRDefault="001129E2" w:rsidP="001129E2">
      <w:pPr>
        <w:spacing w:after="120"/>
        <w:jc w:val="center"/>
        <w:rPr>
          <w:color w:val="auto"/>
          <w:lang w:val="pl-PL"/>
        </w:rPr>
      </w:pPr>
      <w:r w:rsidRPr="001129E2">
        <w:rPr>
          <w:b/>
          <w:color w:val="auto"/>
          <w:sz w:val="24"/>
          <w:lang w:val="pl-PL"/>
        </w:rPr>
        <w:t>Karta Zgłoszeniowa i Oświadczenie Rodzica / Opiekuna Prawnego</w:t>
      </w:r>
      <w:r w:rsidRPr="001129E2">
        <w:rPr>
          <w:b/>
          <w:color w:val="auto"/>
          <w:sz w:val="24"/>
          <w:lang w:val="pl-PL"/>
        </w:rPr>
        <w:br/>
        <w:t>VI Forum Ekologiczne Gminy Stryszów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5904"/>
      </w:tblGrid>
      <w:tr w:rsidR="005B4A9D" w:rsidRPr="00793A2B" w14:paraId="4B446EA8" w14:textId="77777777">
        <w:trPr>
          <w:jc w:val="center"/>
        </w:trPr>
        <w:tc>
          <w:tcPr>
            <w:tcW w:w="432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4F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1D6691" w14:textId="77777777" w:rsidR="005B4A9D" w:rsidRPr="001129E2" w:rsidRDefault="00B14848">
            <w:pPr>
              <w:rPr>
                <w:lang w:val="pl-PL"/>
              </w:rPr>
            </w:pPr>
            <w:r w:rsidRPr="001129E2">
              <w:rPr>
                <w:b/>
                <w:color w:val="1B4332"/>
                <w:sz w:val="17"/>
                <w:lang w:val="pl-PL"/>
              </w:rPr>
              <w:t>1. Imię i nazwisko ucznia (Uczestnika):</w:t>
            </w:r>
          </w:p>
        </w:tc>
        <w:tc>
          <w:tcPr>
            <w:tcW w:w="590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F4B805" w14:textId="77777777" w:rsidR="005B4A9D" w:rsidRPr="001129E2" w:rsidRDefault="005B4A9D">
            <w:pPr>
              <w:rPr>
                <w:lang w:val="pl-PL"/>
              </w:rPr>
            </w:pPr>
          </w:p>
        </w:tc>
      </w:tr>
      <w:tr w:rsidR="005B4A9D" w14:paraId="50DA2BC5" w14:textId="77777777">
        <w:trPr>
          <w:jc w:val="center"/>
        </w:trPr>
        <w:tc>
          <w:tcPr>
            <w:tcW w:w="432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4F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5610E1" w14:textId="77777777" w:rsidR="005B4A9D" w:rsidRDefault="00B14848">
            <w:r>
              <w:rPr>
                <w:b/>
                <w:color w:val="1B4332"/>
                <w:sz w:val="17"/>
              </w:rPr>
              <w:t>2. Szkoła Podstawowa oraz klasa:</w:t>
            </w:r>
          </w:p>
        </w:tc>
        <w:tc>
          <w:tcPr>
            <w:tcW w:w="590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D24627" w14:textId="77777777" w:rsidR="005B4A9D" w:rsidRDefault="005B4A9D"/>
        </w:tc>
      </w:tr>
      <w:tr w:rsidR="005B4A9D" w:rsidRPr="00793A2B" w14:paraId="52E49B79" w14:textId="77777777">
        <w:trPr>
          <w:jc w:val="center"/>
        </w:trPr>
        <w:tc>
          <w:tcPr>
            <w:tcW w:w="432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4F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CE0A18" w14:textId="77777777" w:rsidR="005B4A9D" w:rsidRPr="001129E2" w:rsidRDefault="00B14848">
            <w:pPr>
              <w:rPr>
                <w:lang w:val="pl-PL"/>
              </w:rPr>
            </w:pPr>
            <w:r w:rsidRPr="001129E2">
              <w:rPr>
                <w:b/>
                <w:color w:val="1B4332"/>
                <w:sz w:val="17"/>
                <w:lang w:val="pl-PL"/>
              </w:rPr>
              <w:t>3. Imię i nazwisko rodzica / opiekuna prawnego:</w:t>
            </w:r>
          </w:p>
        </w:tc>
        <w:tc>
          <w:tcPr>
            <w:tcW w:w="590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661947" w14:textId="77777777" w:rsidR="005B4A9D" w:rsidRPr="001129E2" w:rsidRDefault="005B4A9D">
            <w:pPr>
              <w:rPr>
                <w:lang w:val="pl-PL"/>
              </w:rPr>
            </w:pPr>
          </w:p>
        </w:tc>
      </w:tr>
      <w:tr w:rsidR="005B4A9D" w:rsidRPr="00793A2B" w14:paraId="7FE5A0B0" w14:textId="77777777">
        <w:trPr>
          <w:jc w:val="center"/>
        </w:trPr>
        <w:tc>
          <w:tcPr>
            <w:tcW w:w="432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4F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2D5344" w14:textId="77777777" w:rsidR="005B4A9D" w:rsidRPr="001129E2" w:rsidRDefault="00B14848">
            <w:pPr>
              <w:rPr>
                <w:lang w:val="pl-PL"/>
              </w:rPr>
            </w:pPr>
            <w:r w:rsidRPr="001129E2">
              <w:rPr>
                <w:b/>
                <w:color w:val="1B4332"/>
                <w:sz w:val="17"/>
                <w:lang w:val="pl-PL"/>
              </w:rPr>
              <w:t>4. Numer telefonu oraz adres e-mail do kontaktu:</w:t>
            </w:r>
          </w:p>
        </w:tc>
        <w:tc>
          <w:tcPr>
            <w:tcW w:w="590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E0172C" w14:textId="77777777" w:rsidR="005B4A9D" w:rsidRPr="001129E2" w:rsidRDefault="005B4A9D">
            <w:pPr>
              <w:rPr>
                <w:lang w:val="pl-PL"/>
              </w:rPr>
            </w:pPr>
          </w:p>
        </w:tc>
      </w:tr>
    </w:tbl>
    <w:p w14:paraId="27527880" w14:textId="77777777" w:rsidR="005B4A9D" w:rsidRPr="001129E2" w:rsidRDefault="005B4A9D">
      <w:pPr>
        <w:spacing w:after="120"/>
        <w:rPr>
          <w:lang w:val="pl-PL"/>
        </w:rPr>
      </w:pPr>
    </w:p>
    <w:p w14:paraId="21E58405" w14:textId="77777777" w:rsidR="005B4A9D" w:rsidRPr="001129E2" w:rsidRDefault="00B14848">
      <w:pPr>
        <w:spacing w:after="80"/>
        <w:rPr>
          <w:lang w:val="pl-PL"/>
        </w:rPr>
      </w:pPr>
      <w:r w:rsidRPr="001129E2">
        <w:rPr>
          <w:b/>
          <w:color w:val="1B4332"/>
          <w:sz w:val="20"/>
          <w:lang w:val="pl-PL"/>
        </w:rPr>
        <w:t>Oświadczenie i zgody:</w:t>
      </w:r>
    </w:p>
    <w:p w14:paraId="7D066C29" w14:textId="77777777" w:rsidR="005B4A9D" w:rsidRPr="001129E2" w:rsidRDefault="00B14848">
      <w:pPr>
        <w:spacing w:after="60"/>
        <w:rPr>
          <w:lang w:val="pl-PL"/>
        </w:rPr>
      </w:pPr>
      <w:r w:rsidRPr="001129E2">
        <w:rPr>
          <w:b/>
          <w:color w:val="2E5A44"/>
          <w:sz w:val="17"/>
          <w:lang w:val="pl-PL"/>
        </w:rPr>
        <w:t xml:space="preserve">1. </w:t>
      </w:r>
      <w:r w:rsidRPr="001129E2">
        <w:rPr>
          <w:sz w:val="17"/>
          <w:lang w:val="pl-PL"/>
        </w:rPr>
        <w:t>Oświadczam, że zapoznałem/</w:t>
      </w:r>
      <w:proofErr w:type="spellStart"/>
      <w:r w:rsidRPr="001129E2">
        <w:rPr>
          <w:sz w:val="17"/>
          <w:lang w:val="pl-PL"/>
        </w:rPr>
        <w:t>am</w:t>
      </w:r>
      <w:proofErr w:type="spellEnd"/>
      <w:r w:rsidRPr="001129E2">
        <w:rPr>
          <w:sz w:val="17"/>
          <w:lang w:val="pl-PL"/>
        </w:rPr>
        <w:t xml:space="preserve"> się z Regulaminem Konkursu VI Forum Ekologicznego Gminy Stryszów i w pełni akceptuję jego postanowienia.</w:t>
      </w:r>
    </w:p>
    <w:p w14:paraId="7A705182" w14:textId="77777777" w:rsidR="005B4A9D" w:rsidRPr="001129E2" w:rsidRDefault="00B14848">
      <w:pPr>
        <w:spacing w:after="60"/>
        <w:rPr>
          <w:lang w:val="pl-PL"/>
        </w:rPr>
      </w:pPr>
      <w:r w:rsidRPr="001129E2">
        <w:rPr>
          <w:b/>
          <w:color w:val="2E5A44"/>
          <w:sz w:val="17"/>
          <w:lang w:val="pl-PL"/>
        </w:rPr>
        <w:t xml:space="preserve">2. </w:t>
      </w:r>
      <w:r w:rsidRPr="001129E2">
        <w:rPr>
          <w:sz w:val="17"/>
          <w:lang w:val="pl-PL"/>
        </w:rPr>
        <w:t>Wyrażam zgodę na udział mojego dziecka w Konkursie oraz w przypadku wygranej – na jego udział w wyjeździe edukacyjnym do „Bramy w Gorce” w dniu 23.09.2026 r.</w:t>
      </w:r>
    </w:p>
    <w:p w14:paraId="63ED65D0" w14:textId="77777777" w:rsidR="00E36B1D" w:rsidRDefault="00B14848">
      <w:pPr>
        <w:spacing w:after="60"/>
        <w:rPr>
          <w:sz w:val="17"/>
          <w:lang w:val="pl-PL"/>
        </w:rPr>
      </w:pPr>
      <w:r w:rsidRPr="001129E2">
        <w:rPr>
          <w:b/>
          <w:color w:val="2E5A44"/>
          <w:sz w:val="17"/>
          <w:lang w:val="pl-PL"/>
        </w:rPr>
        <w:t xml:space="preserve">3. </w:t>
      </w:r>
      <w:r w:rsidR="00E36B1D" w:rsidRPr="00E36B1D">
        <w:rPr>
          <w:sz w:val="17"/>
          <w:lang w:val="pl-PL"/>
        </w:rPr>
        <w:t>Wyrażam zgodę na przetwarzanie danych osobowych mojego dziecka oraz moich danych na potrzeby organizacji, przeprowadzenia i promocji Konkursu zgodnie z rozporządzeniem RODO, a także przyjmuję do wiadomości informację o przetwarzaniu danych przez Małopolskie Centrum Przedsiębiorczości na potrzeby realizacji projektu unijnego.</w:t>
      </w:r>
    </w:p>
    <w:p w14:paraId="45341531" w14:textId="136D51F2" w:rsidR="005B4A9D" w:rsidRPr="001129E2" w:rsidRDefault="00B14848">
      <w:pPr>
        <w:spacing w:after="60"/>
        <w:rPr>
          <w:lang w:val="pl-PL"/>
        </w:rPr>
      </w:pPr>
      <w:r w:rsidRPr="001129E2">
        <w:rPr>
          <w:b/>
          <w:color w:val="2E5A44"/>
          <w:sz w:val="17"/>
          <w:lang w:val="pl-PL"/>
        </w:rPr>
        <w:t xml:space="preserve">4. </w:t>
      </w:r>
      <w:r w:rsidRPr="001129E2">
        <w:rPr>
          <w:sz w:val="17"/>
          <w:lang w:val="pl-PL"/>
        </w:rPr>
        <w:t>Wyrażam zgodę na nieodpłatną publikację wizerunku mojego dziecka oraz zgłoszonej pracy plastycznej w materiałach promocyjnych i mediach Organizatora.</w:t>
      </w:r>
    </w:p>
    <w:p w14:paraId="7A1DC8AC" w14:textId="77777777" w:rsidR="005B4A9D" w:rsidRPr="001129E2" w:rsidRDefault="005B4A9D">
      <w:pPr>
        <w:spacing w:after="24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5B4A9D" w14:paraId="1BDBADB5" w14:textId="77777777">
        <w:trPr>
          <w:jc w:val="center"/>
        </w:trPr>
        <w:tc>
          <w:tcPr>
            <w:tcW w:w="5112" w:type="dxa"/>
          </w:tcPr>
          <w:p w14:paraId="63A86073" w14:textId="77777777" w:rsidR="005B4A9D" w:rsidRDefault="00B14848">
            <w:pPr>
              <w:jc w:val="center"/>
            </w:pPr>
            <w:r>
              <w:rPr>
                <w:color w:val="9CA3AF"/>
              </w:rPr>
              <w:t>………………………………………………………</w:t>
            </w:r>
            <w:r>
              <w:rPr>
                <w:color w:val="9CA3AF"/>
              </w:rPr>
              <w:br/>
            </w:r>
            <w:proofErr w:type="spellStart"/>
            <w:r>
              <w:rPr>
                <w:i/>
                <w:sz w:val="16"/>
              </w:rPr>
              <w:t>Miejscowość</w:t>
            </w:r>
            <w:proofErr w:type="spellEnd"/>
            <w:r>
              <w:rPr>
                <w:i/>
                <w:sz w:val="16"/>
              </w:rPr>
              <w:t xml:space="preserve"> i data</w:t>
            </w:r>
          </w:p>
        </w:tc>
        <w:tc>
          <w:tcPr>
            <w:tcW w:w="5112" w:type="dxa"/>
          </w:tcPr>
          <w:p w14:paraId="4D890041" w14:textId="77777777" w:rsidR="005B4A9D" w:rsidRDefault="00B14848">
            <w:pPr>
              <w:jc w:val="center"/>
            </w:pPr>
            <w:r>
              <w:rPr>
                <w:color w:val="9CA3AF"/>
              </w:rPr>
              <w:t>………………………………………………………</w:t>
            </w:r>
            <w:r>
              <w:rPr>
                <w:color w:val="9CA3AF"/>
              </w:rPr>
              <w:br/>
            </w:r>
            <w:r>
              <w:rPr>
                <w:b/>
                <w:i/>
                <w:sz w:val="16"/>
              </w:rPr>
              <w:t>Podpis rodzica / opiekuna prawnego</w:t>
            </w:r>
          </w:p>
        </w:tc>
      </w:tr>
    </w:tbl>
    <w:p w14:paraId="55A3C867" w14:textId="77777777" w:rsidR="00B14848" w:rsidRDefault="00B14848"/>
    <w:sectPr w:rsidR="00B1484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46DB2" w14:textId="77777777" w:rsidR="000E295C" w:rsidRDefault="000E295C" w:rsidP="009E3F3A">
      <w:pPr>
        <w:spacing w:after="0" w:line="240" w:lineRule="auto"/>
      </w:pPr>
      <w:r>
        <w:separator/>
      </w:r>
    </w:p>
  </w:endnote>
  <w:endnote w:type="continuationSeparator" w:id="0">
    <w:p w14:paraId="0A0D9827" w14:textId="77777777" w:rsidR="000E295C" w:rsidRDefault="000E295C" w:rsidP="009E3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AFE84" w14:textId="77777777" w:rsidR="009E3F3A" w:rsidRDefault="009E3F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2DBCD" w14:textId="77777777" w:rsidR="009E3F3A" w:rsidRDefault="009E3F3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FCAAA" w14:textId="77777777" w:rsidR="009E3F3A" w:rsidRDefault="009E3F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C244A" w14:textId="77777777" w:rsidR="000E295C" w:rsidRDefault="000E295C" w:rsidP="009E3F3A">
      <w:pPr>
        <w:spacing w:after="0" w:line="240" w:lineRule="auto"/>
      </w:pPr>
      <w:r>
        <w:separator/>
      </w:r>
    </w:p>
  </w:footnote>
  <w:footnote w:type="continuationSeparator" w:id="0">
    <w:p w14:paraId="218C10A8" w14:textId="77777777" w:rsidR="000E295C" w:rsidRDefault="000E295C" w:rsidP="009E3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3173" w14:textId="77777777" w:rsidR="009E3F3A" w:rsidRDefault="009E3F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1553" w14:textId="58A264E0" w:rsidR="009E3F3A" w:rsidRDefault="009E3F3A">
    <w:pPr>
      <w:pStyle w:val="Nagwek"/>
    </w:pPr>
    <w:r>
      <w:rPr>
        <w:noProof/>
      </w:rPr>
      <w:drawing>
        <wp:inline distT="0" distB="0" distL="0" distR="0" wp14:anchorId="6904C1E9" wp14:editId="3DB8370D">
          <wp:extent cx="6492240" cy="557530"/>
          <wp:effectExtent l="0" t="0" r="0" b="0"/>
          <wp:docPr id="7309427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942799" name="Obraz 7309427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557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B7085" w14:textId="77777777" w:rsidR="009E3F3A" w:rsidRDefault="009E3F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4418739">
    <w:abstractNumId w:val="8"/>
  </w:num>
  <w:num w:numId="2" w16cid:durableId="1947426297">
    <w:abstractNumId w:val="6"/>
  </w:num>
  <w:num w:numId="3" w16cid:durableId="46955434">
    <w:abstractNumId w:val="5"/>
  </w:num>
  <w:num w:numId="4" w16cid:durableId="1035809024">
    <w:abstractNumId w:val="4"/>
  </w:num>
  <w:num w:numId="5" w16cid:durableId="146433626">
    <w:abstractNumId w:val="7"/>
  </w:num>
  <w:num w:numId="6" w16cid:durableId="347028043">
    <w:abstractNumId w:val="3"/>
  </w:num>
  <w:num w:numId="7" w16cid:durableId="1301183570">
    <w:abstractNumId w:val="2"/>
  </w:num>
  <w:num w:numId="8" w16cid:durableId="493766478">
    <w:abstractNumId w:val="1"/>
  </w:num>
  <w:num w:numId="9" w16cid:durableId="462431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170"/>
    <w:rsid w:val="0006063C"/>
    <w:rsid w:val="000C7733"/>
    <w:rsid w:val="000E295C"/>
    <w:rsid w:val="001129E2"/>
    <w:rsid w:val="0015074B"/>
    <w:rsid w:val="002809A6"/>
    <w:rsid w:val="0029639D"/>
    <w:rsid w:val="00326F90"/>
    <w:rsid w:val="005B4A9D"/>
    <w:rsid w:val="00793A2B"/>
    <w:rsid w:val="008A5AB9"/>
    <w:rsid w:val="009150D6"/>
    <w:rsid w:val="009E3F3A"/>
    <w:rsid w:val="00AA1D8D"/>
    <w:rsid w:val="00B14848"/>
    <w:rsid w:val="00B47730"/>
    <w:rsid w:val="00C95BD3"/>
    <w:rsid w:val="00CB0664"/>
    <w:rsid w:val="00D76E58"/>
    <w:rsid w:val="00E36B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E2E3F4"/>
  <w14:defaultImageDpi w14:val="300"/>
  <w15:docId w15:val="{7D906295-A8EA-400D-A4E3-2EB7C6F0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D3748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946</Words>
  <Characters>5679</Characters>
  <Application>Microsoft Office Word</Application>
  <DocSecurity>4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Sabina SK. Kasiarz</cp:lastModifiedBy>
  <cp:revision>2</cp:revision>
  <dcterms:created xsi:type="dcterms:W3CDTF">2026-09-02T06:59:00Z</dcterms:created>
  <dcterms:modified xsi:type="dcterms:W3CDTF">2026-09-02T06:59:00Z</dcterms:modified>
  <cp:category/>
</cp:coreProperties>
</file>